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png" ContentType="image/jpeg"/>
  <Override PartName="/word/media/image30.pn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5C628" w14:textId="429C7DED" w:rsidR="000824AE" w:rsidRDefault="000824AE" w:rsidP="00A50127">
      <w:pPr>
        <w:rPr>
          <w:lang w:eastAsia="ja-JP"/>
        </w:rPr>
      </w:pPr>
    </w:p>
    <w:p w14:paraId="47FD903F" w14:textId="77777777" w:rsidR="000824AE" w:rsidRDefault="000824AE" w:rsidP="00A50127">
      <w:pPr>
        <w:rPr>
          <w:lang w:eastAsia="ja-JP"/>
        </w:rPr>
      </w:pPr>
    </w:p>
    <w:p w14:paraId="698FAFA8" w14:textId="0AEAB076" w:rsidR="000824AE" w:rsidRDefault="000824AE" w:rsidP="00A50127">
      <w:pPr>
        <w:rPr>
          <w:lang w:eastAsia="ja-JP"/>
        </w:rPr>
      </w:pPr>
    </w:p>
    <w:p w14:paraId="25A07DC5" w14:textId="1502EA38" w:rsidR="000824AE" w:rsidRDefault="000824AE" w:rsidP="00A50127">
      <w:pPr>
        <w:rPr>
          <w:lang w:eastAsia="ja-JP"/>
        </w:rPr>
      </w:pPr>
    </w:p>
    <w:p w14:paraId="0AB5B42F" w14:textId="5251374C" w:rsidR="000824AE" w:rsidRDefault="000824AE" w:rsidP="00A50127">
      <w:pPr>
        <w:rPr>
          <w:lang w:eastAsia="ja-JP"/>
        </w:rPr>
      </w:pPr>
    </w:p>
    <w:p w14:paraId="3CEA6C0C" w14:textId="05243CCC" w:rsidR="000824AE" w:rsidRDefault="000824AE" w:rsidP="00A50127">
      <w:pPr>
        <w:rPr>
          <w:lang w:eastAsia="ja-JP"/>
        </w:rPr>
      </w:pPr>
    </w:p>
    <w:p w14:paraId="1420A3DC" w14:textId="0E17AC97" w:rsidR="000824AE" w:rsidRDefault="000824AE" w:rsidP="00A50127">
      <w:pPr>
        <w:rPr>
          <w:lang w:eastAsia="ja-JP"/>
        </w:rPr>
      </w:pPr>
    </w:p>
    <w:p w14:paraId="46DDDFC7" w14:textId="4067BEA8" w:rsidR="000824AE" w:rsidRDefault="000824AE" w:rsidP="00A50127">
      <w:pPr>
        <w:rPr>
          <w:lang w:eastAsia="ja-JP"/>
        </w:rPr>
      </w:pPr>
    </w:p>
    <w:p w14:paraId="1F901871" w14:textId="2A504EA3" w:rsidR="000824AE" w:rsidRDefault="000824AE" w:rsidP="00A50127">
      <w:pPr>
        <w:rPr>
          <w:lang w:eastAsia="ja-JP"/>
        </w:rPr>
      </w:pPr>
    </w:p>
    <w:p w14:paraId="712CCC46" w14:textId="033FD05A" w:rsidR="000824AE" w:rsidRDefault="000824AE" w:rsidP="00A50127">
      <w:pPr>
        <w:rPr>
          <w:lang w:eastAsia="ja-JP"/>
        </w:rPr>
      </w:pPr>
      <w:r>
        <w:rPr>
          <w:noProof/>
        </w:rPr>
        <w:drawing>
          <wp:anchor distT="0" distB="0" distL="114300" distR="114300" simplePos="0" relativeHeight="251685376" behindDoc="0" locked="0" layoutInCell="1" allowOverlap="1" wp14:anchorId="1FB2A6D0" wp14:editId="3FE60494">
            <wp:simplePos x="0" y="0"/>
            <wp:positionH relativeFrom="column">
              <wp:posOffset>-47625</wp:posOffset>
            </wp:positionH>
            <wp:positionV relativeFrom="paragraph">
              <wp:posOffset>248285</wp:posOffset>
            </wp:positionV>
            <wp:extent cx="7094075" cy="1628775"/>
            <wp:effectExtent l="0" t="0" r="0" b="0"/>
            <wp:wrapNone/>
            <wp:docPr id="940430557" name="図 1"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0557" name="図 1" descr="アイコン が含まれている画像&#10;&#10;AI 生成コンテンツは誤りを含む可能性があります。"/>
                    <pic:cNvPicPr/>
                  </pic:nvPicPr>
                  <pic:blipFill rotWithShape="1">
                    <a:blip r:embed="rId8"/>
                    <a:srcRect t="3970"/>
                    <a:stretch>
                      <a:fillRect/>
                    </a:stretch>
                  </pic:blipFill>
                  <pic:spPr bwMode="auto">
                    <a:xfrm>
                      <a:off x="0" y="0"/>
                      <a:ext cx="709407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64C4E" w14:textId="55025A5D" w:rsidR="000824AE" w:rsidRDefault="000824AE" w:rsidP="00A50127">
      <w:pPr>
        <w:rPr>
          <w:lang w:eastAsia="ja-JP"/>
        </w:rPr>
      </w:pPr>
    </w:p>
    <w:p w14:paraId="0F0D2970" w14:textId="77777777" w:rsidR="000824AE" w:rsidRDefault="000824AE" w:rsidP="00A50127">
      <w:pPr>
        <w:rPr>
          <w:lang w:eastAsia="ja-JP"/>
        </w:rPr>
      </w:pPr>
    </w:p>
    <w:p w14:paraId="758071C7" w14:textId="6DF650D5" w:rsidR="000824AE" w:rsidRDefault="000824AE" w:rsidP="00A50127">
      <w:pPr>
        <w:rPr>
          <w:lang w:eastAsia="ja-JP"/>
        </w:rPr>
      </w:pPr>
    </w:p>
    <w:p w14:paraId="3A64AE32" w14:textId="70E2DA08" w:rsidR="000824AE" w:rsidRDefault="000824AE" w:rsidP="00A50127">
      <w:pPr>
        <w:rPr>
          <w:lang w:eastAsia="ja-JP"/>
        </w:rPr>
      </w:pPr>
    </w:p>
    <w:p w14:paraId="752637FE" w14:textId="52865B14" w:rsidR="000824AE" w:rsidRDefault="000824AE" w:rsidP="00A50127">
      <w:pPr>
        <w:rPr>
          <w:lang w:eastAsia="ja-JP"/>
        </w:rPr>
      </w:pPr>
    </w:p>
    <w:p w14:paraId="4766AA02" w14:textId="52E72BDC" w:rsidR="000824AE" w:rsidRDefault="000824AE" w:rsidP="00A50127">
      <w:pPr>
        <w:rPr>
          <w:lang w:eastAsia="ja-JP"/>
        </w:rPr>
      </w:pPr>
    </w:p>
    <w:p w14:paraId="11F30823" w14:textId="77777777" w:rsidR="000824AE" w:rsidRDefault="000824AE" w:rsidP="00A50127">
      <w:pPr>
        <w:rPr>
          <w:lang w:eastAsia="ja-JP"/>
        </w:rPr>
      </w:pPr>
    </w:p>
    <w:p w14:paraId="4436002B" w14:textId="188044CF" w:rsidR="00AD7A33" w:rsidRDefault="00AD7A33" w:rsidP="00C24F60">
      <w:pPr>
        <w:rPr>
          <w:lang w:eastAsia="ja-JP"/>
        </w:rPr>
      </w:pPr>
    </w:p>
    <w:p w14:paraId="7FD3F11D" w14:textId="2A35CAD4" w:rsidR="00C24F60" w:rsidRDefault="00C24F60">
      <w:pPr>
        <w:rPr>
          <w:lang w:eastAsia="ja-JP"/>
        </w:rPr>
      </w:pPr>
    </w:p>
    <w:p w14:paraId="275FE67B" w14:textId="50FD24AC" w:rsidR="00C24F60" w:rsidRDefault="00C24F60">
      <w:pPr>
        <w:rPr>
          <w:lang w:eastAsia="ja-JP"/>
        </w:rPr>
      </w:pPr>
    </w:p>
    <w:p w14:paraId="678A7AEB" w14:textId="77777777" w:rsidR="00C24F60" w:rsidRDefault="00C24F60">
      <w:pPr>
        <w:rPr>
          <w:lang w:eastAsia="ja-JP"/>
        </w:rPr>
      </w:pPr>
    </w:p>
    <w:p w14:paraId="2CAD46E0" w14:textId="58AEB056" w:rsidR="00C24F60" w:rsidRDefault="00C24F60">
      <w:pPr>
        <w:rPr>
          <w:lang w:eastAsia="ja-JP"/>
        </w:rPr>
      </w:pPr>
    </w:p>
    <w:p w14:paraId="1A2EDD6A" w14:textId="4AA0BFA0" w:rsidR="00C24F60" w:rsidRDefault="00C24F60">
      <w:pPr>
        <w:rPr>
          <w:lang w:eastAsia="ja-JP"/>
        </w:rPr>
      </w:pPr>
    </w:p>
    <w:p w14:paraId="3D7EFD08" w14:textId="3D60C1F4" w:rsidR="00C24F60" w:rsidRDefault="00C24F60">
      <w:pPr>
        <w:rPr>
          <w:lang w:eastAsia="ja-JP"/>
        </w:rPr>
      </w:pPr>
    </w:p>
    <w:p w14:paraId="4E9E13AF" w14:textId="77777777" w:rsidR="00C24F60" w:rsidRDefault="00C24F60">
      <w:pPr>
        <w:rPr>
          <w:lang w:eastAsia="ja-JP"/>
        </w:rPr>
      </w:pPr>
    </w:p>
    <w:p w14:paraId="5FCBCB9C" w14:textId="7D8A2E9A" w:rsidR="00C24F60" w:rsidRDefault="00C24F60">
      <w:pPr>
        <w:rPr>
          <w:lang w:eastAsia="ja-JP"/>
        </w:rPr>
      </w:pPr>
    </w:p>
    <w:p w14:paraId="7BA6C727" w14:textId="60CE7075" w:rsidR="00C24F60" w:rsidRDefault="00C24F60">
      <w:pPr>
        <w:rPr>
          <w:lang w:eastAsia="ja-JP"/>
        </w:rPr>
      </w:pPr>
    </w:p>
    <w:p w14:paraId="69EFA724" w14:textId="77777777" w:rsidR="00C24F60" w:rsidRDefault="00C24F60">
      <w:pPr>
        <w:rPr>
          <w:lang w:eastAsia="ja-JP"/>
        </w:rPr>
      </w:pPr>
    </w:p>
    <w:p w14:paraId="1AE12943" w14:textId="77777777" w:rsidR="00353192" w:rsidRDefault="00353192">
      <w:pPr>
        <w:rPr>
          <w:lang w:eastAsia="ja-JP"/>
        </w:rPr>
      </w:pPr>
    </w:p>
    <w:p w14:paraId="4225DF98" w14:textId="26B85FD1" w:rsidR="00353192" w:rsidRPr="003C6051" w:rsidRDefault="003C6051" w:rsidP="003C6051">
      <w:pPr>
        <w:jc w:val="right"/>
        <w:rPr>
          <w:rFonts w:asciiTheme="majorEastAsia" w:eastAsiaTheme="majorEastAsia" w:hAnsiTheme="majorEastAsia"/>
          <w:b/>
          <w:bCs/>
          <w:sz w:val="28"/>
          <w:szCs w:val="28"/>
          <w:lang w:eastAsia="ja-JP"/>
        </w:rPr>
      </w:pPr>
      <w:r w:rsidRPr="003C6051">
        <w:rPr>
          <w:rFonts w:asciiTheme="majorEastAsia" w:eastAsiaTheme="majorEastAsia" w:hAnsiTheme="majorEastAsia" w:hint="eastAsia"/>
          <w:b/>
          <w:bCs/>
          <w:sz w:val="28"/>
          <w:szCs w:val="28"/>
          <w:lang w:eastAsia="ja-JP"/>
        </w:rPr>
        <w:t>令和８年３月　横浜市社会福祉協議会　市民活動支援課</w:t>
      </w:r>
    </w:p>
    <w:p w14:paraId="3D2D86CE" w14:textId="3728B8DE" w:rsidR="000824AE" w:rsidRDefault="00C24F60">
      <w:pPr>
        <w:rPr>
          <w:lang w:eastAsia="ja-JP"/>
        </w:rPr>
      </w:pPr>
      <w:r>
        <w:rPr>
          <w:noProof/>
        </w:rPr>
        <w:drawing>
          <wp:anchor distT="0" distB="0" distL="114300" distR="114300" simplePos="0" relativeHeight="251706880" behindDoc="0" locked="0" layoutInCell="1" allowOverlap="1" wp14:anchorId="6D55D924" wp14:editId="6CE9AB4B">
            <wp:simplePos x="0" y="0"/>
            <wp:positionH relativeFrom="margin">
              <wp:align>right</wp:align>
            </wp:positionH>
            <wp:positionV relativeFrom="paragraph">
              <wp:posOffset>2037715</wp:posOffset>
            </wp:positionV>
            <wp:extent cx="1371600" cy="10479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社協ロゴ.png"/>
                    <pic:cNvPicPr/>
                  </pic:nvPicPr>
                  <pic:blipFill>
                    <a:blip r:embed="rId9"/>
                    <a:stretch>
                      <a:fillRect/>
                    </a:stretch>
                  </pic:blipFill>
                  <pic:spPr>
                    <a:xfrm>
                      <a:off x="0" y="0"/>
                      <a:ext cx="1371600" cy="1047902"/>
                    </a:xfrm>
                    <a:prstGeom prst="rect">
                      <a:avLst/>
                    </a:prstGeom>
                  </pic:spPr>
                </pic:pic>
              </a:graphicData>
            </a:graphic>
            <wp14:sizeRelH relativeFrom="page">
              <wp14:pctWidth>0</wp14:pctWidth>
            </wp14:sizeRelH>
            <wp14:sizeRelV relativeFrom="page">
              <wp14:pctHeight>0</wp14:pctHeight>
            </wp14:sizeRelV>
          </wp:anchor>
        </w:drawing>
      </w:r>
    </w:p>
    <w:p w14:paraId="527E5E34" w14:textId="5E0F1101" w:rsidR="00DA4987" w:rsidRPr="00DA4987" w:rsidRDefault="00DA4987" w:rsidP="00DA4987">
      <w:pPr>
        <w:rPr>
          <w:rFonts w:ascii="BIZ UDPゴシック" w:eastAsia="BIZ UDPゴシック" w:hAnsi="BIZ UDPゴシック"/>
          <w:sz w:val="28"/>
          <w:szCs w:val="28"/>
          <w:lang w:eastAsia="ja-JP"/>
        </w:rPr>
      </w:pPr>
      <w:r w:rsidRPr="00DA4987">
        <w:rPr>
          <w:rFonts w:ascii="BIZ UDPゴシック" w:eastAsia="BIZ UDPゴシック" w:hAnsi="BIZ UDPゴシック" w:hint="eastAsia"/>
          <w:sz w:val="28"/>
          <w:szCs w:val="28"/>
          <w:lang w:eastAsia="ja-JP"/>
        </w:rPr>
        <w:lastRenderedPageBreak/>
        <w:t>1. はじめに</w:t>
      </w:r>
    </w:p>
    <w:p w14:paraId="29C3FE8D" w14:textId="199BF8F9" w:rsidR="00DA4987" w:rsidRDefault="007A68F9" w:rsidP="00DA4987">
      <w:pPr>
        <w:rPr>
          <w:lang w:eastAsia="ja-JP"/>
        </w:rPr>
      </w:pPr>
      <w:r w:rsidRPr="00C24F60">
        <w:rPr>
          <w:rFonts w:ascii="ＭＳ ゴシック" w:eastAsia="ＭＳ ゴシック" w:hAnsi="ＭＳ ゴシック" w:hint="eastAsia"/>
          <w:noProof/>
          <w:lang w:val="ja-JP" w:eastAsia="ja-JP"/>
        </w:rPr>
        <mc:AlternateContent>
          <mc:Choice Requires="wps">
            <w:drawing>
              <wp:anchor distT="0" distB="0" distL="114300" distR="114300" simplePos="0" relativeHeight="251666432" behindDoc="0" locked="0" layoutInCell="1" allowOverlap="1" wp14:anchorId="68456F8F" wp14:editId="34105DD7">
                <wp:simplePos x="0" y="0"/>
                <wp:positionH relativeFrom="column">
                  <wp:posOffset>-25400</wp:posOffset>
                </wp:positionH>
                <wp:positionV relativeFrom="paragraph">
                  <wp:posOffset>260985</wp:posOffset>
                </wp:positionV>
                <wp:extent cx="3473450" cy="1600200"/>
                <wp:effectExtent l="0" t="0" r="12700" b="19050"/>
                <wp:wrapNone/>
                <wp:docPr id="208186008" name="正方形/長方形 6"/>
                <wp:cNvGraphicFramePr/>
                <a:graphic xmlns:a="http://schemas.openxmlformats.org/drawingml/2006/main">
                  <a:graphicData uri="http://schemas.microsoft.com/office/word/2010/wordprocessingShape">
                    <wps:wsp>
                      <wps:cNvSpPr/>
                      <wps:spPr>
                        <a:xfrm>
                          <a:off x="0" y="0"/>
                          <a:ext cx="3473450" cy="16002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84B53" id="正方形/長方形 6" o:spid="_x0000_s1026" style="position:absolute;margin-left:-2pt;margin-top:20.55pt;width:273.5pt;height:1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" filled="f" strokecolor="black [3200]" strokeweight="2pt"/>
            </w:pict>
          </mc:Fallback>
        </mc:AlternateContent>
      </w:r>
      <w:r w:rsidR="00DA4987" w:rsidRPr="00C24F60">
        <w:rPr>
          <w:rFonts w:ascii="ＭＳ ゴシック" w:eastAsia="ＭＳ ゴシック" w:hAnsi="ＭＳ ゴシック" w:hint="eastAsia"/>
          <w:lang w:eastAsia="ja-JP"/>
        </w:rPr>
        <w:t>よこはまふれあい助成金電子申請は</w:t>
      </w:r>
      <w:r>
        <w:rPr>
          <w:rFonts w:hint="eastAsia"/>
          <w:lang w:eastAsia="ja-JP"/>
        </w:rPr>
        <w:t>、</w:t>
      </w:r>
    </w:p>
    <w:p w14:paraId="5F0938D1" w14:textId="6981208A" w:rsidR="00DA4987" w:rsidRPr="00A818B5" w:rsidRDefault="00DA4987" w:rsidP="00DA4987">
      <w:pPr>
        <w:rPr>
          <w:rFonts w:ascii="BIZ UDPゴシック" w:eastAsia="BIZ UDPゴシック" w:hAnsi="BIZ UDPゴシック"/>
          <w:sz w:val="28"/>
          <w:szCs w:val="28"/>
          <w:lang w:eastAsia="ja-JP"/>
        </w:rPr>
      </w:pPr>
      <w:r w:rsidRPr="00A818B5">
        <w:rPr>
          <w:rFonts w:ascii="BIZ UDPゴシック" w:eastAsia="BIZ UDPゴシック" w:hAnsi="BIZ UDPゴシック" w:hint="eastAsia"/>
          <w:sz w:val="28"/>
          <w:szCs w:val="28"/>
          <w:lang w:eastAsia="ja-JP"/>
        </w:rPr>
        <w:t>・紙の記入不要</w:t>
      </w:r>
    </w:p>
    <w:p w14:paraId="7FD5A2B5" w14:textId="28ECF90B" w:rsidR="00DA4987" w:rsidRPr="00A818B5" w:rsidRDefault="00DA4987" w:rsidP="00DA4987">
      <w:pPr>
        <w:rPr>
          <w:rFonts w:ascii="BIZ UDPゴシック" w:eastAsia="BIZ UDPゴシック" w:hAnsi="BIZ UDPゴシック"/>
          <w:sz w:val="28"/>
          <w:szCs w:val="28"/>
          <w:lang w:eastAsia="ja-JP"/>
        </w:rPr>
      </w:pPr>
      <w:r w:rsidRPr="00A818B5">
        <w:rPr>
          <w:rFonts w:ascii="BIZ UDPゴシック" w:eastAsia="BIZ UDPゴシック" w:hAnsi="BIZ UDPゴシック" w:hint="eastAsia"/>
          <w:sz w:val="28"/>
          <w:szCs w:val="28"/>
          <w:lang w:eastAsia="ja-JP"/>
        </w:rPr>
        <w:t>・前年度データの自動コピー</w:t>
      </w:r>
    </w:p>
    <w:p w14:paraId="41CFF277" w14:textId="163413E6" w:rsidR="00DA4987" w:rsidRPr="00A818B5" w:rsidRDefault="00DA4987" w:rsidP="00DA4987">
      <w:pPr>
        <w:rPr>
          <w:rFonts w:ascii="BIZ UDPゴシック" w:eastAsia="BIZ UDPゴシック" w:hAnsi="BIZ UDPゴシック"/>
          <w:sz w:val="28"/>
          <w:szCs w:val="28"/>
          <w:lang w:eastAsia="ja-JP"/>
        </w:rPr>
      </w:pPr>
      <w:r w:rsidRPr="00A818B5">
        <w:rPr>
          <w:rFonts w:ascii="BIZ UDPゴシック" w:eastAsia="BIZ UDPゴシック" w:hAnsi="BIZ UDPゴシック" w:hint="eastAsia"/>
          <w:sz w:val="28"/>
          <w:szCs w:val="28"/>
          <w:lang w:eastAsia="ja-JP"/>
        </w:rPr>
        <w:t>・自動計算機能つき（予算・決算）</w:t>
      </w:r>
    </w:p>
    <w:p w14:paraId="61958AAE" w14:textId="75980454" w:rsidR="00DA4987" w:rsidRPr="00A818B5" w:rsidRDefault="00DA4987" w:rsidP="00DA4987">
      <w:pPr>
        <w:rPr>
          <w:rFonts w:ascii="BIZ UDPゴシック" w:eastAsia="BIZ UDPゴシック" w:hAnsi="BIZ UDPゴシック"/>
          <w:sz w:val="28"/>
          <w:szCs w:val="28"/>
          <w:lang w:eastAsia="ja-JP"/>
        </w:rPr>
      </w:pPr>
      <w:r w:rsidRPr="00A818B5">
        <w:rPr>
          <w:rFonts w:ascii="BIZ UDPゴシック" w:eastAsia="BIZ UDPゴシック" w:hAnsi="BIZ UDPゴシック" w:hint="eastAsia"/>
          <w:sz w:val="28"/>
          <w:szCs w:val="28"/>
          <w:lang w:eastAsia="ja-JP"/>
        </w:rPr>
        <w:t>・期間中ならいつでも申請可能</w:t>
      </w:r>
    </w:p>
    <w:p w14:paraId="21B5BEC2" w14:textId="6694D218" w:rsidR="00A818B5" w:rsidRPr="00A818B5" w:rsidRDefault="00A818B5" w:rsidP="0019540D">
      <w:pPr>
        <w:spacing w:after="0" w:line="240" w:lineRule="auto"/>
        <w:rPr>
          <w:sz w:val="20"/>
          <w:szCs w:val="20"/>
          <w:lang w:eastAsia="ja-JP"/>
        </w:rPr>
      </w:pPr>
    </w:p>
    <w:p w14:paraId="40F6320B" w14:textId="78B9B3D9" w:rsidR="00DA4987" w:rsidRPr="00C24F60" w:rsidRDefault="00DA4987" w:rsidP="0019540D">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といったメリットがあり、団体のみなさんの負担を大きく減らす仕組みです。</w:t>
      </w:r>
    </w:p>
    <w:p w14:paraId="225C8798" w14:textId="77777777" w:rsidR="00DA4987" w:rsidRDefault="00DA4987" w:rsidP="0019540D">
      <w:pPr>
        <w:spacing w:after="0" w:line="240" w:lineRule="auto"/>
        <w:rPr>
          <w:lang w:eastAsia="ja-JP"/>
        </w:rPr>
      </w:pPr>
    </w:p>
    <w:p w14:paraId="6DEF72F5" w14:textId="77777777" w:rsidR="0019540D" w:rsidRDefault="0019540D" w:rsidP="0019540D">
      <w:pPr>
        <w:spacing w:after="0" w:line="240" w:lineRule="auto"/>
        <w:rPr>
          <w:lang w:eastAsia="ja-JP"/>
        </w:rPr>
      </w:pPr>
    </w:p>
    <w:p w14:paraId="0375E035" w14:textId="4B7A6DB4" w:rsidR="0019540D" w:rsidRDefault="0019540D" w:rsidP="0019540D">
      <w:pPr>
        <w:spacing w:after="0" w:line="240" w:lineRule="auto"/>
        <w:rPr>
          <w:lang w:eastAsia="ja-JP"/>
        </w:rPr>
      </w:pPr>
    </w:p>
    <w:p w14:paraId="6290CD36" w14:textId="77777777" w:rsidR="0019540D" w:rsidRDefault="0019540D" w:rsidP="0019540D">
      <w:pPr>
        <w:spacing w:after="0" w:line="240" w:lineRule="auto"/>
        <w:rPr>
          <w:lang w:eastAsia="ja-JP"/>
        </w:rPr>
      </w:pPr>
    </w:p>
    <w:p w14:paraId="63A3322A" w14:textId="259252B9" w:rsidR="00EA7103" w:rsidRPr="00EA7103" w:rsidRDefault="00485E4A" w:rsidP="00E41F94">
      <w:pPr>
        <w:spacing w:after="0" w:line="240" w:lineRule="auto"/>
        <w:rPr>
          <w:rFonts w:ascii="BIZ UDPゴシック" w:eastAsia="BIZ UDPゴシック" w:hAnsi="BIZ UDPゴシック"/>
          <w:sz w:val="28"/>
          <w:szCs w:val="28"/>
          <w:lang w:eastAsia="ja-JP"/>
        </w:rPr>
      </w:pPr>
      <w:r>
        <w:rPr>
          <w:rFonts w:ascii="BIZ UDPゴシック" w:eastAsia="BIZ UDPゴシック" w:hAnsi="BIZ UDPゴシック" w:hint="eastAsia"/>
          <w:sz w:val="28"/>
          <w:szCs w:val="28"/>
          <w:lang w:eastAsia="ja-JP"/>
        </w:rPr>
        <w:t>２．電子申請の仕組み</w:t>
      </w:r>
    </w:p>
    <w:p w14:paraId="06C86B33" w14:textId="3FD5720A" w:rsidR="00EA7103" w:rsidRPr="00C24F60" w:rsidRDefault="00E41F94" w:rsidP="00E41F94">
      <w:pPr>
        <w:spacing w:after="0" w:line="240" w:lineRule="auto"/>
        <w:rPr>
          <w:rFonts w:asciiTheme="majorEastAsia" w:eastAsiaTheme="majorEastAsia" w:hAnsiTheme="majorEastAsia"/>
          <w:lang w:eastAsia="ja-JP"/>
        </w:rPr>
      </w:pPr>
      <w:r w:rsidRPr="00C24F60">
        <w:rPr>
          <w:rFonts w:asciiTheme="majorEastAsia" w:eastAsiaTheme="majorEastAsia" w:hAnsiTheme="majorEastAsia" w:hint="eastAsia"/>
          <w:lang w:eastAsia="ja-JP"/>
        </w:rPr>
        <w:t>・</w:t>
      </w:r>
      <w:r w:rsidR="00EA7103" w:rsidRPr="00C24F60">
        <w:rPr>
          <w:rFonts w:asciiTheme="majorEastAsia" w:eastAsiaTheme="majorEastAsia" w:hAnsiTheme="majorEastAsia" w:hint="eastAsia"/>
          <w:lang w:eastAsia="ja-JP"/>
        </w:rPr>
        <w:t>ご自身のパソコン等から、ふれあい助成金の申請や報告ができる仕組みです。</w:t>
      </w:r>
    </w:p>
    <w:p w14:paraId="786DB2BD" w14:textId="3841AA55" w:rsidR="00E41F94" w:rsidRDefault="00E41F94" w:rsidP="00E41F94">
      <w:pPr>
        <w:spacing w:after="0" w:line="240" w:lineRule="auto"/>
        <w:rPr>
          <w:rFonts w:ascii="ＭＳ 明朝" w:eastAsia="ＭＳ 明朝" w:hAnsi="ＭＳ 明朝"/>
          <w:lang w:eastAsia="ja-JP"/>
        </w:rPr>
      </w:pPr>
      <w:r>
        <w:rPr>
          <w:rFonts w:ascii="ＭＳ 明朝" w:eastAsia="ＭＳ 明朝" w:hAnsi="ＭＳ 明朝"/>
          <w:noProof/>
          <w:lang w:eastAsia="ja-JP"/>
        </w:rPr>
        <w:drawing>
          <wp:anchor distT="0" distB="0" distL="114300" distR="114300" simplePos="0" relativeHeight="251682304" behindDoc="0" locked="0" layoutInCell="1" allowOverlap="1" wp14:anchorId="6565C364" wp14:editId="39D9F2C3">
            <wp:simplePos x="0" y="0"/>
            <wp:positionH relativeFrom="column">
              <wp:posOffset>47625</wp:posOffset>
            </wp:positionH>
            <wp:positionV relativeFrom="paragraph">
              <wp:posOffset>41910</wp:posOffset>
            </wp:positionV>
            <wp:extent cx="5905500" cy="3937000"/>
            <wp:effectExtent l="0" t="0" r="0" b="6350"/>
            <wp:wrapNone/>
            <wp:docPr id="1938983142"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83142" name="図 3" descr="ダイアグラム&#10;&#10;AI 生成コンテンツは誤りを含む可能性があります。"/>
                    <pic:cNvPicPr/>
                  </pic:nvPicPr>
                  <pic:blipFill>
                    <a:blip r:embed="rId10"/>
                    <a:stretch>
                      <a:fillRect/>
                    </a:stretch>
                  </pic:blipFill>
                  <pic:spPr>
                    <a:xfrm>
                      <a:off x="0" y="0"/>
                      <a:ext cx="5905500" cy="3937000"/>
                    </a:xfrm>
                    <a:prstGeom prst="rect">
                      <a:avLst/>
                    </a:prstGeom>
                  </pic:spPr>
                </pic:pic>
              </a:graphicData>
            </a:graphic>
            <wp14:sizeRelH relativeFrom="page">
              <wp14:pctWidth>0</wp14:pctWidth>
            </wp14:sizeRelH>
            <wp14:sizeRelV relativeFrom="page">
              <wp14:pctHeight>0</wp14:pctHeight>
            </wp14:sizeRelV>
          </wp:anchor>
        </w:drawing>
      </w:r>
    </w:p>
    <w:p w14:paraId="1427044B" w14:textId="13920371" w:rsidR="00E41F94" w:rsidRDefault="00E41F94" w:rsidP="00E41F94">
      <w:pPr>
        <w:spacing w:after="0" w:line="240" w:lineRule="auto"/>
        <w:rPr>
          <w:rFonts w:ascii="ＭＳ 明朝" w:eastAsia="ＭＳ 明朝" w:hAnsi="ＭＳ 明朝"/>
          <w:lang w:eastAsia="ja-JP"/>
        </w:rPr>
      </w:pPr>
    </w:p>
    <w:p w14:paraId="1BA0EF6F" w14:textId="77777777" w:rsidR="00E41F94" w:rsidRDefault="00E41F94" w:rsidP="00E41F94">
      <w:pPr>
        <w:spacing w:after="0" w:line="240" w:lineRule="auto"/>
        <w:rPr>
          <w:rFonts w:ascii="ＭＳ 明朝" w:eastAsia="ＭＳ 明朝" w:hAnsi="ＭＳ 明朝"/>
          <w:lang w:eastAsia="ja-JP"/>
        </w:rPr>
      </w:pPr>
    </w:p>
    <w:p w14:paraId="267EA143" w14:textId="77777777" w:rsidR="00E41F94" w:rsidRDefault="00E41F94" w:rsidP="00E41F94">
      <w:pPr>
        <w:spacing w:after="0" w:line="240" w:lineRule="auto"/>
        <w:rPr>
          <w:rFonts w:ascii="ＭＳ 明朝" w:eastAsia="ＭＳ 明朝" w:hAnsi="ＭＳ 明朝"/>
          <w:lang w:eastAsia="ja-JP"/>
        </w:rPr>
      </w:pPr>
    </w:p>
    <w:p w14:paraId="29F99C40" w14:textId="129C57B6" w:rsidR="00E41F94" w:rsidRDefault="00E41F94" w:rsidP="00E41F94">
      <w:pPr>
        <w:spacing w:after="0" w:line="240" w:lineRule="auto"/>
        <w:rPr>
          <w:rFonts w:ascii="ＭＳ 明朝" w:eastAsia="ＭＳ 明朝" w:hAnsi="ＭＳ 明朝"/>
          <w:lang w:eastAsia="ja-JP"/>
        </w:rPr>
      </w:pPr>
    </w:p>
    <w:p w14:paraId="67C3116C" w14:textId="0A83E02A" w:rsidR="00E41F94" w:rsidRDefault="00E41F94" w:rsidP="00E41F94">
      <w:pPr>
        <w:spacing w:after="0" w:line="240" w:lineRule="auto"/>
        <w:rPr>
          <w:rFonts w:ascii="ＭＳ 明朝" w:eastAsia="ＭＳ 明朝" w:hAnsi="ＭＳ 明朝"/>
          <w:lang w:eastAsia="ja-JP"/>
        </w:rPr>
      </w:pPr>
    </w:p>
    <w:p w14:paraId="747CF54E" w14:textId="77777777" w:rsidR="00E41F94" w:rsidRDefault="00E41F94" w:rsidP="00E41F94">
      <w:pPr>
        <w:spacing w:after="0" w:line="240" w:lineRule="auto"/>
        <w:rPr>
          <w:rFonts w:ascii="ＭＳ 明朝" w:eastAsia="ＭＳ 明朝" w:hAnsi="ＭＳ 明朝"/>
          <w:lang w:eastAsia="ja-JP"/>
        </w:rPr>
      </w:pPr>
    </w:p>
    <w:p w14:paraId="62CAA1C7" w14:textId="77777777" w:rsidR="00E41F94" w:rsidRDefault="00E41F94" w:rsidP="00E41F94">
      <w:pPr>
        <w:spacing w:after="0" w:line="240" w:lineRule="auto"/>
        <w:rPr>
          <w:rFonts w:ascii="ＭＳ 明朝" w:eastAsia="ＭＳ 明朝" w:hAnsi="ＭＳ 明朝"/>
          <w:lang w:eastAsia="ja-JP"/>
        </w:rPr>
      </w:pPr>
    </w:p>
    <w:p w14:paraId="1937E1B5" w14:textId="701150C9" w:rsidR="00E41F94" w:rsidRDefault="00E41F94" w:rsidP="00E41F94">
      <w:pPr>
        <w:spacing w:after="0" w:line="240" w:lineRule="auto"/>
        <w:rPr>
          <w:rFonts w:ascii="ＭＳ 明朝" w:eastAsia="ＭＳ 明朝" w:hAnsi="ＭＳ 明朝"/>
          <w:lang w:eastAsia="ja-JP"/>
        </w:rPr>
      </w:pPr>
    </w:p>
    <w:p w14:paraId="4E6BDE26" w14:textId="77777777" w:rsidR="00E41F94" w:rsidRDefault="00E41F94" w:rsidP="00E41F94">
      <w:pPr>
        <w:spacing w:after="0" w:line="240" w:lineRule="auto"/>
        <w:rPr>
          <w:rFonts w:ascii="ＭＳ 明朝" w:eastAsia="ＭＳ 明朝" w:hAnsi="ＭＳ 明朝"/>
          <w:lang w:eastAsia="ja-JP"/>
        </w:rPr>
      </w:pPr>
    </w:p>
    <w:p w14:paraId="0A20ECD9" w14:textId="0718D328" w:rsidR="00E41F94" w:rsidRDefault="00E41F94" w:rsidP="00E41F94">
      <w:pPr>
        <w:spacing w:after="0" w:line="240" w:lineRule="auto"/>
        <w:rPr>
          <w:rFonts w:ascii="ＭＳ 明朝" w:eastAsia="ＭＳ 明朝" w:hAnsi="ＭＳ 明朝"/>
          <w:lang w:eastAsia="ja-JP"/>
        </w:rPr>
      </w:pPr>
    </w:p>
    <w:p w14:paraId="08249E47" w14:textId="4456271D" w:rsidR="00E41F94" w:rsidRDefault="00E41F94" w:rsidP="00E41F94">
      <w:pPr>
        <w:spacing w:after="0" w:line="240" w:lineRule="auto"/>
        <w:rPr>
          <w:rFonts w:ascii="ＭＳ 明朝" w:eastAsia="ＭＳ 明朝" w:hAnsi="ＭＳ 明朝"/>
          <w:lang w:eastAsia="ja-JP"/>
        </w:rPr>
      </w:pPr>
    </w:p>
    <w:p w14:paraId="3A7CDF3F" w14:textId="050450E6" w:rsidR="00E41F94" w:rsidRDefault="00E41F94" w:rsidP="00E41F94">
      <w:pPr>
        <w:spacing w:after="0" w:line="240" w:lineRule="auto"/>
        <w:rPr>
          <w:rFonts w:ascii="ＭＳ 明朝" w:eastAsia="ＭＳ 明朝" w:hAnsi="ＭＳ 明朝"/>
          <w:lang w:eastAsia="ja-JP"/>
        </w:rPr>
      </w:pPr>
    </w:p>
    <w:p w14:paraId="3CC982D1" w14:textId="77777777" w:rsidR="00E41F94" w:rsidRDefault="00E41F94" w:rsidP="00E41F94">
      <w:pPr>
        <w:spacing w:after="0" w:line="240" w:lineRule="auto"/>
        <w:rPr>
          <w:rFonts w:ascii="ＭＳ 明朝" w:eastAsia="ＭＳ 明朝" w:hAnsi="ＭＳ 明朝"/>
          <w:lang w:eastAsia="ja-JP"/>
        </w:rPr>
      </w:pPr>
    </w:p>
    <w:p w14:paraId="025389B6" w14:textId="77777777" w:rsidR="00E41F94" w:rsidRDefault="00E41F94" w:rsidP="00E41F94">
      <w:pPr>
        <w:spacing w:after="0" w:line="240" w:lineRule="auto"/>
        <w:rPr>
          <w:rFonts w:ascii="ＭＳ 明朝" w:eastAsia="ＭＳ 明朝" w:hAnsi="ＭＳ 明朝"/>
          <w:lang w:eastAsia="ja-JP"/>
        </w:rPr>
      </w:pPr>
    </w:p>
    <w:p w14:paraId="1EC7D9FB" w14:textId="6FFE89A3" w:rsidR="00E41F94" w:rsidRDefault="00E41F94" w:rsidP="00E41F94">
      <w:pPr>
        <w:spacing w:after="0" w:line="240" w:lineRule="auto"/>
        <w:rPr>
          <w:rFonts w:ascii="ＭＳ 明朝" w:eastAsia="ＭＳ 明朝" w:hAnsi="ＭＳ 明朝"/>
          <w:lang w:eastAsia="ja-JP"/>
        </w:rPr>
      </w:pPr>
    </w:p>
    <w:p w14:paraId="3B6A8C30" w14:textId="77777777" w:rsidR="00E41F94" w:rsidRDefault="00E41F94" w:rsidP="00E41F94">
      <w:pPr>
        <w:spacing w:after="0" w:line="240" w:lineRule="auto"/>
        <w:rPr>
          <w:rFonts w:ascii="ＭＳ 明朝" w:eastAsia="ＭＳ 明朝" w:hAnsi="ＭＳ 明朝"/>
          <w:lang w:eastAsia="ja-JP"/>
        </w:rPr>
      </w:pPr>
    </w:p>
    <w:p w14:paraId="4D912CDB" w14:textId="77777777" w:rsidR="00E41F94" w:rsidRDefault="00E41F94" w:rsidP="00E41F94">
      <w:pPr>
        <w:spacing w:after="0" w:line="240" w:lineRule="auto"/>
        <w:rPr>
          <w:rFonts w:ascii="ＭＳ 明朝" w:eastAsia="ＭＳ 明朝" w:hAnsi="ＭＳ 明朝"/>
          <w:lang w:eastAsia="ja-JP"/>
        </w:rPr>
      </w:pPr>
    </w:p>
    <w:p w14:paraId="2C0834A8" w14:textId="77777777" w:rsidR="00E41F94" w:rsidRDefault="00E41F94" w:rsidP="00E41F94">
      <w:pPr>
        <w:spacing w:after="0" w:line="240" w:lineRule="auto"/>
        <w:rPr>
          <w:rFonts w:ascii="ＭＳ 明朝" w:eastAsia="ＭＳ 明朝" w:hAnsi="ＭＳ 明朝"/>
          <w:lang w:eastAsia="ja-JP"/>
        </w:rPr>
      </w:pPr>
    </w:p>
    <w:p w14:paraId="7713A69F" w14:textId="171C135D" w:rsidR="00E41F94" w:rsidRDefault="00E41F94" w:rsidP="00E41F94">
      <w:pPr>
        <w:spacing w:after="0" w:line="240" w:lineRule="auto"/>
        <w:rPr>
          <w:rFonts w:ascii="ＭＳ 明朝" w:eastAsia="ＭＳ 明朝" w:hAnsi="ＭＳ 明朝"/>
          <w:lang w:eastAsia="ja-JP"/>
        </w:rPr>
      </w:pPr>
    </w:p>
    <w:p w14:paraId="48C8D383" w14:textId="77777777" w:rsidR="00E41F94" w:rsidRDefault="00E41F94" w:rsidP="00E41F94">
      <w:pPr>
        <w:spacing w:after="0" w:line="240" w:lineRule="auto"/>
        <w:rPr>
          <w:rFonts w:ascii="ＭＳ 明朝" w:eastAsia="ＭＳ 明朝" w:hAnsi="ＭＳ 明朝"/>
          <w:lang w:eastAsia="ja-JP"/>
        </w:rPr>
      </w:pPr>
    </w:p>
    <w:p w14:paraId="089D8B5C" w14:textId="77777777" w:rsidR="00E41F94" w:rsidRDefault="00E41F94" w:rsidP="00E41F94">
      <w:pPr>
        <w:spacing w:after="0" w:line="240" w:lineRule="auto"/>
        <w:rPr>
          <w:rFonts w:ascii="ＭＳ 明朝" w:eastAsia="ＭＳ 明朝" w:hAnsi="ＭＳ 明朝"/>
          <w:lang w:eastAsia="ja-JP"/>
        </w:rPr>
      </w:pPr>
    </w:p>
    <w:p w14:paraId="2D7E5616" w14:textId="0E04B348" w:rsidR="00E41F94" w:rsidRDefault="00E41F94" w:rsidP="00E41F94">
      <w:pPr>
        <w:spacing w:after="0" w:line="240" w:lineRule="auto"/>
        <w:rPr>
          <w:rFonts w:ascii="ＭＳ 明朝" w:eastAsia="ＭＳ 明朝" w:hAnsi="ＭＳ 明朝"/>
          <w:lang w:eastAsia="ja-JP"/>
        </w:rPr>
      </w:pPr>
    </w:p>
    <w:p w14:paraId="18445113" w14:textId="77777777" w:rsidR="006F2A08" w:rsidRPr="00C24F60" w:rsidRDefault="006F2A08" w:rsidP="006F2A08">
      <w:pPr>
        <w:spacing w:after="0" w:line="240" w:lineRule="auto"/>
        <w:rPr>
          <w:rFonts w:asciiTheme="majorEastAsia" w:eastAsiaTheme="majorEastAsia" w:hAnsiTheme="majorEastAsia"/>
          <w:lang w:eastAsia="ja-JP"/>
        </w:rPr>
      </w:pPr>
      <w:r w:rsidRPr="00C24F60">
        <w:rPr>
          <w:rFonts w:asciiTheme="majorEastAsia" w:eastAsiaTheme="majorEastAsia" w:hAnsiTheme="majorEastAsia" w:hint="eastAsia"/>
          <w:lang w:eastAsia="ja-JP"/>
        </w:rPr>
        <w:t>・届いたメールのリンクから、申請・報告フォームにて申請内容や報告内容を入力</w:t>
      </w:r>
    </w:p>
    <w:p w14:paraId="0FE701B3" w14:textId="1F82390D" w:rsidR="006F2A08" w:rsidRPr="00C24F60" w:rsidRDefault="006F2A08" w:rsidP="006F2A08">
      <w:pPr>
        <w:spacing w:after="0" w:line="240" w:lineRule="auto"/>
        <w:rPr>
          <w:rFonts w:asciiTheme="majorEastAsia" w:eastAsiaTheme="majorEastAsia" w:hAnsiTheme="majorEastAsia"/>
          <w:lang w:eastAsia="ja-JP"/>
        </w:rPr>
      </w:pPr>
      <w:r w:rsidRPr="00C24F60">
        <w:rPr>
          <w:rFonts w:asciiTheme="majorEastAsia" w:eastAsiaTheme="majorEastAsia" w:hAnsiTheme="majorEastAsia" w:hint="eastAsia"/>
          <w:lang w:eastAsia="ja-JP"/>
        </w:rPr>
        <w:t>・フォームにて入力した内容は、受付期間内はいつでも確認可能</w:t>
      </w:r>
    </w:p>
    <w:p w14:paraId="2C38E18E" w14:textId="77777777" w:rsidR="006F2A08" w:rsidRPr="00C24F60" w:rsidRDefault="006F2A08" w:rsidP="006F2A08">
      <w:pPr>
        <w:spacing w:after="0" w:line="240" w:lineRule="auto"/>
        <w:rPr>
          <w:rFonts w:asciiTheme="majorEastAsia" w:eastAsiaTheme="majorEastAsia" w:hAnsiTheme="majorEastAsia"/>
          <w:lang w:eastAsia="ja-JP"/>
        </w:rPr>
      </w:pPr>
      <w:r w:rsidRPr="00C24F60">
        <w:rPr>
          <w:rFonts w:asciiTheme="majorEastAsia" w:eastAsiaTheme="majorEastAsia" w:hAnsiTheme="majorEastAsia" w:hint="eastAsia"/>
          <w:lang w:eastAsia="ja-JP"/>
        </w:rPr>
        <w:t>・入力した内容は、申請書・報告書をPDF出力できる</w:t>
      </w:r>
    </w:p>
    <w:p w14:paraId="096D04C5" w14:textId="5D5581D3" w:rsidR="0063395B" w:rsidRDefault="0063395B" w:rsidP="00E41F94">
      <w:pPr>
        <w:spacing w:after="0" w:line="240" w:lineRule="auto"/>
        <w:rPr>
          <w:rFonts w:ascii="ＭＳ 明朝" w:eastAsia="ＭＳ 明朝" w:hAnsi="ＭＳ 明朝"/>
          <w:lang w:eastAsia="ja-JP"/>
        </w:rPr>
      </w:pPr>
    </w:p>
    <w:p w14:paraId="1D8DA901" w14:textId="77777777" w:rsidR="006F2A08" w:rsidRDefault="006F2A08" w:rsidP="00E41F94">
      <w:pPr>
        <w:spacing w:after="0" w:line="240" w:lineRule="auto"/>
        <w:rPr>
          <w:rFonts w:ascii="ＭＳ 明朝" w:eastAsia="ＭＳ 明朝" w:hAnsi="ＭＳ 明朝"/>
          <w:lang w:eastAsia="ja-JP"/>
        </w:rPr>
      </w:pPr>
    </w:p>
    <w:p w14:paraId="0A0DD262" w14:textId="77777777" w:rsidR="006F2A08" w:rsidRDefault="006F2A08" w:rsidP="00E41F94">
      <w:pPr>
        <w:spacing w:after="0" w:line="240" w:lineRule="auto"/>
        <w:rPr>
          <w:rFonts w:ascii="ＭＳ 明朝" w:eastAsia="ＭＳ 明朝" w:hAnsi="ＭＳ 明朝"/>
          <w:lang w:eastAsia="ja-JP"/>
        </w:rPr>
      </w:pPr>
    </w:p>
    <w:p w14:paraId="4BB84884" w14:textId="77777777" w:rsidR="006F2A08" w:rsidRDefault="006F2A08" w:rsidP="00E41F94">
      <w:pPr>
        <w:spacing w:after="0" w:line="240" w:lineRule="auto"/>
        <w:rPr>
          <w:rFonts w:ascii="ＭＳ 明朝" w:eastAsia="ＭＳ 明朝" w:hAnsi="ＭＳ 明朝"/>
          <w:lang w:eastAsia="ja-JP"/>
        </w:rPr>
      </w:pPr>
    </w:p>
    <w:p w14:paraId="07A760BA" w14:textId="77777777" w:rsidR="00353192" w:rsidRDefault="00353192" w:rsidP="00E41F94">
      <w:pPr>
        <w:spacing w:after="0" w:line="240" w:lineRule="auto"/>
        <w:rPr>
          <w:rFonts w:ascii="ＭＳ 明朝" w:eastAsia="ＭＳ 明朝" w:hAnsi="ＭＳ 明朝"/>
          <w:lang w:eastAsia="ja-JP"/>
        </w:rPr>
      </w:pPr>
    </w:p>
    <w:p w14:paraId="34D6CECA" w14:textId="3B55249A" w:rsidR="00353192" w:rsidRDefault="00353192" w:rsidP="00E41F94">
      <w:pPr>
        <w:spacing w:after="0" w:line="240" w:lineRule="auto"/>
        <w:rPr>
          <w:rFonts w:ascii="ＭＳ 明朝" w:eastAsia="ＭＳ 明朝" w:hAnsi="ＭＳ 明朝"/>
          <w:lang w:eastAsia="ja-JP"/>
        </w:rPr>
      </w:pPr>
    </w:p>
    <w:p w14:paraId="2248BDB6" w14:textId="77777777" w:rsidR="00353192" w:rsidRDefault="00353192" w:rsidP="00E41F94">
      <w:pPr>
        <w:spacing w:after="0" w:line="240" w:lineRule="auto"/>
        <w:rPr>
          <w:rFonts w:ascii="ＭＳ 明朝" w:eastAsia="ＭＳ 明朝" w:hAnsi="ＭＳ 明朝"/>
          <w:lang w:eastAsia="ja-JP"/>
        </w:rPr>
      </w:pPr>
    </w:p>
    <w:p w14:paraId="19FEEAA5" w14:textId="60222A2F" w:rsidR="006F2A08" w:rsidRPr="00EA7103" w:rsidRDefault="006F2A08" w:rsidP="006F2A08">
      <w:pPr>
        <w:spacing w:after="0" w:line="240" w:lineRule="auto"/>
        <w:rPr>
          <w:rFonts w:ascii="BIZ UDPゴシック" w:eastAsia="BIZ UDPゴシック" w:hAnsi="BIZ UDPゴシック"/>
          <w:sz w:val="28"/>
          <w:szCs w:val="28"/>
          <w:lang w:eastAsia="ja-JP"/>
        </w:rPr>
      </w:pPr>
      <w:r>
        <w:rPr>
          <w:rFonts w:ascii="BIZ UDPゴシック" w:eastAsia="BIZ UDPゴシック" w:hAnsi="BIZ UDPゴシック" w:hint="eastAsia"/>
          <w:sz w:val="28"/>
          <w:szCs w:val="28"/>
          <w:lang w:eastAsia="ja-JP"/>
        </w:rPr>
        <w:t>３．事前準備</w:t>
      </w:r>
      <w:r w:rsidRPr="00EA7103">
        <w:rPr>
          <w:rFonts w:ascii="BIZ UDPゴシック" w:eastAsia="BIZ UDPゴシック" w:hAnsi="BIZ UDPゴシック"/>
          <w:sz w:val="28"/>
          <w:szCs w:val="28"/>
          <w:lang w:eastAsia="ja-JP"/>
        </w:rPr>
        <w:t xml:space="preserve"> </w:t>
      </w:r>
    </w:p>
    <w:p w14:paraId="4151294D" w14:textId="5B91BECB" w:rsidR="00E675E6" w:rsidRPr="00E675E6" w:rsidRDefault="00E675E6" w:rsidP="006F2A08">
      <w:pPr>
        <w:rPr>
          <w:rFonts w:ascii="BIZ UDPゴシック" w:eastAsia="BIZ UDPゴシック" w:hAnsi="BIZ UDPゴシック"/>
          <w:sz w:val="28"/>
          <w:szCs w:val="28"/>
          <w:lang w:eastAsia="ja-JP"/>
        </w:rPr>
      </w:pPr>
      <w:r w:rsidRPr="00DA09FA">
        <w:rPr>
          <w:rFonts w:asciiTheme="majorEastAsia" w:eastAsiaTheme="majorEastAsia" w:hAnsiTheme="majorEastAsia"/>
          <w:noProof/>
          <w:lang w:eastAsia="ja-JP"/>
        </w:rPr>
        <mc:AlternateContent>
          <mc:Choice Requires="wps">
            <w:drawing>
              <wp:anchor distT="0" distB="0" distL="114300" distR="114300" simplePos="0" relativeHeight="251631616" behindDoc="0" locked="0" layoutInCell="1" allowOverlap="1" wp14:anchorId="072BB5A9" wp14:editId="29293002">
                <wp:simplePos x="0" y="0"/>
                <wp:positionH relativeFrom="column">
                  <wp:posOffset>9525</wp:posOffset>
                </wp:positionH>
                <wp:positionV relativeFrom="paragraph">
                  <wp:posOffset>337185</wp:posOffset>
                </wp:positionV>
                <wp:extent cx="6124575" cy="1514475"/>
                <wp:effectExtent l="0" t="0" r="28575" b="28575"/>
                <wp:wrapNone/>
                <wp:docPr id="989107482" name="四角形: 角を丸くする 4"/>
                <wp:cNvGraphicFramePr/>
                <a:graphic xmlns:a="http://schemas.openxmlformats.org/drawingml/2006/main">
                  <a:graphicData uri="http://schemas.microsoft.com/office/word/2010/wordprocessingShape">
                    <wps:wsp>
                      <wps:cNvSpPr/>
                      <wps:spPr>
                        <a:xfrm>
                          <a:off x="0" y="0"/>
                          <a:ext cx="6124575" cy="151447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BFA701" id="四角形: 角を丸くする 4" o:spid="_x0000_s1026" style="position:absolute;margin-left:.75pt;margin-top:26.55pt;width:482.25pt;height:119.2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" fillcolor="white [3201]" strokecolor="#4f81bd [3204]" strokeweight="2pt"/>
            </w:pict>
          </mc:Fallback>
        </mc:AlternateContent>
      </w:r>
      <w:r>
        <w:rPr>
          <w:rFonts w:ascii="ＭＳ 明朝" w:eastAsia="ＭＳ 明朝" w:hAnsi="ＭＳ 明朝"/>
          <w:noProof/>
          <w:lang w:eastAsia="ja-JP"/>
        </w:rPr>
        <mc:AlternateContent>
          <mc:Choice Requires="wps">
            <w:drawing>
              <wp:anchor distT="0" distB="0" distL="114300" distR="114300" simplePos="0" relativeHeight="251632640" behindDoc="0" locked="0" layoutInCell="1" allowOverlap="1" wp14:anchorId="1B9B5607" wp14:editId="19D5CC5F">
                <wp:simplePos x="0" y="0"/>
                <wp:positionH relativeFrom="column">
                  <wp:posOffset>0</wp:posOffset>
                </wp:positionH>
                <wp:positionV relativeFrom="paragraph">
                  <wp:posOffset>300990</wp:posOffset>
                </wp:positionV>
                <wp:extent cx="1571625" cy="371475"/>
                <wp:effectExtent l="0" t="0" r="28575" b="28575"/>
                <wp:wrapNone/>
                <wp:docPr id="1624592653" name="四角形: 角を丸くする 4"/>
                <wp:cNvGraphicFramePr/>
                <a:graphic xmlns:a="http://schemas.openxmlformats.org/drawingml/2006/main">
                  <a:graphicData uri="http://schemas.microsoft.com/office/word/2010/wordprocessingShape">
                    <wps:wsp>
                      <wps:cNvSpPr/>
                      <wps:spPr>
                        <a:xfrm>
                          <a:off x="0" y="0"/>
                          <a:ext cx="1571625" cy="371475"/>
                        </a:xfrm>
                        <a:prstGeom prst="roundRect">
                          <a:avLst/>
                        </a:prstGeom>
                        <a:solidFill>
                          <a:schemeClr val="accent1"/>
                        </a:solidFill>
                        <a:ln w="25400" cap="flat" cmpd="sng" algn="ctr">
                          <a:solidFill>
                            <a:srgbClr val="4F81BD"/>
                          </a:solidFill>
                          <a:prstDash val="solid"/>
                        </a:ln>
                        <a:effectLst/>
                      </wps:spPr>
                      <wps:txbx>
                        <w:txbxContent>
                          <w:p w14:paraId="4BED7FF8" w14:textId="414A44B0"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sidRPr="00E675E6">
                              <w:rPr>
                                <w:rFonts w:ascii="BIZ UDPゴシック" w:eastAsia="BIZ UDPゴシック" w:hAnsi="BIZ UDPゴシック" w:hint="eastAsia"/>
                                <w:color w:val="FFFFFF" w:themeColor="background1"/>
                                <w:sz w:val="28"/>
                                <w:szCs w:val="28"/>
                                <w:lang w:eastAsia="ja-JP"/>
                              </w:rPr>
                              <w:t>必要なもの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B5607" id="四角形: 角を丸くする 4" o:spid="_x0000_s1026" style="position:absolute;margin-left:0;margin-top:23.7pt;width:123.75pt;height:29.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" fillcolor="#4f81bd [3204]" strokecolor="#4f81bd" strokeweight="2pt">
                <v:textbox>
                  <w:txbxContent>
                    <w:p w14:paraId="4BED7FF8" w14:textId="414A44B0"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sidRPr="00E675E6">
                        <w:rPr>
                          <w:rFonts w:ascii="BIZ UDPゴシック" w:eastAsia="BIZ UDPゴシック" w:hAnsi="BIZ UDPゴシック" w:hint="eastAsia"/>
                          <w:color w:val="FFFFFF" w:themeColor="background1"/>
                          <w:sz w:val="28"/>
                          <w:szCs w:val="28"/>
                          <w:lang w:eastAsia="ja-JP"/>
                        </w:rPr>
                        <w:t>必要なもの</w:t>
                      </w:r>
                    </w:p>
                  </w:txbxContent>
                </v:textbox>
              </v:roundrect>
            </w:pict>
          </mc:Fallback>
        </mc:AlternateContent>
      </w:r>
    </w:p>
    <w:p w14:paraId="22ED2300" w14:textId="3D3518EF" w:rsidR="006F2A08" w:rsidRDefault="006F2A08" w:rsidP="006F2A08">
      <w:pPr>
        <w:rPr>
          <w:rFonts w:ascii="ＭＳ 明朝" w:eastAsia="ＭＳ 明朝" w:hAnsi="ＭＳ 明朝"/>
          <w:lang w:eastAsia="ja-JP"/>
        </w:rPr>
      </w:pPr>
    </w:p>
    <w:p w14:paraId="2E685CA3" w14:textId="3E4FC411" w:rsidR="00E675E6" w:rsidRDefault="00E675E6" w:rsidP="006F2A08">
      <w:pPr>
        <w:rPr>
          <w:rFonts w:ascii="ＭＳ 明朝" w:eastAsia="ＭＳ 明朝" w:hAnsi="ＭＳ 明朝"/>
          <w:lang w:eastAsia="ja-JP"/>
        </w:rPr>
      </w:pPr>
      <w:r w:rsidRPr="00E675E6">
        <w:rPr>
          <w:rFonts w:ascii="ＭＳ 明朝" w:eastAsia="ＭＳ 明朝" w:hAnsi="ＭＳ 明朝"/>
          <w:noProof/>
          <w:lang w:eastAsia="ja-JP"/>
        </w:rPr>
        <mc:AlternateContent>
          <mc:Choice Requires="wps">
            <w:drawing>
              <wp:anchor distT="45720" distB="45720" distL="114300" distR="114300" simplePos="0" relativeHeight="251633664" behindDoc="0" locked="0" layoutInCell="1" allowOverlap="1" wp14:anchorId="63C46C63" wp14:editId="45A5770C">
                <wp:simplePos x="0" y="0"/>
                <wp:positionH relativeFrom="column">
                  <wp:posOffset>66675</wp:posOffset>
                </wp:positionH>
                <wp:positionV relativeFrom="paragraph">
                  <wp:posOffset>78740</wp:posOffset>
                </wp:positionV>
                <wp:extent cx="60388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14:paraId="1B1D5C76"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・団体が使用する メールアドレス（1団体につき1つ）</w:t>
                            </w:r>
                          </w:p>
                          <w:p w14:paraId="5070E86B"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※1つのアドレスで複数団体の申請はできません。</w:t>
                            </w:r>
                          </w:p>
                          <w:p w14:paraId="16912AA3"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・インターネットに接続できる パソコン</w:t>
                            </w:r>
                          </w:p>
                          <w:p w14:paraId="0656E51A" w14:textId="5A1D79EB"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・必要に応じて添付する 領収書の写真データ（jpg/</w:t>
                            </w:r>
                            <w:proofErr w:type="spellStart"/>
                            <w:r w:rsidRPr="00DA09FA">
                              <w:rPr>
                                <w:rFonts w:asciiTheme="majorEastAsia" w:eastAsiaTheme="majorEastAsia" w:hAnsiTheme="majorEastAsia" w:hint="eastAsia"/>
                                <w:lang w:eastAsia="ja-JP"/>
                              </w:rPr>
                              <w:t>png</w:t>
                            </w:r>
                            <w:proofErr w:type="spellEnd"/>
                            <w:r w:rsidRPr="00DA09FA">
                              <w:rPr>
                                <w:rFonts w:asciiTheme="majorEastAsia" w:eastAsiaTheme="majorEastAsia" w:hAnsiTheme="majorEastAsia" w:hint="eastAsia"/>
                                <w:lang w:eastAsia="ja-JP"/>
                              </w:rPr>
                              <w:t>）※助成金10万円以上の団体に必要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46C63" id="_x0000_t202" coordsize="21600,21600" o:spt="202" path="m,l,21600r21600,l21600,xe">
                <v:stroke joinstyle="miter"/>
                <v:path gradientshapeok="t" o:connecttype="rect"/>
              </v:shapetype>
              <v:shape id="テキスト ボックス 2" o:spid="_x0000_s1027" type="#_x0000_t202" style="position:absolute;margin-left:5.25pt;margin-top:6.2pt;width:475.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" stroked="f">
                <v:textbox style="mso-fit-shape-to-text:t">
                  <w:txbxContent>
                    <w:p w14:paraId="1B1D5C76"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・団体が使用する メールアドレス（1団体につき1つ）</w:t>
                      </w:r>
                    </w:p>
                    <w:p w14:paraId="5070E86B"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※1つのアドレスで複数団体の申請はできません。</w:t>
                      </w:r>
                    </w:p>
                    <w:p w14:paraId="16912AA3" w14:textId="77777777"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・インターネットに接続できる パソコン</w:t>
                      </w:r>
                    </w:p>
                    <w:p w14:paraId="0656E51A" w14:textId="5A1D79EB" w:rsidR="00E675E6" w:rsidRPr="00DA09FA" w:rsidRDefault="00E675E6" w:rsidP="00E675E6">
                      <w:pPr>
                        <w:spacing w:after="0" w:line="240" w:lineRule="auto"/>
                        <w:rPr>
                          <w:rFonts w:asciiTheme="majorEastAsia" w:eastAsiaTheme="majorEastAsia" w:hAnsiTheme="majorEastAsia"/>
                          <w:lang w:eastAsia="ja-JP"/>
                        </w:rPr>
                      </w:pPr>
                      <w:r w:rsidRPr="00DA09FA">
                        <w:rPr>
                          <w:rFonts w:asciiTheme="majorEastAsia" w:eastAsiaTheme="majorEastAsia" w:hAnsiTheme="majorEastAsia" w:hint="eastAsia"/>
                          <w:lang w:eastAsia="ja-JP"/>
                        </w:rPr>
                        <w:t>・必要に応じて添付する 領収書の写真データ（jpg/</w:t>
                      </w:r>
                      <w:proofErr w:type="spellStart"/>
                      <w:r w:rsidRPr="00DA09FA">
                        <w:rPr>
                          <w:rFonts w:asciiTheme="majorEastAsia" w:eastAsiaTheme="majorEastAsia" w:hAnsiTheme="majorEastAsia" w:hint="eastAsia"/>
                          <w:lang w:eastAsia="ja-JP"/>
                        </w:rPr>
                        <w:t>png</w:t>
                      </w:r>
                      <w:proofErr w:type="spellEnd"/>
                      <w:r w:rsidRPr="00DA09FA">
                        <w:rPr>
                          <w:rFonts w:asciiTheme="majorEastAsia" w:eastAsiaTheme="majorEastAsia" w:hAnsiTheme="majorEastAsia" w:hint="eastAsia"/>
                          <w:lang w:eastAsia="ja-JP"/>
                        </w:rPr>
                        <w:t>）※助成金10万円以上の団体に必要</w:t>
                      </w:r>
                    </w:p>
                  </w:txbxContent>
                </v:textbox>
              </v:shape>
            </w:pict>
          </mc:Fallback>
        </mc:AlternateContent>
      </w:r>
    </w:p>
    <w:p w14:paraId="1CE69574" w14:textId="446803C9" w:rsidR="00E675E6" w:rsidRDefault="00E675E6" w:rsidP="006F2A08">
      <w:pPr>
        <w:rPr>
          <w:rFonts w:ascii="ＭＳ 明朝" w:eastAsia="ＭＳ 明朝" w:hAnsi="ＭＳ 明朝"/>
          <w:lang w:eastAsia="ja-JP"/>
        </w:rPr>
      </w:pPr>
    </w:p>
    <w:p w14:paraId="07EAF2A8" w14:textId="5D248E80" w:rsidR="00E675E6" w:rsidRDefault="00E675E6" w:rsidP="006F2A08">
      <w:pPr>
        <w:rPr>
          <w:rFonts w:ascii="ＭＳ 明朝" w:eastAsia="ＭＳ 明朝" w:hAnsi="ＭＳ 明朝"/>
          <w:lang w:eastAsia="ja-JP"/>
        </w:rPr>
      </w:pPr>
    </w:p>
    <w:p w14:paraId="4ECCD873" w14:textId="1924305D" w:rsidR="00E675E6" w:rsidRDefault="00E675E6" w:rsidP="00E675E6">
      <w:pPr>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637760" behindDoc="0" locked="0" layoutInCell="1" allowOverlap="1" wp14:anchorId="06D39253" wp14:editId="3095978F">
                <wp:simplePos x="0" y="0"/>
                <wp:positionH relativeFrom="column">
                  <wp:posOffset>0</wp:posOffset>
                </wp:positionH>
                <wp:positionV relativeFrom="paragraph">
                  <wp:posOffset>339090</wp:posOffset>
                </wp:positionV>
                <wp:extent cx="6124575" cy="1343025"/>
                <wp:effectExtent l="0" t="0" r="28575" b="28575"/>
                <wp:wrapNone/>
                <wp:docPr id="1955415679" name="四角形: 角を丸くする 4"/>
                <wp:cNvGraphicFramePr/>
                <a:graphic xmlns:a="http://schemas.openxmlformats.org/drawingml/2006/main">
                  <a:graphicData uri="http://schemas.microsoft.com/office/word/2010/wordprocessingShape">
                    <wps:wsp>
                      <wps:cNvSpPr/>
                      <wps:spPr>
                        <a:xfrm>
                          <a:off x="0" y="0"/>
                          <a:ext cx="6124575" cy="13430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0EB006" id="四角形: 角を丸くする 4" o:spid="_x0000_s1026" style="position:absolute;margin-left:0;margin-top:26.7pt;width:482.25pt;height:105.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" fillcolor="window" strokecolor="#4f81bd" strokeweight="2pt"/>
            </w:pict>
          </mc:Fallback>
        </mc:AlternateContent>
      </w:r>
      <w:r>
        <w:rPr>
          <w:rFonts w:ascii="ＭＳ 明朝" w:eastAsia="ＭＳ 明朝" w:hAnsi="ＭＳ 明朝"/>
          <w:noProof/>
          <w:lang w:eastAsia="ja-JP"/>
        </w:rPr>
        <mc:AlternateContent>
          <mc:Choice Requires="wps">
            <w:drawing>
              <wp:anchor distT="0" distB="0" distL="114300" distR="114300" simplePos="0" relativeHeight="251644928" behindDoc="0" locked="0" layoutInCell="1" allowOverlap="1" wp14:anchorId="02D81525" wp14:editId="60F9CD5A">
                <wp:simplePos x="0" y="0"/>
                <wp:positionH relativeFrom="column">
                  <wp:posOffset>0</wp:posOffset>
                </wp:positionH>
                <wp:positionV relativeFrom="paragraph">
                  <wp:posOffset>337185</wp:posOffset>
                </wp:positionV>
                <wp:extent cx="3219450" cy="371475"/>
                <wp:effectExtent l="0" t="0" r="19050" b="28575"/>
                <wp:wrapNone/>
                <wp:docPr id="1158407427" name="四角形: 角を丸くする 4"/>
                <wp:cNvGraphicFramePr/>
                <a:graphic xmlns:a="http://schemas.openxmlformats.org/drawingml/2006/main">
                  <a:graphicData uri="http://schemas.microsoft.com/office/word/2010/wordprocessingShape">
                    <wps:wsp>
                      <wps:cNvSpPr/>
                      <wps:spPr>
                        <a:xfrm>
                          <a:off x="0" y="0"/>
                          <a:ext cx="3219450" cy="371475"/>
                        </a:xfrm>
                        <a:prstGeom prst="roundRect">
                          <a:avLst/>
                        </a:prstGeom>
                        <a:solidFill>
                          <a:srgbClr val="4F81BD"/>
                        </a:solidFill>
                        <a:ln w="25400" cap="flat" cmpd="sng" algn="ctr">
                          <a:solidFill>
                            <a:srgbClr val="4F81BD"/>
                          </a:solidFill>
                          <a:prstDash val="solid"/>
                        </a:ln>
                        <a:effectLst/>
                      </wps:spPr>
                      <wps:txbx>
                        <w:txbxContent>
                          <w:p w14:paraId="4C7F8701" w14:textId="5C540D00"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sidRPr="00E675E6">
                              <w:rPr>
                                <w:rFonts w:ascii="BIZ UDPゴシック" w:eastAsia="BIZ UDPゴシック" w:hAnsi="BIZ UDPゴシック" w:hint="eastAsia"/>
                                <w:color w:val="FFFFFF" w:themeColor="background1"/>
                                <w:sz w:val="28"/>
                                <w:szCs w:val="28"/>
                                <w:lang w:eastAsia="ja-JP"/>
                              </w:rPr>
                              <w:t>メールアドレスの登録（初回のみ）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81525" id="_x0000_s1028" style="position:absolute;margin-left:0;margin-top:26.55pt;width:253.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" fillcolor="#4f81bd" strokecolor="#4f81bd" strokeweight="2pt">
                <v:textbox>
                  <w:txbxContent>
                    <w:p w14:paraId="4C7F8701" w14:textId="5C540D00"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sidRPr="00E675E6">
                        <w:rPr>
                          <w:rFonts w:ascii="BIZ UDPゴシック" w:eastAsia="BIZ UDPゴシック" w:hAnsi="BIZ UDPゴシック" w:hint="eastAsia"/>
                          <w:color w:val="FFFFFF" w:themeColor="background1"/>
                          <w:sz w:val="28"/>
                          <w:szCs w:val="28"/>
                          <w:lang w:eastAsia="ja-JP"/>
                        </w:rPr>
                        <w:t>メールアドレスの登録（初回のみ）</w:t>
                      </w:r>
                    </w:p>
                  </w:txbxContent>
                </v:textbox>
              </v:roundrect>
            </w:pict>
          </mc:Fallback>
        </mc:AlternateContent>
      </w:r>
    </w:p>
    <w:p w14:paraId="308EA047" w14:textId="20EC97E0" w:rsidR="00E675E6" w:rsidRDefault="00E675E6" w:rsidP="00E675E6">
      <w:pPr>
        <w:rPr>
          <w:rFonts w:ascii="ＭＳ 明朝" w:eastAsia="ＭＳ 明朝" w:hAnsi="ＭＳ 明朝"/>
          <w:lang w:eastAsia="ja-JP"/>
        </w:rPr>
      </w:pPr>
    </w:p>
    <w:p w14:paraId="3BB9DA2F" w14:textId="135A16AD" w:rsidR="00E675E6" w:rsidRDefault="00E675E6" w:rsidP="00E675E6">
      <w:pPr>
        <w:rPr>
          <w:rFonts w:ascii="ＭＳ 明朝" w:eastAsia="ＭＳ 明朝" w:hAnsi="ＭＳ 明朝"/>
          <w:lang w:eastAsia="ja-JP"/>
        </w:rPr>
      </w:pPr>
      <w:r w:rsidRPr="00E675E6">
        <w:rPr>
          <w:rFonts w:ascii="ＭＳ 明朝" w:eastAsia="ＭＳ 明朝" w:hAnsi="ＭＳ 明朝"/>
          <w:noProof/>
          <w:lang w:eastAsia="ja-JP"/>
        </w:rPr>
        <mc:AlternateContent>
          <mc:Choice Requires="wps">
            <w:drawing>
              <wp:anchor distT="45720" distB="45720" distL="114300" distR="114300" simplePos="0" relativeHeight="251648000" behindDoc="0" locked="0" layoutInCell="1" allowOverlap="1" wp14:anchorId="43616A3D" wp14:editId="51FD2646">
                <wp:simplePos x="0" y="0"/>
                <wp:positionH relativeFrom="column">
                  <wp:posOffset>28575</wp:posOffset>
                </wp:positionH>
                <wp:positionV relativeFrom="paragraph">
                  <wp:posOffset>121920</wp:posOffset>
                </wp:positionV>
                <wp:extent cx="5972175" cy="1404620"/>
                <wp:effectExtent l="0" t="0" r="9525" b="3810"/>
                <wp:wrapNone/>
                <wp:docPr id="951685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rgbClr val="FFFFFF"/>
                        </a:solidFill>
                        <a:ln w="9525">
                          <a:noFill/>
                          <a:miter lim="800000"/>
                          <a:headEnd/>
                          <a:tailEnd/>
                        </a:ln>
                      </wps:spPr>
                      <wps:txbx>
                        <w:txbxContent>
                          <w:p w14:paraId="5F78100C" w14:textId="5FC9D10C"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・団体が区社協へメールアドレスを提出</w:t>
                            </w:r>
                          </w:p>
                          <w:p w14:paraId="1C0C7CDF" w14:textId="4C2F213C"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・区社協がアドレスを登録</w:t>
                            </w:r>
                          </w:p>
                          <w:p w14:paraId="7A4A7754" w14:textId="5F6551F9"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・団体に「入力フォームのお知らせメール」が届く（URL付き）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16A3D" id="_x0000_s1029" type="#_x0000_t202" style="position:absolute;margin-left:2.25pt;margin-top:9.6pt;width:470.2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zaFA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" stroked="f">
                <v:textbox style="mso-fit-shape-to-text:t">
                  <w:txbxContent>
                    <w:p w14:paraId="5F78100C" w14:textId="5FC9D10C"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・団体が区社協へメールアドレスを提出</w:t>
                      </w:r>
                    </w:p>
                    <w:p w14:paraId="1C0C7CDF" w14:textId="4C2F213C"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・区社協がアドレスを登録</w:t>
                      </w:r>
                    </w:p>
                    <w:p w14:paraId="7A4A7754" w14:textId="5F6551F9" w:rsidR="00E675E6" w:rsidRPr="00C24F60" w:rsidRDefault="00E675E6" w:rsidP="00E675E6">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・団体に「入力フォームのお知らせメール」が届く（URL付き）</w:t>
                      </w:r>
                    </w:p>
                  </w:txbxContent>
                </v:textbox>
              </v:shape>
            </w:pict>
          </mc:Fallback>
        </mc:AlternateContent>
      </w:r>
    </w:p>
    <w:p w14:paraId="37144697" w14:textId="2F5EBFC9" w:rsidR="00E675E6" w:rsidRPr="00E675E6" w:rsidRDefault="00E675E6" w:rsidP="006F2A08">
      <w:pPr>
        <w:rPr>
          <w:rFonts w:ascii="ＭＳ 明朝" w:eastAsia="ＭＳ 明朝" w:hAnsi="ＭＳ 明朝"/>
          <w:lang w:eastAsia="ja-JP"/>
        </w:rPr>
      </w:pPr>
    </w:p>
    <w:p w14:paraId="2CE4F925" w14:textId="2EEC8859" w:rsidR="00E675E6" w:rsidRDefault="00E675E6" w:rsidP="006F2A08">
      <w:pPr>
        <w:rPr>
          <w:rFonts w:ascii="ＭＳ 明朝" w:eastAsia="ＭＳ 明朝" w:hAnsi="ＭＳ 明朝"/>
          <w:lang w:eastAsia="ja-JP"/>
        </w:rPr>
      </w:pPr>
    </w:p>
    <w:p w14:paraId="06A45FA9" w14:textId="061CA3F2" w:rsidR="00E675E6" w:rsidRDefault="00E675E6" w:rsidP="006F2A08">
      <w:pPr>
        <w:rPr>
          <w:rFonts w:ascii="ＭＳ 明朝" w:eastAsia="ＭＳ 明朝" w:hAnsi="ＭＳ 明朝"/>
          <w:lang w:eastAsia="ja-JP"/>
        </w:rPr>
      </w:pPr>
      <w:r w:rsidRPr="00C24F60">
        <w:rPr>
          <w:rFonts w:ascii="ＭＳ ゴシック" w:eastAsia="ＭＳ ゴシック" w:hAnsi="ＭＳ ゴシック"/>
          <w:noProof/>
          <w:lang w:eastAsia="ja-JP"/>
        </w:rPr>
        <mc:AlternateContent>
          <mc:Choice Requires="wps">
            <w:drawing>
              <wp:anchor distT="0" distB="0" distL="114300" distR="114300" simplePos="0" relativeHeight="251671552" behindDoc="0" locked="0" layoutInCell="1" allowOverlap="1" wp14:anchorId="66B4E71B" wp14:editId="4CCD363C">
                <wp:simplePos x="0" y="0"/>
                <wp:positionH relativeFrom="column">
                  <wp:posOffset>0</wp:posOffset>
                </wp:positionH>
                <wp:positionV relativeFrom="paragraph">
                  <wp:posOffset>319405</wp:posOffset>
                </wp:positionV>
                <wp:extent cx="6124575" cy="1743075"/>
                <wp:effectExtent l="0" t="0" r="28575" b="28575"/>
                <wp:wrapNone/>
                <wp:docPr id="1555639758" name="四角形: 角を丸くする 4"/>
                <wp:cNvGraphicFramePr/>
                <a:graphic xmlns:a="http://schemas.openxmlformats.org/drawingml/2006/main">
                  <a:graphicData uri="http://schemas.microsoft.com/office/word/2010/wordprocessingShape">
                    <wps:wsp>
                      <wps:cNvSpPr/>
                      <wps:spPr>
                        <a:xfrm>
                          <a:off x="0" y="0"/>
                          <a:ext cx="6124575" cy="17430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9BD4BC" id="四角形: 角を丸くする 4" o:spid="_x0000_s1026" style="position:absolute;margin-left:0;margin-top:25.15pt;width:482.25pt;height:13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" fillcolor="window" strokecolor="#4f81bd" strokeweight="2pt"/>
            </w:pict>
          </mc:Fallback>
        </mc:AlternateContent>
      </w:r>
      <w:r>
        <w:rPr>
          <w:rFonts w:ascii="ＭＳ 明朝" w:eastAsia="ＭＳ 明朝" w:hAnsi="ＭＳ 明朝"/>
          <w:noProof/>
          <w:lang w:eastAsia="ja-JP"/>
        </w:rPr>
        <mc:AlternateContent>
          <mc:Choice Requires="wps">
            <w:drawing>
              <wp:anchor distT="0" distB="0" distL="114300" distR="114300" simplePos="0" relativeHeight="251674624" behindDoc="0" locked="0" layoutInCell="1" allowOverlap="1" wp14:anchorId="6EBA71CF" wp14:editId="16A8C0C9">
                <wp:simplePos x="0" y="0"/>
                <wp:positionH relativeFrom="column">
                  <wp:posOffset>0</wp:posOffset>
                </wp:positionH>
                <wp:positionV relativeFrom="paragraph">
                  <wp:posOffset>319405</wp:posOffset>
                </wp:positionV>
                <wp:extent cx="1628775" cy="371475"/>
                <wp:effectExtent l="0" t="0" r="28575" b="28575"/>
                <wp:wrapNone/>
                <wp:docPr id="1222454265" name="四角形: 角を丸くする 4"/>
                <wp:cNvGraphicFramePr/>
                <a:graphic xmlns:a="http://schemas.openxmlformats.org/drawingml/2006/main">
                  <a:graphicData uri="http://schemas.microsoft.com/office/word/2010/wordprocessingShape">
                    <wps:wsp>
                      <wps:cNvSpPr/>
                      <wps:spPr>
                        <a:xfrm>
                          <a:off x="0" y="0"/>
                          <a:ext cx="1628775" cy="371475"/>
                        </a:xfrm>
                        <a:prstGeom prst="roundRect">
                          <a:avLst/>
                        </a:prstGeom>
                        <a:solidFill>
                          <a:srgbClr val="4F81BD"/>
                        </a:solidFill>
                        <a:ln w="25400" cap="flat" cmpd="sng" algn="ctr">
                          <a:solidFill>
                            <a:srgbClr val="4F81BD"/>
                          </a:solidFill>
                          <a:prstDash val="solid"/>
                        </a:ln>
                        <a:effectLst/>
                      </wps:spPr>
                      <wps:txbx>
                        <w:txbxContent>
                          <w:p w14:paraId="4BA04462" w14:textId="6D6633CC"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Pr>
                                <w:rFonts w:ascii="BIZ UDPゴシック" w:eastAsia="BIZ UDPゴシック" w:hAnsi="BIZ UDPゴシック" w:hint="eastAsia"/>
                                <w:color w:val="FFFFFF" w:themeColor="background1"/>
                                <w:sz w:val="28"/>
                                <w:szCs w:val="28"/>
                                <w:lang w:eastAsia="ja-JP"/>
                              </w:rPr>
                              <w:t>ログイン方法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A71CF" id="_x0000_s1030" style="position:absolute;margin-left:0;margin-top:25.15pt;width:128.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" fillcolor="#4f81bd" strokecolor="#4f81bd" strokeweight="2pt">
                <v:textbox>
                  <w:txbxContent>
                    <w:p w14:paraId="4BA04462" w14:textId="6D6633CC" w:rsidR="00E675E6" w:rsidRPr="00E675E6" w:rsidRDefault="00E675E6" w:rsidP="00E675E6">
                      <w:pPr>
                        <w:jc w:val="center"/>
                        <w:rPr>
                          <w:rFonts w:ascii="BIZ UDPゴシック" w:eastAsia="BIZ UDPゴシック" w:hAnsi="BIZ UDPゴシック"/>
                          <w:color w:val="FFFFFF" w:themeColor="background1"/>
                          <w:sz w:val="28"/>
                          <w:szCs w:val="28"/>
                          <w:lang w:eastAsia="ja-JP"/>
                        </w:rPr>
                      </w:pPr>
                      <w:r w:rsidRPr="00E675E6">
                        <w:rPr>
                          <w:rFonts w:ascii="Segoe UI Symbol" w:eastAsia="BIZ UDPゴシック" w:hAnsi="Segoe UI Symbol" w:cs="Segoe UI Symbol"/>
                          <w:color w:val="FFFFFF" w:themeColor="background1"/>
                          <w:sz w:val="28"/>
                          <w:szCs w:val="28"/>
                          <w:lang w:eastAsia="ja-JP"/>
                        </w:rPr>
                        <w:t>✔</w:t>
                      </w:r>
                      <w:r w:rsidRPr="00E675E6">
                        <w:rPr>
                          <w:rFonts w:ascii="BIZ UDPゴシック" w:eastAsia="BIZ UDPゴシック" w:hAnsi="BIZ UDPゴシック"/>
                          <w:color w:val="FFFFFF" w:themeColor="background1"/>
                          <w:sz w:val="28"/>
                          <w:szCs w:val="28"/>
                          <w:lang w:eastAsia="ja-JP"/>
                        </w:rPr>
                        <w:t xml:space="preserve"> </w:t>
                      </w:r>
                      <w:r>
                        <w:rPr>
                          <w:rFonts w:ascii="BIZ UDPゴシック" w:eastAsia="BIZ UDPゴシック" w:hAnsi="BIZ UDPゴシック" w:hint="eastAsia"/>
                          <w:color w:val="FFFFFF" w:themeColor="background1"/>
                          <w:sz w:val="28"/>
                          <w:szCs w:val="28"/>
                          <w:lang w:eastAsia="ja-JP"/>
                        </w:rPr>
                        <w:t>ログイン方法</w:t>
                      </w:r>
                    </w:p>
                  </w:txbxContent>
                </v:textbox>
              </v:roundrect>
            </w:pict>
          </mc:Fallback>
        </mc:AlternateContent>
      </w:r>
    </w:p>
    <w:p w14:paraId="7F54ABC8" w14:textId="4E0F641F" w:rsidR="00E675E6" w:rsidRDefault="00E675E6" w:rsidP="006F2A08">
      <w:pPr>
        <w:rPr>
          <w:rFonts w:ascii="ＭＳ 明朝" w:eastAsia="ＭＳ 明朝" w:hAnsi="ＭＳ 明朝"/>
          <w:lang w:eastAsia="ja-JP"/>
        </w:rPr>
      </w:pPr>
    </w:p>
    <w:p w14:paraId="6B0E27C5" w14:textId="789206C8" w:rsidR="00E675E6" w:rsidRDefault="00E675E6" w:rsidP="006F2A08">
      <w:pPr>
        <w:rPr>
          <w:rFonts w:ascii="ＭＳ 明朝" w:eastAsia="ＭＳ 明朝" w:hAnsi="ＭＳ 明朝"/>
          <w:lang w:eastAsia="ja-JP"/>
        </w:rPr>
      </w:pPr>
      <w:r w:rsidRPr="00E675E6">
        <w:rPr>
          <w:rFonts w:ascii="ＭＳ 明朝" w:eastAsia="ＭＳ 明朝" w:hAnsi="ＭＳ 明朝"/>
          <w:noProof/>
          <w:lang w:eastAsia="ja-JP"/>
        </w:rPr>
        <mc:AlternateContent>
          <mc:Choice Requires="wps">
            <w:drawing>
              <wp:anchor distT="45720" distB="45720" distL="114300" distR="114300" simplePos="0" relativeHeight="251677696" behindDoc="0" locked="0" layoutInCell="1" allowOverlap="1" wp14:anchorId="5BA75128" wp14:editId="4C6126AC">
                <wp:simplePos x="0" y="0"/>
                <wp:positionH relativeFrom="column">
                  <wp:posOffset>76200</wp:posOffset>
                </wp:positionH>
                <wp:positionV relativeFrom="paragraph">
                  <wp:posOffset>96520</wp:posOffset>
                </wp:positionV>
                <wp:extent cx="5972175" cy="1095375"/>
                <wp:effectExtent l="0" t="0" r="9525" b="9525"/>
                <wp:wrapNone/>
                <wp:docPr id="2057880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95375"/>
                        </a:xfrm>
                        <a:prstGeom prst="rect">
                          <a:avLst/>
                        </a:prstGeom>
                        <a:solidFill>
                          <a:srgbClr val="FFFFFF"/>
                        </a:solidFill>
                        <a:ln w="9525">
                          <a:noFill/>
                          <a:miter lim="800000"/>
                          <a:headEnd/>
                          <a:tailEnd/>
                        </a:ln>
                      </wps:spPr>
                      <wps:txbx>
                        <w:txbxContent>
                          <w:p w14:paraId="150FE561" w14:textId="326D03C7" w:rsidR="00E675E6"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・区社協から届く</w:t>
                            </w:r>
                            <w:r w:rsidRPr="005B4B48">
                              <w:rPr>
                                <w:rFonts w:ascii="ＭＳ ゴシック" w:eastAsia="ＭＳ ゴシック" w:hAnsi="ＭＳ ゴシック" w:hint="eastAsia"/>
                                <w:b/>
                                <w:bCs/>
                                <w:lang w:eastAsia="ja-JP"/>
                              </w:rPr>
                              <w:t>「入力フォームのお知らせメール」</w:t>
                            </w:r>
                            <w:r w:rsidRPr="005B4B48">
                              <w:rPr>
                                <w:rFonts w:ascii="ＭＳ ゴシック" w:eastAsia="ＭＳ ゴシック" w:hAnsi="ＭＳ ゴシック" w:hint="eastAsia"/>
                                <w:lang w:eastAsia="ja-JP"/>
                              </w:rPr>
                              <w:t>を開く</w:t>
                            </w:r>
                          </w:p>
                          <w:p w14:paraId="1C5C3E62" w14:textId="430C1137"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・メール記載のURLをクリック</w:t>
                            </w:r>
                          </w:p>
                          <w:p w14:paraId="4D3AD57F" w14:textId="13910AD0"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・表示されたページで「メールアドレスでログイン」を選択</w:t>
                            </w:r>
                          </w:p>
                          <w:p w14:paraId="6F6BE20F" w14:textId="5B72512F"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・メールアドレスを入力し、送信</w:t>
                            </w:r>
                          </w:p>
                          <w:p w14:paraId="0959F275" w14:textId="54D412BC" w:rsidR="00C31582" w:rsidRPr="005B4B48" w:rsidRDefault="00C31582" w:rsidP="00E675E6">
                            <w:pPr>
                              <w:spacing w:after="0" w:line="240" w:lineRule="auto"/>
                              <w:rPr>
                                <w:rFonts w:ascii="ＭＳ ゴシック" w:eastAsia="ＭＳ ゴシック" w:hAnsi="ＭＳ ゴシック"/>
                                <w:sz w:val="21"/>
                                <w:szCs w:val="21"/>
                                <w:lang w:eastAsia="ja-JP"/>
                              </w:rPr>
                            </w:pPr>
                            <w:r w:rsidRPr="005B4B48">
                              <w:rPr>
                                <w:rFonts w:ascii="ＭＳ ゴシック" w:eastAsia="ＭＳ ゴシック" w:hAnsi="ＭＳ ゴシック" w:hint="eastAsia"/>
                                <w:sz w:val="21"/>
                                <w:szCs w:val="21"/>
                                <w:lang w:eastAsia="ja-JP"/>
                              </w:rPr>
                              <w:t>※次回以降のログインも</w:t>
                            </w:r>
                            <w:r w:rsidR="000824AE" w:rsidRPr="005B4B48">
                              <w:rPr>
                                <w:rFonts w:ascii="ＭＳ ゴシック" w:eastAsia="ＭＳ ゴシック" w:hAnsi="ＭＳ ゴシック" w:hint="eastAsia"/>
                                <w:sz w:val="21"/>
                                <w:szCs w:val="21"/>
                                <w:lang w:eastAsia="ja-JP"/>
                              </w:rPr>
                              <w:t>同じ流れです。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5128" id="_x0000_s1031" type="#_x0000_t202" style="position:absolute;margin-left:6pt;margin-top:7.6pt;width:470.25pt;height:86.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" stroked="f">
                <v:textbox>
                  <w:txbxContent>
                    <w:p w14:paraId="150FE561" w14:textId="326D03C7" w:rsidR="00E675E6"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・区社協から届く</w:t>
                      </w:r>
                      <w:r w:rsidRPr="005B4B48">
                        <w:rPr>
                          <w:rFonts w:ascii="ＭＳ ゴシック" w:eastAsia="ＭＳ ゴシック" w:hAnsi="ＭＳ ゴシック" w:hint="eastAsia"/>
                          <w:b/>
                          <w:bCs/>
                          <w:lang w:eastAsia="ja-JP"/>
                        </w:rPr>
                        <w:t>「入力フォームのお知らせメール」</w:t>
                      </w:r>
                      <w:r w:rsidRPr="005B4B48">
                        <w:rPr>
                          <w:rFonts w:ascii="ＭＳ ゴシック" w:eastAsia="ＭＳ ゴシック" w:hAnsi="ＭＳ ゴシック" w:hint="eastAsia"/>
                          <w:lang w:eastAsia="ja-JP"/>
                        </w:rPr>
                        <w:t>を開く</w:t>
                      </w:r>
                    </w:p>
                    <w:p w14:paraId="1C5C3E62" w14:textId="430C1137"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・メール記載のURLをクリック</w:t>
                      </w:r>
                    </w:p>
                    <w:p w14:paraId="4D3AD57F" w14:textId="13910AD0"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・表示されたページで「メールアドレスでログイン」を選択</w:t>
                      </w:r>
                    </w:p>
                    <w:p w14:paraId="6F6BE20F" w14:textId="5B72512F" w:rsidR="00C31582" w:rsidRPr="005B4B48" w:rsidRDefault="00C31582" w:rsidP="00E675E6">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・メールアドレスを入力し、送信</w:t>
                      </w:r>
                    </w:p>
                    <w:p w14:paraId="0959F275" w14:textId="54D412BC" w:rsidR="00C31582" w:rsidRPr="005B4B48" w:rsidRDefault="00C31582" w:rsidP="00E675E6">
                      <w:pPr>
                        <w:spacing w:after="0" w:line="240" w:lineRule="auto"/>
                        <w:rPr>
                          <w:rFonts w:ascii="ＭＳ ゴシック" w:eastAsia="ＭＳ ゴシック" w:hAnsi="ＭＳ ゴシック"/>
                          <w:sz w:val="21"/>
                          <w:szCs w:val="21"/>
                          <w:lang w:eastAsia="ja-JP"/>
                        </w:rPr>
                      </w:pPr>
                      <w:r w:rsidRPr="005B4B48">
                        <w:rPr>
                          <w:rFonts w:ascii="ＭＳ ゴシック" w:eastAsia="ＭＳ ゴシック" w:hAnsi="ＭＳ ゴシック" w:hint="eastAsia"/>
                          <w:sz w:val="21"/>
                          <w:szCs w:val="21"/>
                          <w:lang w:eastAsia="ja-JP"/>
                        </w:rPr>
                        <w:t>※次回以降のログインも</w:t>
                      </w:r>
                      <w:r w:rsidR="000824AE" w:rsidRPr="005B4B48">
                        <w:rPr>
                          <w:rFonts w:ascii="ＭＳ ゴシック" w:eastAsia="ＭＳ ゴシック" w:hAnsi="ＭＳ ゴシック" w:hint="eastAsia"/>
                          <w:sz w:val="21"/>
                          <w:szCs w:val="21"/>
                          <w:lang w:eastAsia="ja-JP"/>
                        </w:rPr>
                        <w:t>同じ流れです。</w:t>
                      </w:r>
                    </w:p>
                  </w:txbxContent>
                </v:textbox>
              </v:shape>
            </w:pict>
          </mc:Fallback>
        </mc:AlternateContent>
      </w:r>
    </w:p>
    <w:p w14:paraId="61D257DD" w14:textId="4E57C4B8" w:rsidR="00E675E6" w:rsidRDefault="00E675E6" w:rsidP="006F2A08">
      <w:pPr>
        <w:rPr>
          <w:rFonts w:ascii="ＭＳ 明朝" w:eastAsia="ＭＳ 明朝" w:hAnsi="ＭＳ 明朝"/>
          <w:lang w:eastAsia="ja-JP"/>
        </w:rPr>
      </w:pPr>
    </w:p>
    <w:p w14:paraId="543FE762" w14:textId="15DCC1A6" w:rsidR="00E675E6" w:rsidRDefault="00E675E6" w:rsidP="006F2A08">
      <w:pPr>
        <w:rPr>
          <w:rFonts w:ascii="ＭＳ 明朝" w:eastAsia="ＭＳ 明朝" w:hAnsi="ＭＳ 明朝"/>
          <w:lang w:eastAsia="ja-JP"/>
        </w:rPr>
      </w:pPr>
    </w:p>
    <w:p w14:paraId="396DAABB" w14:textId="6E05D29E" w:rsidR="00E675E6" w:rsidRDefault="00E675E6" w:rsidP="006F2A08">
      <w:pPr>
        <w:rPr>
          <w:rFonts w:ascii="ＭＳ 明朝" w:eastAsia="ＭＳ 明朝" w:hAnsi="ＭＳ 明朝"/>
          <w:lang w:eastAsia="ja-JP"/>
        </w:rPr>
      </w:pPr>
    </w:p>
    <w:p w14:paraId="3DA6B5D5" w14:textId="2D63EC55" w:rsidR="003B10CE" w:rsidRDefault="003B10CE" w:rsidP="002F131C">
      <w:pPr>
        <w:spacing w:after="0" w:line="240" w:lineRule="auto"/>
        <w:rPr>
          <w:rFonts w:ascii="BIZ UDPゴシック" w:eastAsia="BIZ UDPゴシック" w:hAnsi="BIZ UDPゴシック"/>
          <w:sz w:val="28"/>
          <w:szCs w:val="28"/>
          <w:lang w:eastAsia="ja-JP"/>
        </w:rPr>
      </w:pPr>
    </w:p>
    <w:p w14:paraId="2B4F7457" w14:textId="60ABDBC4" w:rsidR="003B10CE" w:rsidRDefault="002F131C" w:rsidP="002F131C">
      <w:pPr>
        <w:spacing w:after="0" w:line="240" w:lineRule="auto"/>
        <w:rPr>
          <w:rFonts w:ascii="BIZ UDPゴシック" w:eastAsia="BIZ UDPゴシック" w:hAnsi="BIZ UDPゴシック"/>
          <w:sz w:val="28"/>
          <w:szCs w:val="28"/>
          <w:lang w:eastAsia="ja-JP"/>
        </w:rPr>
      </w:pPr>
      <w:r>
        <w:rPr>
          <w:rFonts w:ascii="BIZ UDPゴシック" w:eastAsia="BIZ UDPゴシック" w:hAnsi="BIZ UDPゴシック"/>
          <w:noProof/>
          <w:sz w:val="28"/>
          <w:szCs w:val="28"/>
          <w:lang w:eastAsia="ja-JP"/>
        </w:rPr>
        <w:drawing>
          <wp:anchor distT="0" distB="0" distL="114300" distR="114300" simplePos="0" relativeHeight="251683840" behindDoc="0" locked="0" layoutInCell="1" allowOverlap="1" wp14:anchorId="2B6A803B" wp14:editId="6B73346A">
            <wp:simplePos x="0" y="0"/>
            <wp:positionH relativeFrom="column">
              <wp:posOffset>95249</wp:posOffset>
            </wp:positionH>
            <wp:positionV relativeFrom="paragraph">
              <wp:posOffset>10795</wp:posOffset>
            </wp:positionV>
            <wp:extent cx="6054777" cy="3095625"/>
            <wp:effectExtent l="0" t="0" r="3175" b="0"/>
            <wp:wrapNone/>
            <wp:docPr id="1008588894" name="図 12"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88894" name="図 12" descr="グラフィカル ユーザー インターフェイス, テキスト, アプリケーション&#10;&#10;AI 生成コンテンツは誤りを含む可能性があります。"/>
                    <pic:cNvPicPr/>
                  </pic:nvPicPr>
                  <pic:blipFill rotWithShape="1">
                    <a:blip r:embed="rId11"/>
                    <a:srcRect l="8473" t="6511" r="8195" b="5926"/>
                    <a:stretch>
                      <a:fillRect/>
                    </a:stretch>
                  </pic:blipFill>
                  <pic:spPr bwMode="auto">
                    <a:xfrm>
                      <a:off x="0" y="0"/>
                      <a:ext cx="6059618" cy="309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67945" w14:textId="316594B3" w:rsidR="003B10CE" w:rsidRDefault="003B10CE" w:rsidP="002F131C">
      <w:pPr>
        <w:spacing w:after="0" w:line="240" w:lineRule="auto"/>
        <w:rPr>
          <w:rFonts w:ascii="BIZ UDPゴシック" w:eastAsia="BIZ UDPゴシック" w:hAnsi="BIZ UDPゴシック"/>
          <w:sz w:val="28"/>
          <w:szCs w:val="28"/>
          <w:lang w:eastAsia="ja-JP"/>
        </w:rPr>
      </w:pPr>
    </w:p>
    <w:p w14:paraId="528C838A" w14:textId="555C3A72" w:rsidR="003B10CE" w:rsidRDefault="003B10CE" w:rsidP="002F131C">
      <w:pPr>
        <w:spacing w:after="0" w:line="240" w:lineRule="auto"/>
        <w:rPr>
          <w:rFonts w:ascii="BIZ UDPゴシック" w:eastAsia="BIZ UDPゴシック" w:hAnsi="BIZ UDPゴシック"/>
          <w:sz w:val="28"/>
          <w:szCs w:val="28"/>
          <w:lang w:eastAsia="ja-JP"/>
        </w:rPr>
      </w:pPr>
    </w:p>
    <w:p w14:paraId="10582B8B" w14:textId="2E0116AF" w:rsidR="003B10CE" w:rsidRDefault="003B10CE" w:rsidP="002F131C">
      <w:pPr>
        <w:spacing w:after="0" w:line="240" w:lineRule="auto"/>
        <w:rPr>
          <w:rFonts w:ascii="BIZ UDPゴシック" w:eastAsia="BIZ UDPゴシック" w:hAnsi="BIZ UDPゴシック"/>
          <w:sz w:val="28"/>
          <w:szCs w:val="28"/>
          <w:lang w:eastAsia="ja-JP"/>
        </w:rPr>
      </w:pPr>
    </w:p>
    <w:p w14:paraId="7168DB61" w14:textId="52A88869" w:rsidR="003B10CE" w:rsidRDefault="003B10CE" w:rsidP="002F131C">
      <w:pPr>
        <w:spacing w:after="0" w:line="240" w:lineRule="auto"/>
        <w:rPr>
          <w:rFonts w:ascii="BIZ UDPゴシック" w:eastAsia="BIZ UDPゴシック" w:hAnsi="BIZ UDPゴシック"/>
          <w:sz w:val="28"/>
          <w:szCs w:val="28"/>
          <w:lang w:eastAsia="ja-JP"/>
        </w:rPr>
      </w:pPr>
    </w:p>
    <w:p w14:paraId="395D34AD" w14:textId="304FAD84" w:rsidR="003B10CE" w:rsidRDefault="003B10CE" w:rsidP="002F131C">
      <w:pPr>
        <w:spacing w:after="0" w:line="240" w:lineRule="auto"/>
        <w:rPr>
          <w:rFonts w:ascii="BIZ UDPゴシック" w:eastAsia="BIZ UDPゴシック" w:hAnsi="BIZ UDPゴシック"/>
          <w:sz w:val="28"/>
          <w:szCs w:val="28"/>
          <w:lang w:eastAsia="ja-JP"/>
        </w:rPr>
      </w:pPr>
    </w:p>
    <w:p w14:paraId="76726B2E" w14:textId="042859BC" w:rsidR="002F131C" w:rsidRDefault="002F131C" w:rsidP="002F131C">
      <w:pPr>
        <w:spacing w:after="0" w:line="240" w:lineRule="auto"/>
        <w:rPr>
          <w:rFonts w:ascii="BIZ UDPゴシック" w:eastAsia="BIZ UDPゴシック" w:hAnsi="BIZ UDPゴシック"/>
          <w:sz w:val="28"/>
          <w:szCs w:val="28"/>
          <w:lang w:eastAsia="ja-JP"/>
        </w:rPr>
      </w:pPr>
    </w:p>
    <w:p w14:paraId="3495087B" w14:textId="2980E173" w:rsidR="002F131C" w:rsidRDefault="002F131C" w:rsidP="002F131C">
      <w:pPr>
        <w:spacing w:after="0" w:line="240" w:lineRule="auto"/>
        <w:rPr>
          <w:rFonts w:ascii="BIZ UDPゴシック" w:eastAsia="BIZ UDPゴシック" w:hAnsi="BIZ UDPゴシック"/>
          <w:sz w:val="28"/>
          <w:szCs w:val="28"/>
          <w:lang w:eastAsia="ja-JP"/>
        </w:rPr>
      </w:pPr>
    </w:p>
    <w:p w14:paraId="60618A23" w14:textId="571ECAAB" w:rsidR="002F131C" w:rsidRDefault="002F131C" w:rsidP="002F131C">
      <w:pPr>
        <w:spacing w:after="0" w:line="240" w:lineRule="auto"/>
        <w:rPr>
          <w:rFonts w:ascii="BIZ UDPゴシック" w:eastAsia="BIZ UDPゴシック" w:hAnsi="BIZ UDPゴシック"/>
          <w:sz w:val="28"/>
          <w:szCs w:val="28"/>
          <w:lang w:eastAsia="ja-JP"/>
        </w:rPr>
      </w:pPr>
    </w:p>
    <w:p w14:paraId="482BEF32" w14:textId="7AD00CB1" w:rsidR="002F131C" w:rsidRDefault="00076C79" w:rsidP="002F131C">
      <w:pPr>
        <w:spacing w:after="0" w:line="240" w:lineRule="auto"/>
        <w:rPr>
          <w:rFonts w:ascii="BIZ UDPゴシック" w:eastAsia="BIZ UDPゴシック" w:hAnsi="BIZ UDPゴシック"/>
          <w:sz w:val="28"/>
          <w:szCs w:val="28"/>
          <w:lang w:eastAsia="ja-JP"/>
        </w:rPr>
      </w:pPr>
      <w:r>
        <w:rPr>
          <w:noProof/>
          <w:lang w:eastAsia="ja-JP"/>
        </w:rPr>
        <mc:AlternateContent>
          <mc:Choice Requires="wps">
            <w:drawing>
              <wp:anchor distT="45720" distB="45720" distL="114300" distR="114300" simplePos="0" relativeHeight="251845120" behindDoc="0" locked="0" layoutInCell="1" allowOverlap="1" wp14:anchorId="6DF3DEA2" wp14:editId="4005C4FA">
                <wp:simplePos x="0" y="0"/>
                <wp:positionH relativeFrom="column">
                  <wp:posOffset>739140</wp:posOffset>
                </wp:positionH>
                <wp:positionV relativeFrom="paragraph">
                  <wp:posOffset>8890</wp:posOffset>
                </wp:positionV>
                <wp:extent cx="4907280" cy="350520"/>
                <wp:effectExtent l="0" t="0" r="26670" b="11430"/>
                <wp:wrapNone/>
                <wp:docPr id="53487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50520"/>
                        </a:xfrm>
                        <a:prstGeom prst="rect">
                          <a:avLst/>
                        </a:prstGeom>
                        <a:solidFill>
                          <a:srgbClr val="FFFFFF"/>
                        </a:solidFill>
                        <a:ln w="9525">
                          <a:solidFill>
                            <a:srgbClr val="000000"/>
                          </a:solidFill>
                          <a:miter lim="800000"/>
                          <a:headEnd/>
                          <a:tailEnd/>
                        </a:ln>
                      </wps:spPr>
                      <wps:txbx>
                        <w:txbxContent>
                          <w:p w14:paraId="5BBCD90C" w14:textId="493047A6" w:rsidR="00076C79" w:rsidRPr="00076C79" w:rsidRDefault="00076C79">
                            <w:pPr>
                              <w:rPr>
                                <w:sz w:val="16"/>
                                <w:szCs w:val="16"/>
                              </w:rPr>
                            </w:pPr>
                            <w:r w:rsidRPr="00076C79">
                              <w:rPr>
                                <w:sz w:val="16"/>
                                <w:szCs w:val="16"/>
                              </w:rPr>
                              <w:t>https://yokohamashakyo.viewer.kintoneapp.com/public/7ba9ec8573bc72a192fe4eb959ab49207de6d896d526b63d169b557841ed1686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3DEA2" id="_x0000_s1032" type="#_x0000_t202" style="position:absolute;margin-left:58.2pt;margin-top:.7pt;width:386.4pt;height:27.6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">
                <v:textbox>
                  <w:txbxContent>
                    <w:p w14:paraId="5BBCD90C" w14:textId="493047A6" w:rsidR="00076C79" w:rsidRPr="00076C79" w:rsidRDefault="00076C79">
                      <w:pPr>
                        <w:rPr>
                          <w:sz w:val="16"/>
                          <w:szCs w:val="16"/>
                        </w:rPr>
                      </w:pPr>
                      <w:r w:rsidRPr="00076C79">
                        <w:rPr>
                          <w:sz w:val="16"/>
                          <w:szCs w:val="16"/>
                        </w:rPr>
                        <w:t>https://yokohamashakyo.viewer.kintoneapp.com/public/7ba9ec8573bc72a192fe4eb959ab49207de6d896d526b63d169b557841ed1686</w:t>
                      </w:r>
                    </w:p>
                  </w:txbxContent>
                </v:textbox>
              </v:shape>
            </w:pict>
          </mc:Fallback>
        </mc:AlternateContent>
      </w:r>
    </w:p>
    <w:p w14:paraId="5F984C5F" w14:textId="77777777" w:rsidR="002F131C" w:rsidRDefault="002F131C" w:rsidP="002F131C">
      <w:pPr>
        <w:spacing w:after="0" w:line="240" w:lineRule="auto"/>
        <w:rPr>
          <w:rFonts w:ascii="BIZ UDPゴシック" w:eastAsia="BIZ UDPゴシック" w:hAnsi="BIZ UDPゴシック"/>
          <w:sz w:val="28"/>
          <w:szCs w:val="28"/>
          <w:lang w:eastAsia="ja-JP"/>
        </w:rPr>
      </w:pPr>
    </w:p>
    <w:p w14:paraId="2FFE292A" w14:textId="77777777" w:rsidR="002F131C" w:rsidRDefault="002F131C" w:rsidP="002F131C">
      <w:pPr>
        <w:spacing w:after="0" w:line="240" w:lineRule="auto"/>
        <w:rPr>
          <w:rFonts w:ascii="BIZ UDPゴシック" w:eastAsia="BIZ UDPゴシック" w:hAnsi="BIZ UDPゴシック"/>
          <w:sz w:val="28"/>
          <w:szCs w:val="28"/>
          <w:lang w:eastAsia="ja-JP"/>
        </w:rPr>
      </w:pPr>
    </w:p>
    <w:p w14:paraId="33B0A9D9" w14:textId="77777777" w:rsidR="002F131C" w:rsidRDefault="002F131C" w:rsidP="002F131C">
      <w:pPr>
        <w:spacing w:after="0" w:line="240" w:lineRule="auto"/>
        <w:rPr>
          <w:rFonts w:ascii="BIZ UDPゴシック" w:eastAsia="BIZ UDPゴシック" w:hAnsi="BIZ UDPゴシック"/>
          <w:sz w:val="28"/>
          <w:szCs w:val="28"/>
          <w:lang w:eastAsia="ja-JP"/>
        </w:rPr>
      </w:pPr>
    </w:p>
    <w:p w14:paraId="22A62D12" w14:textId="739F17B3" w:rsidR="00485E4A" w:rsidRPr="00485E4A" w:rsidRDefault="000824AE">
      <w:pPr>
        <w:rPr>
          <w:rFonts w:ascii="ＭＳ 明朝" w:eastAsia="ＭＳ 明朝" w:hAnsi="ＭＳ 明朝"/>
          <w:sz w:val="20"/>
          <w:szCs w:val="20"/>
          <w:lang w:eastAsia="ja-JP"/>
        </w:rPr>
      </w:pPr>
      <w:r>
        <w:rPr>
          <w:rFonts w:ascii="BIZ UDPゴシック" w:eastAsia="BIZ UDPゴシック" w:hAnsi="BIZ UDPゴシック" w:hint="eastAsia"/>
          <w:sz w:val="28"/>
          <w:szCs w:val="28"/>
          <w:lang w:eastAsia="ja-JP"/>
        </w:rPr>
        <w:lastRenderedPageBreak/>
        <w:t>４．</w:t>
      </w:r>
      <w:r w:rsidR="000B764E">
        <w:rPr>
          <w:rFonts w:ascii="BIZ UDPゴシック" w:eastAsia="BIZ UDPゴシック" w:hAnsi="BIZ UDPゴシック" w:hint="eastAsia"/>
          <w:sz w:val="28"/>
          <w:szCs w:val="28"/>
          <w:lang w:eastAsia="ja-JP"/>
        </w:rPr>
        <w:t>ログインについて</w:t>
      </w:r>
    </w:p>
    <w:p w14:paraId="1CD392D6" w14:textId="6744CFCF" w:rsidR="00B71A33" w:rsidRPr="00C24F60" w:rsidRDefault="00B71A33" w:rsidP="00B71A33">
      <w:pPr>
        <w:spacing w:after="0" w:line="240" w:lineRule="auto"/>
        <w:rPr>
          <w:rFonts w:asciiTheme="majorEastAsia" w:eastAsiaTheme="majorEastAsia" w:hAnsiTheme="majorEastAsia"/>
          <w:sz w:val="24"/>
          <w:szCs w:val="24"/>
          <w:u w:val="single"/>
          <w:lang w:eastAsia="ja-JP"/>
        </w:rPr>
      </w:pPr>
      <w:r w:rsidRPr="00C24F60">
        <w:rPr>
          <w:rFonts w:asciiTheme="majorEastAsia" w:eastAsiaTheme="majorEastAsia" w:hAnsiTheme="majorEastAsia" w:hint="eastAsia"/>
          <w:sz w:val="24"/>
          <w:szCs w:val="24"/>
          <w:u w:val="single"/>
          <w:lang w:eastAsia="ja-JP"/>
        </w:rPr>
        <w:t xml:space="preserve">■ </w:t>
      </w:r>
      <w:r w:rsidRPr="00C24F60">
        <w:rPr>
          <w:rFonts w:asciiTheme="majorEastAsia" w:eastAsiaTheme="majorEastAsia" w:hAnsiTheme="majorEastAsia" w:hint="eastAsia"/>
          <w:b/>
          <w:bCs/>
          <w:sz w:val="24"/>
          <w:szCs w:val="24"/>
          <w:u w:val="single"/>
          <w:lang w:eastAsia="ja-JP"/>
        </w:rPr>
        <w:t>昨年からの変更点</w:t>
      </w:r>
    </w:p>
    <w:p w14:paraId="7BB4DA4E" w14:textId="68698F24" w:rsidR="00B71A33" w:rsidRPr="00C24F60" w:rsidRDefault="000B764E" w:rsidP="00B71A33">
      <w:pPr>
        <w:spacing w:after="0" w:line="240" w:lineRule="auto"/>
        <w:rPr>
          <w:rFonts w:asciiTheme="majorEastAsia" w:eastAsiaTheme="majorEastAsia" w:hAnsiTheme="majorEastAsia"/>
          <w:b/>
          <w:bCs/>
          <w:lang w:eastAsia="ja-JP"/>
        </w:rPr>
      </w:pPr>
      <w:r w:rsidRPr="00C24F60">
        <w:rPr>
          <w:rFonts w:asciiTheme="majorEastAsia" w:eastAsiaTheme="majorEastAsia" w:hAnsiTheme="majorEastAsia" w:hint="eastAsia"/>
          <w:b/>
          <w:bCs/>
          <w:lang w:eastAsia="ja-JP"/>
        </w:rPr>
        <w:t>・</w:t>
      </w:r>
      <w:r w:rsidR="00B71A33" w:rsidRPr="00C24F60">
        <w:rPr>
          <w:rFonts w:asciiTheme="majorEastAsia" w:eastAsiaTheme="majorEastAsia" w:hAnsiTheme="majorEastAsia" w:hint="eastAsia"/>
          <w:b/>
          <w:bCs/>
          <w:lang w:eastAsia="ja-JP"/>
        </w:rPr>
        <w:t>ログインすると、最初にマイページが表示されるようになりました。</w:t>
      </w:r>
    </w:p>
    <w:p w14:paraId="756227AD" w14:textId="47B6171A" w:rsidR="00CE0E8F" w:rsidRPr="00485E4A" w:rsidRDefault="002F131C" w:rsidP="002F131C">
      <w:pPr>
        <w:spacing w:after="0" w:line="240" w:lineRule="auto"/>
        <w:rPr>
          <w:rFonts w:ascii="ＭＳ 明朝" w:eastAsia="ＭＳ 明朝" w:hAnsi="ＭＳ 明朝"/>
          <w:sz w:val="20"/>
          <w:szCs w:val="20"/>
          <w:lang w:eastAsia="ja-JP"/>
        </w:rPr>
      </w:pPr>
      <w:r w:rsidRPr="00C24F60">
        <w:rPr>
          <w:rFonts w:ascii="ＭＳ ゴシック" w:eastAsia="ＭＳ ゴシック" w:hAnsi="ＭＳ ゴシック" w:hint="eastAsia"/>
          <w:noProof/>
          <w:sz w:val="20"/>
          <w:szCs w:val="20"/>
          <w:lang w:eastAsia="ja-JP"/>
        </w:rPr>
        <w:drawing>
          <wp:anchor distT="0" distB="0" distL="114300" distR="114300" simplePos="0" relativeHeight="251686400" behindDoc="0" locked="0" layoutInCell="1" allowOverlap="1" wp14:anchorId="5229BDB6" wp14:editId="0008BC71">
            <wp:simplePos x="0" y="0"/>
            <wp:positionH relativeFrom="column">
              <wp:posOffset>85725</wp:posOffset>
            </wp:positionH>
            <wp:positionV relativeFrom="paragraph">
              <wp:posOffset>25400</wp:posOffset>
            </wp:positionV>
            <wp:extent cx="6362700" cy="3199024"/>
            <wp:effectExtent l="0" t="0" r="0" b="1905"/>
            <wp:wrapNone/>
            <wp:docPr id="754546878" name="図 12"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6878" name="図 12" descr="グラフィカル ユーザー インターフェイス, テキスト, アプリケーション&#10;&#10;AI 生成コンテンツは誤りを含む可能性があります。"/>
                    <pic:cNvPicPr/>
                  </pic:nvPicPr>
                  <pic:blipFill rotWithShape="1">
                    <a:blip r:embed="rId12"/>
                    <a:srcRect t="6419" b="4197"/>
                    <a:stretch>
                      <a:fillRect/>
                    </a:stretch>
                  </pic:blipFill>
                  <pic:spPr bwMode="auto">
                    <a:xfrm>
                      <a:off x="0" y="0"/>
                      <a:ext cx="6366569" cy="3200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145C1" w14:textId="197D948F" w:rsidR="00485E4A" w:rsidRPr="00485E4A" w:rsidRDefault="00485E4A" w:rsidP="002F131C">
      <w:pPr>
        <w:spacing w:after="0" w:line="240" w:lineRule="auto"/>
        <w:rPr>
          <w:rFonts w:ascii="ＭＳ 明朝" w:eastAsia="ＭＳ 明朝" w:hAnsi="ＭＳ 明朝"/>
          <w:sz w:val="20"/>
          <w:szCs w:val="20"/>
          <w:lang w:eastAsia="ja-JP"/>
        </w:rPr>
      </w:pPr>
    </w:p>
    <w:p w14:paraId="27D4A94C" w14:textId="5DBA6415" w:rsidR="00485E4A" w:rsidRPr="00485E4A" w:rsidRDefault="00485E4A" w:rsidP="002F131C">
      <w:pPr>
        <w:spacing w:after="0" w:line="240" w:lineRule="auto"/>
        <w:rPr>
          <w:rFonts w:ascii="ＭＳ 明朝" w:eastAsia="ＭＳ 明朝" w:hAnsi="ＭＳ 明朝"/>
          <w:sz w:val="20"/>
          <w:szCs w:val="20"/>
          <w:lang w:eastAsia="ja-JP"/>
        </w:rPr>
      </w:pPr>
    </w:p>
    <w:p w14:paraId="6650EEA2" w14:textId="3D4C2950" w:rsidR="00485E4A" w:rsidRPr="00485E4A" w:rsidRDefault="00485E4A" w:rsidP="002F131C">
      <w:pPr>
        <w:spacing w:after="0" w:line="240" w:lineRule="auto"/>
        <w:rPr>
          <w:rFonts w:ascii="ＭＳ 明朝" w:eastAsia="ＭＳ 明朝" w:hAnsi="ＭＳ 明朝"/>
          <w:sz w:val="20"/>
          <w:szCs w:val="20"/>
          <w:lang w:eastAsia="ja-JP"/>
        </w:rPr>
      </w:pPr>
    </w:p>
    <w:p w14:paraId="24BB5269" w14:textId="70F240E0" w:rsidR="00485E4A" w:rsidRDefault="00485E4A" w:rsidP="002F131C">
      <w:pPr>
        <w:spacing w:after="0" w:line="240" w:lineRule="auto"/>
        <w:rPr>
          <w:rFonts w:ascii="ＭＳ 明朝" w:eastAsia="ＭＳ 明朝" w:hAnsi="ＭＳ 明朝"/>
          <w:sz w:val="20"/>
          <w:szCs w:val="20"/>
          <w:lang w:eastAsia="ja-JP"/>
        </w:rPr>
      </w:pPr>
    </w:p>
    <w:p w14:paraId="2491FA07" w14:textId="5568C1C8" w:rsidR="002F131C" w:rsidRDefault="002F131C" w:rsidP="002F131C">
      <w:pPr>
        <w:spacing w:after="0" w:line="240" w:lineRule="auto"/>
        <w:rPr>
          <w:rFonts w:ascii="ＭＳ 明朝" w:eastAsia="ＭＳ 明朝" w:hAnsi="ＭＳ 明朝"/>
          <w:sz w:val="20"/>
          <w:szCs w:val="20"/>
          <w:lang w:eastAsia="ja-JP"/>
        </w:rPr>
      </w:pPr>
    </w:p>
    <w:p w14:paraId="011C7D8C" w14:textId="06DB4C90" w:rsidR="002F131C" w:rsidRDefault="002F131C" w:rsidP="002F131C">
      <w:pPr>
        <w:spacing w:after="0" w:line="240" w:lineRule="auto"/>
        <w:rPr>
          <w:rFonts w:ascii="ＭＳ 明朝" w:eastAsia="ＭＳ 明朝" w:hAnsi="ＭＳ 明朝"/>
          <w:sz w:val="20"/>
          <w:szCs w:val="20"/>
          <w:lang w:eastAsia="ja-JP"/>
        </w:rPr>
      </w:pPr>
    </w:p>
    <w:p w14:paraId="1E220ED4" w14:textId="77777777" w:rsidR="002F131C" w:rsidRDefault="002F131C" w:rsidP="002F131C">
      <w:pPr>
        <w:spacing w:after="0" w:line="240" w:lineRule="auto"/>
        <w:rPr>
          <w:rFonts w:ascii="ＭＳ 明朝" w:eastAsia="ＭＳ 明朝" w:hAnsi="ＭＳ 明朝"/>
          <w:sz w:val="20"/>
          <w:szCs w:val="20"/>
          <w:lang w:eastAsia="ja-JP"/>
        </w:rPr>
      </w:pPr>
    </w:p>
    <w:p w14:paraId="52F0CC08" w14:textId="31EEE219" w:rsidR="002F131C" w:rsidRDefault="002F131C" w:rsidP="002F131C">
      <w:pPr>
        <w:spacing w:after="0" w:line="240" w:lineRule="auto"/>
        <w:rPr>
          <w:rFonts w:ascii="ＭＳ 明朝" w:eastAsia="ＭＳ 明朝" w:hAnsi="ＭＳ 明朝"/>
          <w:sz w:val="20"/>
          <w:szCs w:val="20"/>
          <w:lang w:eastAsia="ja-JP"/>
        </w:rPr>
      </w:pPr>
    </w:p>
    <w:p w14:paraId="1F813002" w14:textId="59EDB809" w:rsidR="002F131C" w:rsidRDefault="002F131C" w:rsidP="002F131C">
      <w:pPr>
        <w:spacing w:after="0" w:line="240" w:lineRule="auto"/>
        <w:rPr>
          <w:rFonts w:ascii="ＭＳ 明朝" w:eastAsia="ＭＳ 明朝" w:hAnsi="ＭＳ 明朝"/>
          <w:sz w:val="20"/>
          <w:szCs w:val="20"/>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688448" behindDoc="0" locked="0" layoutInCell="1" allowOverlap="1" wp14:anchorId="5E961358" wp14:editId="0C53A918">
                <wp:simplePos x="0" y="0"/>
                <wp:positionH relativeFrom="column">
                  <wp:posOffset>2724150</wp:posOffset>
                </wp:positionH>
                <wp:positionV relativeFrom="paragraph">
                  <wp:posOffset>10160</wp:posOffset>
                </wp:positionV>
                <wp:extent cx="3638550" cy="895350"/>
                <wp:effectExtent l="0" t="0" r="19050" b="19050"/>
                <wp:wrapNone/>
                <wp:docPr id="2007390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895350"/>
                        </a:xfrm>
                        <a:prstGeom prst="rect">
                          <a:avLst/>
                        </a:prstGeom>
                        <a:solidFill>
                          <a:srgbClr val="FFFFFF"/>
                        </a:solidFill>
                        <a:ln w="9525">
                          <a:solidFill>
                            <a:srgbClr val="000000"/>
                          </a:solidFill>
                          <a:miter lim="800000"/>
                          <a:headEnd/>
                          <a:tailEnd/>
                        </a:ln>
                      </wps:spPr>
                      <wps:txbx>
                        <w:txbxContent>
                          <w:p w14:paraId="0A263696" w14:textId="42B0603A"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助成区分一覧が確認できるようになりました。</w:t>
                            </w:r>
                          </w:p>
                          <w:p w14:paraId="560B7323" w14:textId="77777777"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利用者の皆さまが現在利用可能な助成区分を一覧で</w:t>
                            </w:r>
                          </w:p>
                          <w:p w14:paraId="0FF3BFE2" w14:textId="03685EDA"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確認でき、ご自身に必要な情報をスムーズに把握できます。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961358" id="_x0000_s1033" type="#_x0000_t202" style="position:absolute;margin-left:214.5pt;margin-top:.8pt;width:286.5pt;height:7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">
                <v:textbox>
                  <w:txbxContent>
                    <w:p w14:paraId="0A263696" w14:textId="42B0603A"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助成区分一覧が確認できるようになりました。</w:t>
                      </w:r>
                    </w:p>
                    <w:p w14:paraId="560B7323" w14:textId="77777777"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利用者の皆さまが現在利用可能な助成区分を一覧で</w:t>
                      </w:r>
                    </w:p>
                    <w:p w14:paraId="0FF3BFE2" w14:textId="03685EDA" w:rsidR="002F131C" w:rsidRPr="005B4B48" w:rsidRDefault="002F131C" w:rsidP="002F131C">
                      <w:pPr>
                        <w:spacing w:after="0" w:line="240" w:lineRule="auto"/>
                        <w:rPr>
                          <w:rFonts w:asciiTheme="majorEastAsia" w:eastAsiaTheme="majorEastAsia" w:hAnsiTheme="majorEastAsia"/>
                          <w:sz w:val="20"/>
                          <w:szCs w:val="20"/>
                          <w:lang w:eastAsia="ja-JP"/>
                        </w:rPr>
                      </w:pPr>
                      <w:r w:rsidRPr="005B4B48">
                        <w:rPr>
                          <w:rFonts w:asciiTheme="majorEastAsia" w:eastAsiaTheme="majorEastAsia" w:hAnsiTheme="majorEastAsia" w:hint="eastAsia"/>
                          <w:sz w:val="20"/>
                          <w:szCs w:val="20"/>
                          <w:lang w:eastAsia="ja-JP"/>
                        </w:rPr>
                        <w:t>確認でき、ご自身に必要な情報をスムーズに把握できます。</w:t>
                      </w:r>
                    </w:p>
                  </w:txbxContent>
                </v:textbox>
              </v:shape>
            </w:pict>
          </mc:Fallback>
        </mc:AlternateContent>
      </w:r>
    </w:p>
    <w:p w14:paraId="4C5E2D86" w14:textId="52CA2E50" w:rsidR="002F131C" w:rsidRPr="00485E4A" w:rsidRDefault="002F131C" w:rsidP="002F131C">
      <w:pPr>
        <w:spacing w:after="0" w:line="240" w:lineRule="auto"/>
        <w:rPr>
          <w:rFonts w:ascii="ＭＳ 明朝" w:eastAsia="ＭＳ 明朝" w:hAnsi="ＭＳ 明朝"/>
          <w:sz w:val="20"/>
          <w:szCs w:val="20"/>
          <w:lang w:eastAsia="ja-JP"/>
        </w:rPr>
      </w:pPr>
    </w:p>
    <w:p w14:paraId="00229CD2" w14:textId="77777777" w:rsidR="00485E4A" w:rsidRPr="00485E4A" w:rsidRDefault="00485E4A" w:rsidP="002F131C">
      <w:pPr>
        <w:spacing w:after="0" w:line="240" w:lineRule="auto"/>
        <w:rPr>
          <w:rFonts w:ascii="ＭＳ 明朝" w:eastAsia="ＭＳ 明朝" w:hAnsi="ＭＳ 明朝"/>
          <w:sz w:val="20"/>
          <w:szCs w:val="20"/>
          <w:lang w:eastAsia="ja-JP"/>
        </w:rPr>
      </w:pPr>
    </w:p>
    <w:p w14:paraId="172C5225" w14:textId="7DEC8EBB" w:rsidR="00485E4A" w:rsidRPr="00485E4A" w:rsidRDefault="00485E4A" w:rsidP="002F131C">
      <w:pPr>
        <w:spacing w:after="0" w:line="240" w:lineRule="auto"/>
        <w:rPr>
          <w:rFonts w:ascii="ＭＳ 明朝" w:eastAsia="ＭＳ 明朝" w:hAnsi="ＭＳ 明朝"/>
          <w:sz w:val="20"/>
          <w:szCs w:val="20"/>
          <w:lang w:eastAsia="ja-JP"/>
        </w:rPr>
      </w:pPr>
    </w:p>
    <w:p w14:paraId="3E46D1F3" w14:textId="45B92B61" w:rsidR="00485E4A" w:rsidRDefault="00485E4A" w:rsidP="002F131C">
      <w:pPr>
        <w:spacing w:after="0" w:line="240" w:lineRule="auto"/>
        <w:rPr>
          <w:rFonts w:ascii="ＭＳ 明朝" w:eastAsia="ＭＳ 明朝" w:hAnsi="ＭＳ 明朝"/>
          <w:sz w:val="20"/>
          <w:szCs w:val="20"/>
          <w:lang w:eastAsia="ja-JP"/>
        </w:rPr>
      </w:pPr>
    </w:p>
    <w:p w14:paraId="2E490159" w14:textId="77777777" w:rsidR="002F131C" w:rsidRDefault="002F131C" w:rsidP="002F131C">
      <w:pPr>
        <w:spacing w:after="0" w:line="240" w:lineRule="auto"/>
        <w:rPr>
          <w:rFonts w:ascii="ＭＳ 明朝" w:eastAsia="ＭＳ 明朝" w:hAnsi="ＭＳ 明朝"/>
          <w:sz w:val="20"/>
          <w:szCs w:val="20"/>
          <w:lang w:eastAsia="ja-JP"/>
        </w:rPr>
      </w:pPr>
    </w:p>
    <w:p w14:paraId="4FC06572" w14:textId="6CEB7D95" w:rsidR="002F131C" w:rsidRDefault="002F131C" w:rsidP="002F131C">
      <w:pPr>
        <w:spacing w:after="0" w:line="240" w:lineRule="auto"/>
        <w:rPr>
          <w:rFonts w:ascii="ＭＳ 明朝" w:eastAsia="ＭＳ 明朝" w:hAnsi="ＭＳ 明朝"/>
          <w:sz w:val="20"/>
          <w:szCs w:val="20"/>
          <w:lang w:eastAsia="ja-JP"/>
        </w:rPr>
      </w:pPr>
    </w:p>
    <w:p w14:paraId="696716EA" w14:textId="77777777" w:rsidR="002F131C" w:rsidRDefault="002F131C" w:rsidP="002F131C">
      <w:pPr>
        <w:spacing w:after="0" w:line="240" w:lineRule="auto"/>
        <w:rPr>
          <w:rFonts w:ascii="ＭＳ 明朝" w:eastAsia="ＭＳ 明朝" w:hAnsi="ＭＳ 明朝"/>
          <w:sz w:val="20"/>
          <w:szCs w:val="20"/>
          <w:lang w:eastAsia="ja-JP"/>
        </w:rPr>
      </w:pPr>
    </w:p>
    <w:p w14:paraId="615FA8E8" w14:textId="77777777" w:rsidR="002F131C" w:rsidRDefault="002F131C" w:rsidP="002F131C">
      <w:pPr>
        <w:spacing w:after="0" w:line="240" w:lineRule="auto"/>
        <w:rPr>
          <w:rFonts w:ascii="ＭＳ 明朝" w:eastAsia="ＭＳ 明朝" w:hAnsi="ＭＳ 明朝"/>
          <w:sz w:val="20"/>
          <w:szCs w:val="20"/>
          <w:lang w:eastAsia="ja-JP"/>
        </w:rPr>
      </w:pPr>
    </w:p>
    <w:p w14:paraId="783CA1B3" w14:textId="2922159D" w:rsidR="002F131C" w:rsidRDefault="002F131C" w:rsidP="002F131C">
      <w:pPr>
        <w:spacing w:after="0" w:line="240" w:lineRule="auto"/>
        <w:rPr>
          <w:rFonts w:ascii="ＭＳ 明朝" w:eastAsia="ＭＳ 明朝" w:hAnsi="ＭＳ 明朝"/>
          <w:sz w:val="20"/>
          <w:szCs w:val="20"/>
          <w:lang w:eastAsia="ja-JP"/>
        </w:rPr>
      </w:pPr>
    </w:p>
    <w:p w14:paraId="2754876D" w14:textId="77777777" w:rsidR="002F131C" w:rsidRPr="00485E4A" w:rsidRDefault="002F131C" w:rsidP="002F131C">
      <w:pPr>
        <w:spacing w:after="0" w:line="240" w:lineRule="auto"/>
        <w:rPr>
          <w:rFonts w:ascii="ＭＳ 明朝" w:eastAsia="ＭＳ 明朝" w:hAnsi="ＭＳ 明朝"/>
          <w:sz w:val="20"/>
          <w:szCs w:val="20"/>
          <w:lang w:eastAsia="ja-JP"/>
        </w:rPr>
      </w:pPr>
    </w:p>
    <w:p w14:paraId="2D619932" w14:textId="008AC401" w:rsidR="00B71A33" w:rsidRPr="00B71A33" w:rsidRDefault="00B71A33" w:rsidP="002F131C">
      <w:pPr>
        <w:spacing w:after="0" w:line="240" w:lineRule="auto"/>
        <w:rPr>
          <w:rFonts w:ascii="ＭＳ 明朝" w:eastAsia="ＭＳ 明朝" w:hAnsi="ＭＳ 明朝"/>
          <w:sz w:val="20"/>
          <w:szCs w:val="20"/>
          <w:lang w:eastAsia="ja-JP"/>
        </w:rPr>
      </w:pPr>
    </w:p>
    <w:p w14:paraId="4C7126FB" w14:textId="77777777" w:rsidR="002F131C" w:rsidRPr="00C24F60" w:rsidRDefault="002F131C" w:rsidP="002F131C">
      <w:pPr>
        <w:spacing w:after="0" w:line="240" w:lineRule="auto"/>
        <w:rPr>
          <w:rFonts w:asciiTheme="majorEastAsia" w:eastAsiaTheme="majorEastAsia" w:hAnsiTheme="majorEastAsia"/>
          <w:b/>
          <w:bCs/>
          <w:lang w:eastAsia="ja-JP"/>
        </w:rPr>
      </w:pPr>
      <w:r w:rsidRPr="00DA09FA">
        <w:rPr>
          <w:rFonts w:asciiTheme="majorEastAsia" w:eastAsiaTheme="majorEastAsia" w:hAnsiTheme="majorEastAsia" w:hint="eastAsia"/>
          <w:b/>
          <w:bCs/>
          <w:sz w:val="24"/>
          <w:szCs w:val="24"/>
          <w:lang w:eastAsia="ja-JP"/>
        </w:rPr>
        <w:t>・申請・報告フォームを分割しました。</w:t>
      </w:r>
    </w:p>
    <w:p w14:paraId="554986DD" w14:textId="77777777" w:rsidR="005D1E07" w:rsidRPr="00DA09FA" w:rsidRDefault="002F131C" w:rsidP="002F131C">
      <w:pPr>
        <w:spacing w:after="0" w:line="240" w:lineRule="auto"/>
        <w:ind w:firstLineChars="100" w:firstLine="210"/>
        <w:rPr>
          <w:rFonts w:asciiTheme="majorEastAsia" w:eastAsiaTheme="majorEastAsia" w:hAnsiTheme="majorEastAsia"/>
          <w:sz w:val="21"/>
          <w:szCs w:val="21"/>
          <w:lang w:eastAsia="ja-JP"/>
        </w:rPr>
      </w:pPr>
      <w:r w:rsidRPr="00DA09FA">
        <w:rPr>
          <w:rFonts w:asciiTheme="majorEastAsia" w:eastAsiaTheme="majorEastAsia" w:hAnsiTheme="majorEastAsia" w:hint="eastAsia"/>
          <w:sz w:val="21"/>
          <w:szCs w:val="21"/>
          <w:lang w:eastAsia="ja-JP"/>
        </w:rPr>
        <w:t>一時保存機能がないため、入力負担を軽減することを目的に、フォームを複数に分けて入力できるよう</w:t>
      </w:r>
    </w:p>
    <w:p w14:paraId="1BDB1355" w14:textId="191EFFD6" w:rsidR="002F131C" w:rsidRPr="00DA09FA" w:rsidRDefault="002F131C" w:rsidP="002F131C">
      <w:pPr>
        <w:spacing w:after="0" w:line="240" w:lineRule="auto"/>
        <w:ind w:firstLineChars="100" w:firstLine="210"/>
        <w:rPr>
          <w:rFonts w:asciiTheme="majorEastAsia" w:eastAsiaTheme="majorEastAsia" w:hAnsiTheme="majorEastAsia"/>
          <w:sz w:val="21"/>
          <w:szCs w:val="21"/>
          <w:lang w:eastAsia="ja-JP"/>
        </w:rPr>
      </w:pPr>
      <w:r w:rsidRPr="00DA09FA">
        <w:rPr>
          <w:rFonts w:asciiTheme="majorEastAsia" w:eastAsiaTheme="majorEastAsia" w:hAnsiTheme="majorEastAsia" w:hint="eastAsia"/>
          <w:sz w:val="21"/>
          <w:szCs w:val="21"/>
          <w:lang w:eastAsia="ja-JP"/>
        </w:rPr>
        <w:t>改善しました。</w:t>
      </w:r>
    </w:p>
    <w:p w14:paraId="10A130B6" w14:textId="06D637BA" w:rsidR="000B764E" w:rsidRDefault="000B764E" w:rsidP="000B764E">
      <w:pPr>
        <w:spacing w:after="0" w:line="240" w:lineRule="auto"/>
        <w:rPr>
          <w:rFonts w:ascii="ＭＳ 明朝" w:eastAsia="ＭＳ 明朝" w:hAnsi="ＭＳ 明朝"/>
          <w:sz w:val="20"/>
          <w:szCs w:val="20"/>
          <w:lang w:eastAsia="ja-JP"/>
        </w:rPr>
      </w:pPr>
    </w:p>
    <w:p w14:paraId="7BFF7E21" w14:textId="41630867" w:rsidR="002F131C" w:rsidRDefault="002F131C" w:rsidP="000B764E">
      <w:pPr>
        <w:spacing w:after="0" w:line="240" w:lineRule="auto"/>
        <w:rPr>
          <w:rFonts w:ascii="ＭＳ 明朝" w:eastAsia="ＭＳ 明朝" w:hAnsi="ＭＳ 明朝"/>
          <w:sz w:val="20"/>
          <w:szCs w:val="20"/>
          <w:lang w:eastAsia="ja-JP"/>
        </w:rPr>
      </w:pPr>
    </w:p>
    <w:p w14:paraId="44290DD6" w14:textId="77777777" w:rsidR="005D1E07" w:rsidRPr="006D1079" w:rsidRDefault="005D1E07" w:rsidP="005D1E07">
      <w:pPr>
        <w:spacing w:after="0" w:line="240" w:lineRule="auto"/>
        <w:rPr>
          <w:rFonts w:ascii="ＭＳ ゴシック" w:eastAsia="ＭＳ ゴシック" w:hAnsi="ＭＳ ゴシック"/>
          <w:b/>
          <w:bCs/>
          <w:sz w:val="24"/>
          <w:szCs w:val="24"/>
          <w:u w:val="single"/>
          <w:lang w:eastAsia="ja-JP"/>
        </w:rPr>
      </w:pPr>
      <w:r w:rsidRPr="006D1079">
        <w:rPr>
          <w:rFonts w:ascii="ＭＳ ゴシック" w:eastAsia="ＭＳ ゴシック" w:hAnsi="ＭＳ ゴシック" w:hint="eastAsia"/>
          <w:b/>
          <w:bCs/>
          <w:sz w:val="24"/>
          <w:szCs w:val="24"/>
          <w:u w:val="single"/>
          <w:lang w:eastAsia="ja-JP"/>
        </w:rPr>
        <w:t>報告は４つのフォームで構成</w:t>
      </w:r>
    </w:p>
    <w:p w14:paraId="1910B6F2" w14:textId="2D233325" w:rsidR="002F131C" w:rsidRPr="005D1E07" w:rsidRDefault="005D1E07" w:rsidP="000B764E">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【報告（基本情報）】【報告（事業報告）】【報告（収入支出）】【報告（振り返り）】</w:t>
      </w:r>
    </w:p>
    <w:p w14:paraId="11203714" w14:textId="4B5FDA4A" w:rsidR="002F131C" w:rsidRDefault="005D1E07" w:rsidP="000B764E">
      <w:pPr>
        <w:spacing w:after="0" w:line="240" w:lineRule="auto"/>
        <w:rPr>
          <w:rFonts w:ascii="ＭＳ 明朝" w:eastAsia="ＭＳ 明朝" w:hAnsi="ＭＳ 明朝"/>
          <w:sz w:val="20"/>
          <w:szCs w:val="20"/>
          <w:lang w:eastAsia="ja-JP"/>
        </w:rPr>
      </w:pPr>
      <w:r>
        <w:rPr>
          <w:rFonts w:ascii="ＭＳ 明朝" w:eastAsia="ＭＳ 明朝" w:hAnsi="ＭＳ 明朝"/>
          <w:noProof/>
          <w:sz w:val="20"/>
          <w:szCs w:val="20"/>
          <w:lang w:eastAsia="ja-JP"/>
        </w:rPr>
        <w:drawing>
          <wp:anchor distT="0" distB="0" distL="114300" distR="114300" simplePos="0" relativeHeight="251689472" behindDoc="0" locked="0" layoutInCell="1" allowOverlap="1" wp14:anchorId="4EBD03DE" wp14:editId="374625A5">
            <wp:simplePos x="0" y="0"/>
            <wp:positionH relativeFrom="margin">
              <wp:align>left</wp:align>
            </wp:positionH>
            <wp:positionV relativeFrom="paragraph">
              <wp:posOffset>20320</wp:posOffset>
            </wp:positionV>
            <wp:extent cx="6823075" cy="1733550"/>
            <wp:effectExtent l="0" t="0" r="0" b="0"/>
            <wp:wrapNone/>
            <wp:docPr id="669691772" name="図 13"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1772" name="図 13" descr="グラフィカル ユーザー インターフェイス, テーブル&#10;&#10;AI 生成コンテンツは誤りを含む可能性があります。"/>
                    <pic:cNvPicPr/>
                  </pic:nvPicPr>
                  <pic:blipFill rotWithShape="1">
                    <a:blip r:embed="rId13"/>
                    <a:srcRect t="52594" r="5973" b="4938"/>
                    <a:stretch>
                      <a:fillRect/>
                    </a:stretch>
                  </pic:blipFill>
                  <pic:spPr bwMode="auto">
                    <a:xfrm>
                      <a:off x="0" y="0"/>
                      <a:ext cx="68230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8BC12" w14:textId="3F8534E6" w:rsidR="002F131C" w:rsidRDefault="002F131C" w:rsidP="000B764E">
      <w:pPr>
        <w:spacing w:after="0" w:line="240" w:lineRule="auto"/>
        <w:rPr>
          <w:rFonts w:ascii="ＭＳ 明朝" w:eastAsia="ＭＳ 明朝" w:hAnsi="ＭＳ 明朝"/>
          <w:sz w:val="20"/>
          <w:szCs w:val="20"/>
          <w:lang w:eastAsia="ja-JP"/>
        </w:rPr>
      </w:pPr>
    </w:p>
    <w:p w14:paraId="6FBE8C46" w14:textId="77777777" w:rsidR="002F131C" w:rsidRDefault="002F131C" w:rsidP="000B764E">
      <w:pPr>
        <w:spacing w:after="0" w:line="240" w:lineRule="auto"/>
        <w:rPr>
          <w:rFonts w:ascii="ＭＳ 明朝" w:eastAsia="ＭＳ 明朝" w:hAnsi="ＭＳ 明朝"/>
          <w:sz w:val="20"/>
          <w:szCs w:val="20"/>
          <w:lang w:eastAsia="ja-JP"/>
        </w:rPr>
      </w:pPr>
    </w:p>
    <w:p w14:paraId="48B5A154" w14:textId="77777777" w:rsidR="002F131C" w:rsidRDefault="002F131C" w:rsidP="000B764E">
      <w:pPr>
        <w:spacing w:after="0" w:line="240" w:lineRule="auto"/>
        <w:rPr>
          <w:rFonts w:ascii="ＭＳ 明朝" w:eastAsia="ＭＳ 明朝" w:hAnsi="ＭＳ 明朝"/>
          <w:sz w:val="20"/>
          <w:szCs w:val="20"/>
          <w:lang w:eastAsia="ja-JP"/>
        </w:rPr>
      </w:pPr>
    </w:p>
    <w:p w14:paraId="083F846C" w14:textId="4D2C8852" w:rsidR="002F131C" w:rsidRDefault="002F131C" w:rsidP="000B764E">
      <w:pPr>
        <w:spacing w:after="0" w:line="240" w:lineRule="auto"/>
        <w:rPr>
          <w:rFonts w:ascii="ＭＳ 明朝" w:eastAsia="ＭＳ 明朝" w:hAnsi="ＭＳ 明朝"/>
          <w:sz w:val="20"/>
          <w:szCs w:val="20"/>
          <w:lang w:eastAsia="ja-JP"/>
        </w:rPr>
      </w:pPr>
    </w:p>
    <w:p w14:paraId="1A0044B8" w14:textId="77777777" w:rsidR="002F131C" w:rsidRDefault="002F131C" w:rsidP="000B764E">
      <w:pPr>
        <w:spacing w:after="0" w:line="240" w:lineRule="auto"/>
        <w:rPr>
          <w:rFonts w:ascii="ＭＳ 明朝" w:eastAsia="ＭＳ 明朝" w:hAnsi="ＭＳ 明朝"/>
          <w:sz w:val="20"/>
          <w:szCs w:val="20"/>
          <w:lang w:eastAsia="ja-JP"/>
        </w:rPr>
      </w:pPr>
    </w:p>
    <w:p w14:paraId="502DF7EB" w14:textId="77777777" w:rsidR="002F131C" w:rsidRDefault="002F131C" w:rsidP="000B764E">
      <w:pPr>
        <w:spacing w:after="0" w:line="240" w:lineRule="auto"/>
        <w:rPr>
          <w:rFonts w:ascii="ＭＳ 明朝" w:eastAsia="ＭＳ 明朝" w:hAnsi="ＭＳ 明朝"/>
          <w:sz w:val="20"/>
          <w:szCs w:val="20"/>
          <w:lang w:eastAsia="ja-JP"/>
        </w:rPr>
      </w:pPr>
    </w:p>
    <w:p w14:paraId="4D79E326" w14:textId="5D23B471" w:rsidR="002F131C" w:rsidRDefault="002F131C" w:rsidP="000B764E">
      <w:pPr>
        <w:spacing w:after="0" w:line="240" w:lineRule="auto"/>
        <w:rPr>
          <w:rFonts w:ascii="ＭＳ 明朝" w:eastAsia="ＭＳ 明朝" w:hAnsi="ＭＳ 明朝"/>
          <w:sz w:val="20"/>
          <w:szCs w:val="20"/>
          <w:lang w:eastAsia="ja-JP"/>
        </w:rPr>
      </w:pPr>
    </w:p>
    <w:p w14:paraId="5DAC1E2F" w14:textId="5E155273" w:rsidR="002F131C" w:rsidRDefault="002F131C" w:rsidP="000B764E">
      <w:pPr>
        <w:spacing w:after="0" w:line="240" w:lineRule="auto"/>
        <w:rPr>
          <w:rFonts w:ascii="ＭＳ 明朝" w:eastAsia="ＭＳ 明朝" w:hAnsi="ＭＳ 明朝"/>
          <w:sz w:val="20"/>
          <w:szCs w:val="20"/>
          <w:lang w:eastAsia="ja-JP"/>
        </w:rPr>
      </w:pPr>
    </w:p>
    <w:p w14:paraId="67D5AA4C" w14:textId="16B805D5" w:rsidR="002F131C" w:rsidRDefault="002F131C" w:rsidP="000B764E">
      <w:pPr>
        <w:spacing w:after="0" w:line="240" w:lineRule="auto"/>
        <w:rPr>
          <w:rFonts w:ascii="ＭＳ 明朝" w:eastAsia="ＭＳ 明朝" w:hAnsi="ＭＳ 明朝"/>
          <w:sz w:val="20"/>
          <w:szCs w:val="20"/>
          <w:lang w:eastAsia="ja-JP"/>
        </w:rPr>
      </w:pPr>
    </w:p>
    <w:p w14:paraId="27ABEB89" w14:textId="5D260ADD" w:rsidR="002F131C" w:rsidRDefault="002F131C" w:rsidP="000B764E">
      <w:pPr>
        <w:spacing w:after="0" w:line="240" w:lineRule="auto"/>
        <w:rPr>
          <w:rFonts w:ascii="ＭＳ 明朝" w:eastAsia="ＭＳ 明朝" w:hAnsi="ＭＳ 明朝"/>
          <w:sz w:val="20"/>
          <w:szCs w:val="20"/>
          <w:lang w:eastAsia="ja-JP"/>
        </w:rPr>
      </w:pPr>
    </w:p>
    <w:p w14:paraId="519AF88D" w14:textId="3DCE453E" w:rsidR="002F131C" w:rsidRDefault="005D1E07" w:rsidP="000B764E">
      <w:pPr>
        <w:spacing w:after="0" w:line="240" w:lineRule="auto"/>
        <w:rPr>
          <w:rFonts w:ascii="ＭＳ 明朝" w:eastAsia="ＭＳ 明朝" w:hAnsi="ＭＳ 明朝"/>
          <w:sz w:val="20"/>
          <w:szCs w:val="20"/>
          <w:lang w:eastAsia="ja-JP"/>
        </w:rPr>
      </w:pPr>
      <w:r>
        <w:rPr>
          <w:rFonts w:ascii="ＭＳ 明朝" w:eastAsia="ＭＳ 明朝" w:hAnsi="ＭＳ 明朝"/>
          <w:noProof/>
          <w:sz w:val="20"/>
          <w:szCs w:val="20"/>
          <w:lang w:eastAsia="ja-JP"/>
        </w:rPr>
        <w:drawing>
          <wp:anchor distT="0" distB="0" distL="114300" distR="114300" simplePos="0" relativeHeight="251690496" behindDoc="0" locked="0" layoutInCell="1" allowOverlap="1" wp14:anchorId="205212C1" wp14:editId="2D432E78">
            <wp:simplePos x="0" y="0"/>
            <wp:positionH relativeFrom="margin">
              <wp:align>left</wp:align>
            </wp:positionH>
            <wp:positionV relativeFrom="paragraph">
              <wp:posOffset>8255</wp:posOffset>
            </wp:positionV>
            <wp:extent cx="7026910" cy="1552575"/>
            <wp:effectExtent l="0" t="0" r="2540" b="9525"/>
            <wp:wrapNone/>
            <wp:docPr id="784195100" name="図 14"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5100" name="図 14" descr="グラフィカル ユーザー インターフェイス, アプリケーション&#10;&#10;AI 生成コンテンツは誤りを含む可能性があります。"/>
                    <pic:cNvPicPr/>
                  </pic:nvPicPr>
                  <pic:blipFill rotWithShape="1">
                    <a:blip r:embed="rId14"/>
                    <a:srcRect t="12839" r="3195" b="49136"/>
                    <a:stretch>
                      <a:fillRect/>
                    </a:stretch>
                  </pic:blipFill>
                  <pic:spPr bwMode="auto">
                    <a:xfrm>
                      <a:off x="0" y="0"/>
                      <a:ext cx="702691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2D4EB" w14:textId="77777777" w:rsidR="002F131C" w:rsidRDefault="002F131C" w:rsidP="000B764E">
      <w:pPr>
        <w:spacing w:after="0" w:line="240" w:lineRule="auto"/>
        <w:rPr>
          <w:rFonts w:ascii="ＭＳ 明朝" w:eastAsia="ＭＳ 明朝" w:hAnsi="ＭＳ 明朝"/>
          <w:sz w:val="20"/>
          <w:szCs w:val="20"/>
          <w:lang w:eastAsia="ja-JP"/>
        </w:rPr>
      </w:pPr>
    </w:p>
    <w:p w14:paraId="058749EC" w14:textId="77777777" w:rsidR="002F131C" w:rsidRDefault="002F131C" w:rsidP="000B764E">
      <w:pPr>
        <w:spacing w:after="0" w:line="240" w:lineRule="auto"/>
        <w:rPr>
          <w:rFonts w:ascii="ＭＳ 明朝" w:eastAsia="ＭＳ 明朝" w:hAnsi="ＭＳ 明朝"/>
          <w:sz w:val="20"/>
          <w:szCs w:val="20"/>
          <w:lang w:eastAsia="ja-JP"/>
        </w:rPr>
      </w:pPr>
    </w:p>
    <w:p w14:paraId="4C42B1E5" w14:textId="77777777" w:rsidR="002F131C" w:rsidRDefault="002F131C" w:rsidP="000B764E">
      <w:pPr>
        <w:spacing w:after="0" w:line="240" w:lineRule="auto"/>
        <w:rPr>
          <w:rFonts w:ascii="ＭＳ 明朝" w:eastAsia="ＭＳ 明朝" w:hAnsi="ＭＳ 明朝"/>
          <w:sz w:val="20"/>
          <w:szCs w:val="20"/>
          <w:lang w:eastAsia="ja-JP"/>
        </w:rPr>
      </w:pPr>
    </w:p>
    <w:p w14:paraId="2671AA08" w14:textId="77777777" w:rsidR="002F131C" w:rsidRDefault="002F131C" w:rsidP="000B764E">
      <w:pPr>
        <w:spacing w:after="0" w:line="240" w:lineRule="auto"/>
        <w:rPr>
          <w:rFonts w:ascii="ＭＳ 明朝" w:eastAsia="ＭＳ 明朝" w:hAnsi="ＭＳ 明朝"/>
          <w:sz w:val="20"/>
          <w:szCs w:val="20"/>
          <w:lang w:eastAsia="ja-JP"/>
        </w:rPr>
      </w:pPr>
    </w:p>
    <w:p w14:paraId="6FF83EAB" w14:textId="77777777" w:rsidR="002F131C" w:rsidRDefault="002F131C" w:rsidP="000B764E">
      <w:pPr>
        <w:spacing w:after="0" w:line="240" w:lineRule="auto"/>
        <w:rPr>
          <w:rFonts w:ascii="ＭＳ 明朝" w:eastAsia="ＭＳ 明朝" w:hAnsi="ＭＳ 明朝"/>
          <w:sz w:val="20"/>
          <w:szCs w:val="20"/>
          <w:lang w:eastAsia="ja-JP"/>
        </w:rPr>
      </w:pPr>
    </w:p>
    <w:p w14:paraId="20D8C638" w14:textId="77777777" w:rsidR="002F131C" w:rsidRDefault="002F131C" w:rsidP="000B764E">
      <w:pPr>
        <w:spacing w:after="0" w:line="240" w:lineRule="auto"/>
        <w:rPr>
          <w:rFonts w:ascii="ＭＳ 明朝" w:eastAsia="ＭＳ 明朝" w:hAnsi="ＭＳ 明朝"/>
          <w:sz w:val="20"/>
          <w:szCs w:val="20"/>
          <w:lang w:eastAsia="ja-JP"/>
        </w:rPr>
      </w:pPr>
    </w:p>
    <w:p w14:paraId="2347A7F4" w14:textId="77777777" w:rsidR="002F131C" w:rsidRDefault="002F131C" w:rsidP="000B764E">
      <w:pPr>
        <w:spacing w:after="0" w:line="240" w:lineRule="auto"/>
        <w:rPr>
          <w:rFonts w:ascii="ＭＳ 明朝" w:eastAsia="ＭＳ 明朝" w:hAnsi="ＭＳ 明朝"/>
          <w:sz w:val="20"/>
          <w:szCs w:val="20"/>
          <w:lang w:eastAsia="ja-JP"/>
        </w:rPr>
      </w:pPr>
    </w:p>
    <w:p w14:paraId="6A2EA68E" w14:textId="77777777" w:rsidR="002F131C" w:rsidRDefault="002F131C" w:rsidP="000B764E">
      <w:pPr>
        <w:spacing w:after="0" w:line="240" w:lineRule="auto"/>
        <w:rPr>
          <w:rFonts w:ascii="ＭＳ 明朝" w:eastAsia="ＭＳ 明朝" w:hAnsi="ＭＳ 明朝"/>
          <w:sz w:val="20"/>
          <w:szCs w:val="20"/>
          <w:lang w:eastAsia="ja-JP"/>
        </w:rPr>
      </w:pPr>
    </w:p>
    <w:p w14:paraId="6A35034E" w14:textId="77777777" w:rsidR="00353192" w:rsidRDefault="00353192" w:rsidP="000B764E">
      <w:pPr>
        <w:spacing w:after="0" w:line="240" w:lineRule="auto"/>
        <w:rPr>
          <w:rFonts w:ascii="ＭＳ 明朝" w:eastAsia="ＭＳ 明朝" w:hAnsi="ＭＳ 明朝"/>
          <w:sz w:val="20"/>
          <w:szCs w:val="20"/>
          <w:lang w:eastAsia="ja-JP"/>
        </w:rPr>
      </w:pPr>
    </w:p>
    <w:p w14:paraId="5CEDFA65" w14:textId="77777777" w:rsidR="00353192" w:rsidRDefault="00353192" w:rsidP="000B764E">
      <w:pPr>
        <w:spacing w:after="0" w:line="240" w:lineRule="auto"/>
        <w:rPr>
          <w:rFonts w:ascii="ＭＳ 明朝" w:eastAsia="ＭＳ 明朝" w:hAnsi="ＭＳ 明朝"/>
          <w:sz w:val="20"/>
          <w:szCs w:val="20"/>
          <w:lang w:eastAsia="ja-JP"/>
        </w:rPr>
      </w:pPr>
    </w:p>
    <w:p w14:paraId="4D1BA6AD" w14:textId="77777777" w:rsidR="00353192" w:rsidRDefault="00353192" w:rsidP="000B764E">
      <w:pPr>
        <w:spacing w:after="0" w:line="240" w:lineRule="auto"/>
        <w:rPr>
          <w:rFonts w:ascii="ＭＳ 明朝" w:eastAsia="ＭＳ 明朝" w:hAnsi="ＭＳ 明朝"/>
          <w:sz w:val="20"/>
          <w:szCs w:val="20"/>
          <w:lang w:eastAsia="ja-JP"/>
        </w:rPr>
      </w:pPr>
    </w:p>
    <w:p w14:paraId="432F1C20" w14:textId="77777777" w:rsidR="002F131C" w:rsidRDefault="002F131C" w:rsidP="000B764E">
      <w:pPr>
        <w:spacing w:after="0" w:line="240" w:lineRule="auto"/>
        <w:rPr>
          <w:rFonts w:ascii="ＭＳ 明朝" w:eastAsia="ＭＳ 明朝" w:hAnsi="ＭＳ 明朝"/>
          <w:sz w:val="20"/>
          <w:szCs w:val="20"/>
          <w:lang w:eastAsia="ja-JP"/>
        </w:rPr>
      </w:pPr>
    </w:p>
    <w:p w14:paraId="32FE6E74" w14:textId="77777777" w:rsidR="005D1E07" w:rsidRPr="006D1079" w:rsidRDefault="005D1E07" w:rsidP="005D1E07">
      <w:pPr>
        <w:spacing w:after="0" w:line="240" w:lineRule="auto"/>
        <w:rPr>
          <w:rFonts w:ascii="ＭＳ ゴシック" w:eastAsia="ＭＳ ゴシック" w:hAnsi="ＭＳ ゴシック"/>
          <w:b/>
          <w:bCs/>
          <w:sz w:val="24"/>
          <w:szCs w:val="24"/>
          <w:u w:val="single"/>
          <w:lang w:eastAsia="ja-JP"/>
        </w:rPr>
      </w:pPr>
      <w:r w:rsidRPr="006D1079">
        <w:rPr>
          <w:rFonts w:ascii="ＭＳ ゴシック" w:eastAsia="ＭＳ ゴシック" w:hAnsi="ＭＳ ゴシック" w:hint="eastAsia"/>
          <w:b/>
          <w:bCs/>
          <w:sz w:val="24"/>
          <w:szCs w:val="24"/>
          <w:u w:val="single"/>
          <w:lang w:eastAsia="ja-JP"/>
        </w:rPr>
        <w:lastRenderedPageBreak/>
        <w:t>申請は３つのフォームで構成</w:t>
      </w:r>
    </w:p>
    <w:p w14:paraId="65E02B76" w14:textId="77777777" w:rsidR="005D1E07" w:rsidRPr="00C24F60" w:rsidRDefault="005D1E07" w:rsidP="005D1E07">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【申請（基本情報）】【申請（事業計画）】【申請（収入支出）】</w:t>
      </w:r>
    </w:p>
    <w:p w14:paraId="309B8C5A" w14:textId="73D43083" w:rsidR="00F5029C" w:rsidRDefault="005D1E07" w:rsidP="00D701C1">
      <w:pPr>
        <w:spacing w:after="0" w:line="240" w:lineRule="auto"/>
        <w:rPr>
          <w:rFonts w:ascii="ＭＳ 明朝" w:eastAsia="ＭＳ 明朝" w:hAnsi="ＭＳ 明朝"/>
          <w:sz w:val="20"/>
          <w:szCs w:val="20"/>
          <w:lang w:eastAsia="ja-JP"/>
        </w:rPr>
      </w:pPr>
      <w:r>
        <w:rPr>
          <w:rFonts w:ascii="ＭＳ 明朝" w:eastAsia="ＭＳ 明朝" w:hAnsi="ＭＳ 明朝" w:hint="eastAsia"/>
          <w:noProof/>
          <w:sz w:val="20"/>
          <w:szCs w:val="20"/>
          <w:lang w:eastAsia="ja-JP"/>
        </w:rPr>
        <w:drawing>
          <wp:anchor distT="0" distB="0" distL="114300" distR="114300" simplePos="0" relativeHeight="251691520" behindDoc="0" locked="0" layoutInCell="1" allowOverlap="1" wp14:anchorId="328830EA" wp14:editId="4DCD8E6F">
            <wp:simplePos x="0" y="0"/>
            <wp:positionH relativeFrom="column">
              <wp:posOffset>47625</wp:posOffset>
            </wp:positionH>
            <wp:positionV relativeFrom="paragraph">
              <wp:posOffset>146685</wp:posOffset>
            </wp:positionV>
            <wp:extent cx="6951345" cy="1752600"/>
            <wp:effectExtent l="0" t="0" r="1905" b="0"/>
            <wp:wrapNone/>
            <wp:docPr id="1020863601" name="図 15"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63601" name="図 15" descr="グラフィカル ユーザー インターフェイス, アプリケーション&#10;&#10;AI 生成コンテンツは誤りを含む可能性があります。"/>
                    <pic:cNvPicPr/>
                  </pic:nvPicPr>
                  <pic:blipFill rotWithShape="1">
                    <a:blip r:embed="rId14"/>
                    <a:srcRect t="49136" r="1388" b="6666"/>
                    <a:stretch>
                      <a:fillRect/>
                    </a:stretch>
                  </pic:blipFill>
                  <pic:spPr bwMode="auto">
                    <a:xfrm>
                      <a:off x="0" y="0"/>
                      <a:ext cx="695134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C9473" w14:textId="0D9BA40B" w:rsidR="00485E4A" w:rsidRDefault="00485E4A" w:rsidP="00D701C1">
      <w:pPr>
        <w:spacing w:after="0" w:line="240" w:lineRule="auto"/>
        <w:rPr>
          <w:rFonts w:ascii="ＭＳ 明朝" w:eastAsia="ＭＳ 明朝" w:hAnsi="ＭＳ 明朝"/>
          <w:sz w:val="20"/>
          <w:szCs w:val="20"/>
          <w:lang w:eastAsia="ja-JP"/>
        </w:rPr>
      </w:pPr>
    </w:p>
    <w:p w14:paraId="59EF3010" w14:textId="006AF734" w:rsidR="00485E4A" w:rsidRDefault="00485E4A" w:rsidP="00D701C1">
      <w:pPr>
        <w:spacing w:after="0" w:line="240" w:lineRule="auto"/>
        <w:rPr>
          <w:rFonts w:ascii="ＭＳ 明朝" w:eastAsia="ＭＳ 明朝" w:hAnsi="ＭＳ 明朝"/>
          <w:sz w:val="20"/>
          <w:szCs w:val="20"/>
          <w:lang w:eastAsia="ja-JP"/>
        </w:rPr>
      </w:pPr>
    </w:p>
    <w:p w14:paraId="3A87DA53" w14:textId="0A5249D5" w:rsidR="00485E4A" w:rsidRDefault="00485E4A" w:rsidP="002F131C">
      <w:pPr>
        <w:spacing w:after="0" w:line="240" w:lineRule="auto"/>
        <w:rPr>
          <w:rFonts w:ascii="ＭＳ 明朝" w:eastAsia="ＭＳ 明朝" w:hAnsi="ＭＳ 明朝"/>
          <w:sz w:val="20"/>
          <w:szCs w:val="20"/>
          <w:lang w:eastAsia="ja-JP"/>
        </w:rPr>
      </w:pPr>
    </w:p>
    <w:p w14:paraId="1C69DEB6" w14:textId="2F7560F2" w:rsidR="00485E4A" w:rsidRDefault="00485E4A" w:rsidP="002F131C">
      <w:pPr>
        <w:spacing w:after="0" w:line="240" w:lineRule="auto"/>
        <w:rPr>
          <w:rFonts w:ascii="ＭＳ 明朝" w:eastAsia="ＭＳ 明朝" w:hAnsi="ＭＳ 明朝"/>
          <w:sz w:val="20"/>
          <w:szCs w:val="20"/>
          <w:lang w:eastAsia="ja-JP"/>
        </w:rPr>
      </w:pPr>
    </w:p>
    <w:p w14:paraId="3F788E85" w14:textId="210A7FBA" w:rsidR="0063395B" w:rsidRDefault="0063395B" w:rsidP="002F131C">
      <w:pPr>
        <w:spacing w:after="0" w:line="240" w:lineRule="auto"/>
        <w:rPr>
          <w:rFonts w:ascii="ＭＳ 明朝" w:eastAsia="ＭＳ 明朝" w:hAnsi="ＭＳ 明朝"/>
          <w:sz w:val="20"/>
          <w:szCs w:val="20"/>
          <w:lang w:eastAsia="ja-JP"/>
        </w:rPr>
      </w:pPr>
    </w:p>
    <w:p w14:paraId="1A7F8959" w14:textId="77777777" w:rsidR="0063395B" w:rsidRDefault="0063395B" w:rsidP="002F131C">
      <w:pPr>
        <w:spacing w:after="0" w:line="240" w:lineRule="auto"/>
        <w:rPr>
          <w:rFonts w:ascii="ＭＳ 明朝" w:eastAsia="ＭＳ 明朝" w:hAnsi="ＭＳ 明朝"/>
          <w:sz w:val="20"/>
          <w:szCs w:val="20"/>
          <w:lang w:eastAsia="ja-JP"/>
        </w:rPr>
      </w:pPr>
    </w:p>
    <w:p w14:paraId="7D97F45E" w14:textId="73EDAD75" w:rsidR="0063395B" w:rsidRDefault="0063395B" w:rsidP="002F131C">
      <w:pPr>
        <w:spacing w:after="0" w:line="240" w:lineRule="auto"/>
        <w:rPr>
          <w:rFonts w:ascii="ＭＳ 明朝" w:eastAsia="ＭＳ 明朝" w:hAnsi="ＭＳ 明朝"/>
          <w:sz w:val="20"/>
          <w:szCs w:val="20"/>
          <w:lang w:eastAsia="ja-JP"/>
        </w:rPr>
      </w:pPr>
    </w:p>
    <w:p w14:paraId="51E9D1F5" w14:textId="07752EE1" w:rsidR="0063395B" w:rsidRPr="0063395B" w:rsidRDefault="0063395B" w:rsidP="002F131C">
      <w:pPr>
        <w:spacing w:after="0" w:line="240" w:lineRule="auto"/>
        <w:rPr>
          <w:rFonts w:ascii="ＭＳ 明朝" w:eastAsia="ＭＳ 明朝" w:hAnsi="ＭＳ 明朝"/>
          <w:sz w:val="20"/>
          <w:szCs w:val="20"/>
          <w:lang w:eastAsia="ja-JP"/>
        </w:rPr>
      </w:pPr>
    </w:p>
    <w:p w14:paraId="067B4428" w14:textId="38395A1C" w:rsidR="00485E4A" w:rsidRDefault="00485E4A" w:rsidP="002F131C">
      <w:pPr>
        <w:spacing w:after="0" w:line="240" w:lineRule="auto"/>
        <w:rPr>
          <w:rFonts w:ascii="ＭＳ 明朝" w:eastAsia="ＭＳ 明朝" w:hAnsi="ＭＳ 明朝"/>
          <w:sz w:val="20"/>
          <w:szCs w:val="20"/>
          <w:lang w:eastAsia="ja-JP"/>
        </w:rPr>
      </w:pPr>
    </w:p>
    <w:p w14:paraId="3EF3204D" w14:textId="0B42C402" w:rsidR="00F5029C" w:rsidRDefault="005D1E07" w:rsidP="002F131C">
      <w:pPr>
        <w:spacing w:after="0" w:line="240" w:lineRule="auto"/>
        <w:rPr>
          <w:rFonts w:ascii="ＭＳ 明朝" w:eastAsia="ＭＳ 明朝" w:hAnsi="ＭＳ 明朝"/>
          <w:sz w:val="20"/>
          <w:szCs w:val="20"/>
          <w:lang w:eastAsia="ja-JP"/>
        </w:rPr>
      </w:pPr>
      <w:r>
        <w:rPr>
          <w:rFonts w:ascii="ＭＳ 明朝" w:eastAsia="ＭＳ 明朝" w:hAnsi="ＭＳ 明朝"/>
          <w:noProof/>
          <w:sz w:val="20"/>
          <w:szCs w:val="20"/>
          <w:lang w:eastAsia="ja-JP"/>
        </w:rPr>
        <w:drawing>
          <wp:anchor distT="0" distB="0" distL="114300" distR="114300" simplePos="0" relativeHeight="251692544" behindDoc="0" locked="0" layoutInCell="1" allowOverlap="1" wp14:anchorId="22BE2F7F" wp14:editId="38C27C52">
            <wp:simplePos x="0" y="0"/>
            <wp:positionH relativeFrom="column">
              <wp:posOffset>57150</wp:posOffset>
            </wp:positionH>
            <wp:positionV relativeFrom="paragraph">
              <wp:posOffset>52705</wp:posOffset>
            </wp:positionV>
            <wp:extent cx="6884035" cy="2114550"/>
            <wp:effectExtent l="0" t="0" r="0" b="0"/>
            <wp:wrapNone/>
            <wp:docPr id="1026064925" name="図 16"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64925" name="図 16" descr="グラフィカル ユーザー インターフェイス, アプリケーション&#10;&#10;AI 生成コンテンツは誤りを含む可能性があります。"/>
                    <pic:cNvPicPr/>
                  </pic:nvPicPr>
                  <pic:blipFill rotWithShape="1">
                    <a:blip r:embed="rId15"/>
                    <a:srcRect t="36049" r="2778" b="10864"/>
                    <a:stretch>
                      <a:fillRect/>
                    </a:stretch>
                  </pic:blipFill>
                  <pic:spPr bwMode="auto">
                    <a:xfrm>
                      <a:off x="0" y="0"/>
                      <a:ext cx="688403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1302B" w14:textId="77777777" w:rsidR="00F5029C" w:rsidRDefault="00F5029C" w:rsidP="002F131C">
      <w:pPr>
        <w:spacing w:after="0" w:line="240" w:lineRule="auto"/>
        <w:rPr>
          <w:rFonts w:ascii="ＭＳ 明朝" w:eastAsia="ＭＳ 明朝" w:hAnsi="ＭＳ 明朝"/>
          <w:sz w:val="20"/>
          <w:szCs w:val="20"/>
          <w:lang w:eastAsia="ja-JP"/>
        </w:rPr>
      </w:pPr>
    </w:p>
    <w:p w14:paraId="5E0B22DD" w14:textId="62064C7E" w:rsidR="00F5029C" w:rsidRDefault="00F5029C" w:rsidP="002F131C">
      <w:pPr>
        <w:spacing w:after="0" w:line="240" w:lineRule="auto"/>
        <w:rPr>
          <w:rFonts w:ascii="ＭＳ 明朝" w:eastAsia="ＭＳ 明朝" w:hAnsi="ＭＳ 明朝"/>
          <w:sz w:val="20"/>
          <w:szCs w:val="20"/>
          <w:lang w:eastAsia="ja-JP"/>
        </w:rPr>
      </w:pPr>
    </w:p>
    <w:p w14:paraId="4EE8DA4A" w14:textId="3ED41281" w:rsidR="00DA4987" w:rsidRPr="00485E4A" w:rsidRDefault="00DA4987" w:rsidP="002F131C">
      <w:pPr>
        <w:spacing w:after="0" w:line="240" w:lineRule="auto"/>
        <w:rPr>
          <w:rFonts w:ascii="ＭＳ 明朝" w:eastAsia="ＭＳ 明朝" w:hAnsi="ＭＳ 明朝"/>
          <w:sz w:val="20"/>
          <w:szCs w:val="20"/>
          <w:lang w:eastAsia="ja-JP"/>
        </w:rPr>
      </w:pPr>
    </w:p>
    <w:p w14:paraId="615B6C85" w14:textId="699CA450" w:rsidR="00A818B5" w:rsidRDefault="00A818B5" w:rsidP="002F131C">
      <w:pPr>
        <w:spacing w:after="0" w:line="240" w:lineRule="auto"/>
        <w:rPr>
          <w:lang w:eastAsia="ja-JP"/>
        </w:rPr>
      </w:pPr>
    </w:p>
    <w:p w14:paraId="3919493A" w14:textId="41DF6CB8" w:rsidR="00A818B5" w:rsidRDefault="00A818B5" w:rsidP="002F131C">
      <w:pPr>
        <w:spacing w:after="0" w:line="240" w:lineRule="auto"/>
        <w:rPr>
          <w:lang w:eastAsia="ja-JP"/>
        </w:rPr>
      </w:pPr>
    </w:p>
    <w:p w14:paraId="18E84A38" w14:textId="261DF6AD" w:rsidR="00A818B5" w:rsidRDefault="00A818B5" w:rsidP="002F131C">
      <w:pPr>
        <w:spacing w:after="0" w:line="240" w:lineRule="auto"/>
        <w:rPr>
          <w:lang w:eastAsia="ja-JP"/>
        </w:rPr>
      </w:pPr>
    </w:p>
    <w:p w14:paraId="582C68F9" w14:textId="4088DFA2" w:rsidR="00A818B5" w:rsidRDefault="00A818B5" w:rsidP="002F131C">
      <w:pPr>
        <w:spacing w:after="0" w:line="240" w:lineRule="auto"/>
        <w:rPr>
          <w:lang w:eastAsia="ja-JP"/>
        </w:rPr>
      </w:pPr>
    </w:p>
    <w:p w14:paraId="0E606F2D" w14:textId="4A9EA0A2" w:rsidR="00A818B5" w:rsidRDefault="00A818B5" w:rsidP="002F131C">
      <w:pPr>
        <w:spacing w:after="0" w:line="240" w:lineRule="auto"/>
        <w:rPr>
          <w:lang w:eastAsia="ja-JP"/>
        </w:rPr>
      </w:pPr>
    </w:p>
    <w:p w14:paraId="20D4E284" w14:textId="6B232CA4" w:rsidR="00A818B5" w:rsidRDefault="00A818B5" w:rsidP="002F131C">
      <w:pPr>
        <w:spacing w:after="0" w:line="240" w:lineRule="auto"/>
        <w:rPr>
          <w:lang w:eastAsia="ja-JP"/>
        </w:rPr>
      </w:pPr>
    </w:p>
    <w:p w14:paraId="088FC90A" w14:textId="77777777" w:rsidR="00A818B5" w:rsidRDefault="00A818B5" w:rsidP="002F131C">
      <w:pPr>
        <w:spacing w:after="0" w:line="240" w:lineRule="auto"/>
        <w:rPr>
          <w:lang w:eastAsia="ja-JP"/>
        </w:rPr>
      </w:pPr>
    </w:p>
    <w:p w14:paraId="6BE9025C" w14:textId="01328374" w:rsidR="00DA4987" w:rsidRPr="00C24F60" w:rsidRDefault="00DA4987" w:rsidP="002F131C">
      <w:pPr>
        <w:spacing w:after="0" w:line="240" w:lineRule="auto"/>
        <w:rPr>
          <w:rFonts w:ascii="ＭＳ ゴシック" w:eastAsia="ＭＳ ゴシック" w:hAnsi="ＭＳ ゴシック"/>
          <w:lang w:eastAsia="ja-JP"/>
        </w:rPr>
      </w:pPr>
    </w:p>
    <w:p w14:paraId="376CA2DA" w14:textId="39A878EA" w:rsidR="00DA4987" w:rsidRDefault="00DA4987" w:rsidP="002F131C">
      <w:pPr>
        <w:spacing w:after="0" w:line="240" w:lineRule="auto"/>
        <w:rPr>
          <w:rFonts w:ascii="ＭＳ ゴシック" w:eastAsia="ＭＳ ゴシック" w:hAnsi="ＭＳ ゴシック"/>
          <w:lang w:eastAsia="ja-JP"/>
        </w:rPr>
      </w:pPr>
    </w:p>
    <w:p w14:paraId="5E1ACD23" w14:textId="453C9F6A" w:rsidR="005D1E07" w:rsidRPr="005D1E07" w:rsidRDefault="005D1E07" w:rsidP="002F131C">
      <w:pPr>
        <w:spacing w:after="0" w:line="240" w:lineRule="auto"/>
        <w:rPr>
          <w:rFonts w:ascii="ＭＳ ゴシック" w:eastAsia="ＭＳ ゴシック" w:hAnsi="ＭＳ ゴシック"/>
          <w:b/>
          <w:bCs/>
          <w:sz w:val="24"/>
          <w:szCs w:val="24"/>
          <w:u w:val="single"/>
          <w:lang w:eastAsia="ja-JP"/>
        </w:rPr>
      </w:pPr>
      <w:r w:rsidRPr="005D1E07">
        <w:rPr>
          <w:rFonts w:ascii="ＭＳ ゴシック" w:eastAsia="ＭＳ ゴシック" w:hAnsi="ＭＳ ゴシック" w:hint="eastAsia"/>
          <w:b/>
          <w:bCs/>
          <w:sz w:val="24"/>
          <w:szCs w:val="24"/>
          <w:u w:val="single"/>
          <w:lang w:eastAsia="ja-JP"/>
        </w:rPr>
        <w:t>申請内容閲覧用</w:t>
      </w:r>
    </w:p>
    <w:p w14:paraId="289A856C" w14:textId="161E3F5F" w:rsidR="008865EE" w:rsidRPr="00C24F60" w:rsidRDefault="005D1E07" w:rsidP="002F131C">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フォームでの回答内容を</w:t>
      </w:r>
      <w:r>
        <w:rPr>
          <w:rFonts w:ascii="ＭＳ ゴシック" w:eastAsia="ＭＳ ゴシック" w:hAnsi="ＭＳ ゴシック" w:hint="eastAsia"/>
          <w:lang w:eastAsia="ja-JP"/>
        </w:rPr>
        <w:t>まとめて情報を確認できるよう、閲覧用の項目を</w:t>
      </w:r>
      <w:r w:rsidRPr="005D1E07">
        <w:rPr>
          <w:rFonts w:ascii="ＭＳ ゴシック" w:eastAsia="ＭＳ ゴシック" w:hAnsi="ＭＳ ゴシック" w:hint="eastAsia"/>
          <w:lang w:eastAsia="ja-JP"/>
        </w:rPr>
        <w:t>設定しました。</w:t>
      </w:r>
      <w:r w:rsidR="00C27901" w:rsidRPr="00C24F60">
        <w:rPr>
          <w:rFonts w:ascii="ＭＳ ゴシック" w:eastAsia="ＭＳ ゴシック" w:hAnsi="ＭＳ ゴシック" w:hint="eastAsia"/>
          <w:noProof/>
          <w:lang w:val="ja-JP" w:eastAsia="ja-JP"/>
        </w:rPr>
        <w:drawing>
          <wp:anchor distT="0" distB="0" distL="114300" distR="114300" simplePos="0" relativeHeight="251693568" behindDoc="0" locked="0" layoutInCell="1" allowOverlap="1" wp14:anchorId="66C1C86A" wp14:editId="65E8DABA">
            <wp:simplePos x="0" y="0"/>
            <wp:positionH relativeFrom="column">
              <wp:posOffset>-19050</wp:posOffset>
            </wp:positionH>
            <wp:positionV relativeFrom="paragraph">
              <wp:posOffset>180975</wp:posOffset>
            </wp:positionV>
            <wp:extent cx="6790690" cy="1783715"/>
            <wp:effectExtent l="0" t="0" r="0" b="6985"/>
            <wp:wrapNone/>
            <wp:docPr id="271060251" name="図 12"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0251" name="図 12" descr="グラフィカル ユーザー インターフェイス, アプリケーション, テーブル&#10;&#10;AI 生成コンテンツは誤りを含む可能性があります。"/>
                    <pic:cNvPicPr/>
                  </pic:nvPicPr>
                  <pic:blipFill rotWithShape="1">
                    <a:blip r:embed="rId16"/>
                    <a:srcRect t="41099" r="3473" b="13827"/>
                    <a:stretch>
                      <a:fillRect/>
                    </a:stretch>
                  </pic:blipFill>
                  <pic:spPr bwMode="auto">
                    <a:xfrm>
                      <a:off x="0" y="0"/>
                      <a:ext cx="6790690" cy="178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02A89" w14:textId="4A9EF379" w:rsidR="00C27901" w:rsidRDefault="00C27901" w:rsidP="002F131C">
      <w:pPr>
        <w:spacing w:after="0" w:line="240" w:lineRule="auto"/>
        <w:rPr>
          <w:lang w:eastAsia="ja-JP"/>
        </w:rPr>
      </w:pPr>
    </w:p>
    <w:p w14:paraId="40E173A2" w14:textId="6CC93481" w:rsidR="00C27901" w:rsidRDefault="00C27901" w:rsidP="002F131C">
      <w:pPr>
        <w:spacing w:after="0" w:line="240" w:lineRule="auto"/>
        <w:rPr>
          <w:lang w:eastAsia="ja-JP"/>
        </w:rPr>
      </w:pPr>
    </w:p>
    <w:p w14:paraId="05B8D2D6" w14:textId="2B7F67E8" w:rsidR="00C27901" w:rsidRDefault="00C27901" w:rsidP="002F131C">
      <w:pPr>
        <w:spacing w:after="0" w:line="240" w:lineRule="auto"/>
        <w:rPr>
          <w:lang w:eastAsia="ja-JP"/>
        </w:rPr>
      </w:pPr>
    </w:p>
    <w:p w14:paraId="2AF7DB58" w14:textId="40B6CB8A" w:rsidR="00C27901" w:rsidRDefault="00C27901" w:rsidP="002F131C">
      <w:pPr>
        <w:spacing w:after="0" w:line="240" w:lineRule="auto"/>
        <w:rPr>
          <w:lang w:eastAsia="ja-JP"/>
        </w:rPr>
      </w:pPr>
    </w:p>
    <w:p w14:paraId="6D3E8605" w14:textId="536E1AC9" w:rsidR="00C27901" w:rsidRDefault="00C27901" w:rsidP="002F131C">
      <w:pPr>
        <w:spacing w:after="0" w:line="240" w:lineRule="auto"/>
        <w:rPr>
          <w:lang w:eastAsia="ja-JP"/>
        </w:rPr>
      </w:pPr>
    </w:p>
    <w:p w14:paraId="5E10E6E3" w14:textId="0E69C33F" w:rsidR="00C27901" w:rsidRDefault="00C27901" w:rsidP="002F131C">
      <w:pPr>
        <w:spacing w:after="0" w:line="240" w:lineRule="auto"/>
        <w:rPr>
          <w:lang w:eastAsia="ja-JP"/>
        </w:rPr>
      </w:pPr>
    </w:p>
    <w:p w14:paraId="5F5C5B8D" w14:textId="5B581459" w:rsidR="00C27901" w:rsidRDefault="00C27901" w:rsidP="002F131C">
      <w:pPr>
        <w:spacing w:after="0" w:line="240" w:lineRule="auto"/>
        <w:rPr>
          <w:lang w:eastAsia="ja-JP"/>
        </w:rPr>
      </w:pPr>
    </w:p>
    <w:p w14:paraId="750E3CF9" w14:textId="2966652C" w:rsidR="00C27901" w:rsidRDefault="00C27901" w:rsidP="002F131C">
      <w:pPr>
        <w:spacing w:after="0" w:line="240" w:lineRule="auto"/>
        <w:rPr>
          <w:lang w:eastAsia="ja-JP"/>
        </w:rPr>
      </w:pPr>
    </w:p>
    <w:p w14:paraId="22255863" w14:textId="09021B4A" w:rsidR="00C27901" w:rsidRDefault="00C27901" w:rsidP="002F131C">
      <w:pPr>
        <w:spacing w:after="0" w:line="240" w:lineRule="auto"/>
        <w:rPr>
          <w:lang w:eastAsia="ja-JP"/>
        </w:rPr>
      </w:pPr>
    </w:p>
    <w:p w14:paraId="14CFB171" w14:textId="6B5E940B" w:rsidR="00C27901" w:rsidRDefault="00C27901" w:rsidP="002F131C">
      <w:pPr>
        <w:spacing w:after="0" w:line="240" w:lineRule="auto"/>
        <w:rPr>
          <w:lang w:eastAsia="ja-JP"/>
        </w:rPr>
      </w:pPr>
    </w:p>
    <w:p w14:paraId="0DB27A9B" w14:textId="79E35D92" w:rsidR="00C27901" w:rsidRDefault="00C27901" w:rsidP="002F131C">
      <w:pPr>
        <w:spacing w:after="0" w:line="240" w:lineRule="auto"/>
        <w:rPr>
          <w:lang w:eastAsia="ja-JP"/>
        </w:rPr>
      </w:pPr>
    </w:p>
    <w:p w14:paraId="529C698B" w14:textId="3AED0B0F" w:rsidR="00DA4987" w:rsidRPr="00C24F60" w:rsidRDefault="00C27901" w:rsidP="002F131C">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閲覧用</w:t>
      </w:r>
      <w:r w:rsidR="008865EE" w:rsidRPr="00C24F60">
        <w:rPr>
          <w:rFonts w:ascii="ＭＳ ゴシック" w:eastAsia="ＭＳ ゴシック" w:hAnsi="ＭＳ ゴシック" w:hint="eastAsia"/>
          <w:lang w:eastAsia="ja-JP"/>
        </w:rPr>
        <w:t>から</w:t>
      </w:r>
      <w:r w:rsidR="0019540D">
        <w:rPr>
          <w:rFonts w:ascii="ＭＳ ゴシック" w:eastAsia="ＭＳ ゴシック" w:hAnsi="ＭＳ ゴシック" w:hint="eastAsia"/>
          <w:lang w:eastAsia="ja-JP"/>
        </w:rPr>
        <w:t>報告書・</w:t>
      </w:r>
      <w:r w:rsidR="008865EE" w:rsidRPr="00C24F60">
        <w:rPr>
          <w:rFonts w:ascii="ＭＳ ゴシック" w:eastAsia="ＭＳ ゴシック" w:hAnsi="ＭＳ ゴシック" w:hint="eastAsia"/>
          <w:lang w:eastAsia="ja-JP"/>
        </w:rPr>
        <w:t>申請書のPDFを出力することができます。</w:t>
      </w:r>
    </w:p>
    <w:p w14:paraId="20EB6ECD" w14:textId="166CD8F0" w:rsidR="008865EE" w:rsidRDefault="00C27901" w:rsidP="002F131C">
      <w:pPr>
        <w:spacing w:after="0" w:line="240" w:lineRule="auto"/>
        <w:rPr>
          <w:lang w:eastAsia="ja-JP"/>
        </w:rPr>
      </w:pPr>
      <w:r>
        <w:rPr>
          <w:rFonts w:hint="eastAsia"/>
          <w:noProof/>
          <w:lang w:eastAsia="ja-JP"/>
        </w:rPr>
        <w:drawing>
          <wp:anchor distT="0" distB="0" distL="114300" distR="114300" simplePos="0" relativeHeight="251694592" behindDoc="0" locked="0" layoutInCell="1" allowOverlap="1" wp14:anchorId="20F5FFDF" wp14:editId="45FB9163">
            <wp:simplePos x="0" y="0"/>
            <wp:positionH relativeFrom="margin">
              <wp:posOffset>133350</wp:posOffset>
            </wp:positionH>
            <wp:positionV relativeFrom="paragraph">
              <wp:posOffset>74295</wp:posOffset>
            </wp:positionV>
            <wp:extent cx="6252845" cy="2686050"/>
            <wp:effectExtent l="0" t="0" r="0" b="0"/>
            <wp:wrapNone/>
            <wp:docPr id="160916918" name="図 13"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6918" name="図 13" descr="グラフィカル ユーザー インターフェイス, アプリケーション&#10;&#10;AI 生成コンテンツは誤りを含む可能性があります。"/>
                    <pic:cNvPicPr/>
                  </pic:nvPicPr>
                  <pic:blipFill rotWithShape="1">
                    <a:blip r:embed="rId17"/>
                    <a:srcRect t="7160" b="34074"/>
                    <a:stretch>
                      <a:fillRect/>
                    </a:stretch>
                  </pic:blipFill>
                  <pic:spPr bwMode="auto">
                    <a:xfrm>
                      <a:off x="0" y="0"/>
                      <a:ext cx="6261009" cy="2689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BC5AC" w14:textId="0F32D5AF" w:rsidR="00DA4987" w:rsidRDefault="00DA4987" w:rsidP="002F131C">
      <w:pPr>
        <w:spacing w:after="0" w:line="240" w:lineRule="auto"/>
        <w:rPr>
          <w:lang w:eastAsia="ja-JP"/>
        </w:rPr>
      </w:pPr>
    </w:p>
    <w:p w14:paraId="1E216F28" w14:textId="2C3C461C" w:rsidR="00DA4987" w:rsidRDefault="0019540D" w:rsidP="002F131C">
      <w:pPr>
        <w:spacing w:after="0" w:line="240" w:lineRule="auto"/>
        <w:rPr>
          <w:lang w:eastAsia="ja-JP"/>
        </w:rPr>
      </w:pPr>
      <w:r>
        <w:rPr>
          <w:noProof/>
          <w:lang w:eastAsia="ja-JP"/>
        </w:rPr>
        <mc:AlternateContent>
          <mc:Choice Requires="wps">
            <w:drawing>
              <wp:anchor distT="0" distB="0" distL="114300" distR="114300" simplePos="0" relativeHeight="251695616" behindDoc="0" locked="0" layoutInCell="1" allowOverlap="1" wp14:anchorId="0FF027C1" wp14:editId="692DC632">
                <wp:simplePos x="0" y="0"/>
                <wp:positionH relativeFrom="column">
                  <wp:posOffset>5543550</wp:posOffset>
                </wp:positionH>
                <wp:positionV relativeFrom="paragraph">
                  <wp:posOffset>34290</wp:posOffset>
                </wp:positionV>
                <wp:extent cx="790575" cy="438150"/>
                <wp:effectExtent l="19050" t="19050" r="47625" b="38100"/>
                <wp:wrapNone/>
                <wp:docPr id="1958906917" name="楕円 14"/>
                <wp:cNvGraphicFramePr/>
                <a:graphic xmlns:a="http://schemas.openxmlformats.org/drawingml/2006/main">
                  <a:graphicData uri="http://schemas.microsoft.com/office/word/2010/wordprocessingShape">
                    <wps:wsp>
                      <wps:cNvSpPr/>
                      <wps:spPr>
                        <a:xfrm>
                          <a:off x="0" y="0"/>
                          <a:ext cx="790575" cy="438150"/>
                        </a:xfrm>
                        <a:prstGeom prst="ellipse">
                          <a:avLst/>
                        </a:prstGeom>
                        <a:noFill/>
                        <a:ln w="57150">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B58F4" id="楕円 14" o:spid="_x0000_s1026" style="position:absolute;margin-left:436.5pt;margin-top:2.7pt;width:62.25pt;height:3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" filled="f" strokecolor="#e00" strokeweight="4.5pt"/>
            </w:pict>
          </mc:Fallback>
        </mc:AlternateContent>
      </w:r>
    </w:p>
    <w:p w14:paraId="6450B787" w14:textId="77777777" w:rsidR="00DA4987" w:rsidRDefault="00DA4987" w:rsidP="002F131C">
      <w:pPr>
        <w:spacing w:after="0" w:line="240" w:lineRule="auto"/>
        <w:rPr>
          <w:lang w:eastAsia="ja-JP"/>
        </w:rPr>
      </w:pPr>
    </w:p>
    <w:p w14:paraId="45FE3C3C" w14:textId="77777777" w:rsidR="00DA4987" w:rsidRDefault="00DA4987" w:rsidP="002F131C">
      <w:pPr>
        <w:spacing w:after="0" w:line="240" w:lineRule="auto"/>
        <w:rPr>
          <w:lang w:eastAsia="ja-JP"/>
        </w:rPr>
      </w:pPr>
    </w:p>
    <w:p w14:paraId="1AC4F771" w14:textId="77777777" w:rsidR="00DA4987" w:rsidRDefault="00DA4987" w:rsidP="002F131C">
      <w:pPr>
        <w:spacing w:after="0" w:line="240" w:lineRule="auto"/>
        <w:rPr>
          <w:lang w:eastAsia="ja-JP"/>
        </w:rPr>
      </w:pPr>
    </w:p>
    <w:p w14:paraId="148A035A" w14:textId="77777777" w:rsidR="00DA4987" w:rsidRDefault="00DA4987" w:rsidP="002F131C">
      <w:pPr>
        <w:spacing w:after="0" w:line="240" w:lineRule="auto"/>
        <w:rPr>
          <w:lang w:eastAsia="ja-JP"/>
        </w:rPr>
      </w:pPr>
    </w:p>
    <w:p w14:paraId="1C830408" w14:textId="77777777" w:rsidR="00DA4987" w:rsidRDefault="00DA4987" w:rsidP="002F131C">
      <w:pPr>
        <w:spacing w:after="0" w:line="240" w:lineRule="auto"/>
        <w:rPr>
          <w:lang w:eastAsia="ja-JP"/>
        </w:rPr>
      </w:pPr>
    </w:p>
    <w:p w14:paraId="1B8DCBB4" w14:textId="77777777" w:rsidR="00DA4987" w:rsidRDefault="00DA4987" w:rsidP="002F131C">
      <w:pPr>
        <w:spacing w:after="0" w:line="240" w:lineRule="auto"/>
        <w:rPr>
          <w:lang w:eastAsia="ja-JP"/>
        </w:rPr>
      </w:pPr>
    </w:p>
    <w:p w14:paraId="22FF6D90" w14:textId="77777777" w:rsidR="00DA4987" w:rsidRDefault="00DA4987" w:rsidP="002F131C">
      <w:pPr>
        <w:spacing w:after="0" w:line="240" w:lineRule="auto"/>
        <w:rPr>
          <w:lang w:eastAsia="ja-JP"/>
        </w:rPr>
      </w:pPr>
    </w:p>
    <w:p w14:paraId="714D9319" w14:textId="77777777" w:rsidR="00DA4987" w:rsidRDefault="00DA4987" w:rsidP="002F131C">
      <w:pPr>
        <w:spacing w:after="0" w:line="240" w:lineRule="auto"/>
        <w:rPr>
          <w:lang w:eastAsia="ja-JP"/>
        </w:rPr>
      </w:pPr>
    </w:p>
    <w:p w14:paraId="55AE87FD" w14:textId="77777777" w:rsidR="00DA4987" w:rsidRDefault="00DA4987" w:rsidP="002F131C">
      <w:pPr>
        <w:spacing w:after="0" w:line="240" w:lineRule="auto"/>
        <w:rPr>
          <w:lang w:eastAsia="ja-JP"/>
        </w:rPr>
      </w:pPr>
    </w:p>
    <w:p w14:paraId="670DC41B" w14:textId="77777777" w:rsidR="00353192" w:rsidRDefault="00353192" w:rsidP="002F131C">
      <w:pPr>
        <w:spacing w:after="0" w:line="240" w:lineRule="auto"/>
        <w:rPr>
          <w:lang w:eastAsia="ja-JP"/>
        </w:rPr>
      </w:pPr>
    </w:p>
    <w:p w14:paraId="44DD638B" w14:textId="77777777" w:rsidR="00353192" w:rsidRDefault="00353192" w:rsidP="002F131C">
      <w:pPr>
        <w:spacing w:after="0" w:line="240" w:lineRule="auto"/>
        <w:rPr>
          <w:lang w:eastAsia="ja-JP"/>
        </w:rPr>
      </w:pPr>
    </w:p>
    <w:p w14:paraId="54844366" w14:textId="77777777" w:rsidR="00353192" w:rsidRDefault="00353192" w:rsidP="002F131C">
      <w:pPr>
        <w:spacing w:after="0" w:line="240" w:lineRule="auto"/>
        <w:rPr>
          <w:lang w:eastAsia="ja-JP"/>
        </w:rPr>
      </w:pPr>
    </w:p>
    <w:p w14:paraId="228BF7CB" w14:textId="77777777" w:rsidR="00353192" w:rsidRDefault="00353192" w:rsidP="002F131C">
      <w:pPr>
        <w:spacing w:after="0" w:line="240" w:lineRule="auto"/>
        <w:rPr>
          <w:lang w:eastAsia="ja-JP"/>
        </w:rPr>
      </w:pPr>
    </w:p>
    <w:p w14:paraId="71E2D477" w14:textId="77777777" w:rsidR="005D1E07" w:rsidRDefault="005D1E07" w:rsidP="002F131C">
      <w:pPr>
        <w:spacing w:after="0" w:line="240" w:lineRule="auto"/>
        <w:rPr>
          <w:lang w:eastAsia="ja-JP"/>
        </w:rPr>
      </w:pPr>
    </w:p>
    <w:p w14:paraId="02D2C407" w14:textId="1F7C9286" w:rsidR="00C27901" w:rsidRPr="00485E4A" w:rsidRDefault="00C27901" w:rsidP="00C27901">
      <w:pPr>
        <w:rPr>
          <w:rFonts w:ascii="ＭＳ 明朝" w:eastAsia="ＭＳ 明朝" w:hAnsi="ＭＳ 明朝"/>
          <w:sz w:val="20"/>
          <w:szCs w:val="20"/>
          <w:lang w:eastAsia="ja-JP"/>
        </w:rPr>
      </w:pPr>
      <w:r>
        <w:rPr>
          <w:rFonts w:ascii="BIZ UDPゴシック" w:eastAsia="BIZ UDPゴシック" w:hAnsi="BIZ UDPゴシック" w:hint="eastAsia"/>
          <w:sz w:val="28"/>
          <w:szCs w:val="28"/>
          <w:lang w:eastAsia="ja-JP"/>
        </w:rPr>
        <w:lastRenderedPageBreak/>
        <w:t>５．団体情報</w:t>
      </w:r>
      <w:r w:rsidR="00B25CD4">
        <w:rPr>
          <w:rFonts w:ascii="BIZ UDPゴシック" w:eastAsia="BIZ UDPゴシック" w:hAnsi="BIZ UDPゴシック" w:hint="eastAsia"/>
          <w:sz w:val="28"/>
          <w:szCs w:val="28"/>
          <w:lang w:eastAsia="ja-JP"/>
        </w:rPr>
        <w:t>の確認</w:t>
      </w:r>
      <w:r>
        <w:rPr>
          <w:rFonts w:ascii="BIZ UDPゴシック" w:eastAsia="BIZ UDPゴシック" w:hAnsi="BIZ UDPゴシック" w:hint="eastAsia"/>
          <w:sz w:val="28"/>
          <w:szCs w:val="28"/>
          <w:lang w:eastAsia="ja-JP"/>
        </w:rPr>
        <w:t>について</w:t>
      </w:r>
    </w:p>
    <w:p w14:paraId="5FF179E4" w14:textId="0C431630" w:rsidR="00DA4987" w:rsidRPr="00C24F60" w:rsidRDefault="00C27901" w:rsidP="002F131C">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マイページ内にある　入力・編集用＜団体情報＞をクリックしてください。</w:t>
      </w:r>
    </w:p>
    <w:p w14:paraId="5C2993F7" w14:textId="7AAA2333" w:rsidR="00DA4987" w:rsidRDefault="002255C1" w:rsidP="002F131C">
      <w:pPr>
        <w:spacing w:after="0" w:line="240" w:lineRule="auto"/>
        <w:rPr>
          <w:lang w:eastAsia="ja-JP"/>
        </w:rPr>
      </w:pPr>
      <w:r>
        <w:rPr>
          <w:noProof/>
          <w:lang w:eastAsia="ja-JP"/>
        </w:rPr>
        <w:drawing>
          <wp:anchor distT="0" distB="0" distL="114300" distR="114300" simplePos="0" relativeHeight="251696640" behindDoc="0" locked="0" layoutInCell="1" allowOverlap="1" wp14:anchorId="6F362B9D" wp14:editId="24609242">
            <wp:simplePos x="0" y="0"/>
            <wp:positionH relativeFrom="margin">
              <wp:align>right</wp:align>
            </wp:positionH>
            <wp:positionV relativeFrom="paragraph">
              <wp:posOffset>45085</wp:posOffset>
            </wp:positionV>
            <wp:extent cx="6858000" cy="1704975"/>
            <wp:effectExtent l="0" t="0" r="0" b="9525"/>
            <wp:wrapNone/>
            <wp:docPr id="321159336" name="図 15"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59336" name="図 15" descr="グラフィカル ユーザー インターフェイス, テーブル&#10;&#10;AI 生成コンテンツは誤りを含む可能性があります。"/>
                    <pic:cNvPicPr/>
                  </pic:nvPicPr>
                  <pic:blipFill rotWithShape="1">
                    <a:blip r:embed="rId13"/>
                    <a:srcRect l="-139" t="11662" r="139" b="43921"/>
                    <a:stretch>
                      <a:fillRect/>
                    </a:stretch>
                  </pic:blipFill>
                  <pic:spPr bwMode="auto">
                    <a:xfrm>
                      <a:off x="0" y="0"/>
                      <a:ext cx="685800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45369" w14:textId="2E8C09F5" w:rsidR="00164E31" w:rsidRDefault="00164E31" w:rsidP="002F131C">
      <w:pPr>
        <w:spacing w:after="0" w:line="240" w:lineRule="auto"/>
        <w:rPr>
          <w:lang w:eastAsia="ja-JP"/>
        </w:rPr>
      </w:pPr>
    </w:p>
    <w:p w14:paraId="148AFE31" w14:textId="68143EAD" w:rsidR="00164E31" w:rsidRDefault="002255C1" w:rsidP="002F131C">
      <w:pPr>
        <w:spacing w:after="0" w:line="240" w:lineRule="auto"/>
        <w:rPr>
          <w:lang w:eastAsia="ja-JP"/>
        </w:rPr>
      </w:pPr>
      <w:r>
        <w:rPr>
          <w:noProof/>
        </w:rPr>
        <mc:AlternateContent>
          <mc:Choice Requires="wps">
            <w:drawing>
              <wp:anchor distT="0" distB="0" distL="114300" distR="114300" simplePos="0" relativeHeight="251698688" behindDoc="0" locked="0" layoutInCell="1" allowOverlap="1" wp14:anchorId="2F1B081F" wp14:editId="28DDE47C">
                <wp:simplePos x="0" y="0"/>
                <wp:positionH relativeFrom="column">
                  <wp:posOffset>2943225</wp:posOffset>
                </wp:positionH>
                <wp:positionV relativeFrom="paragraph">
                  <wp:posOffset>31750</wp:posOffset>
                </wp:positionV>
                <wp:extent cx="3362325" cy="762000"/>
                <wp:effectExtent l="38100" t="19050" r="28575" b="19050"/>
                <wp:wrapNone/>
                <wp:docPr id="1250520164" name="吹き出し: 左矢印 5"/>
                <wp:cNvGraphicFramePr/>
                <a:graphic xmlns:a="http://schemas.openxmlformats.org/drawingml/2006/main">
                  <a:graphicData uri="http://schemas.microsoft.com/office/word/2010/wordprocessingShape">
                    <wps:wsp>
                      <wps:cNvSpPr/>
                      <wps:spPr>
                        <a:xfrm>
                          <a:off x="0" y="0"/>
                          <a:ext cx="3362325" cy="762000"/>
                        </a:xfrm>
                        <a:prstGeom prst="leftArrowCallout">
                          <a:avLst>
                            <a:gd name="adj1" fmla="val 22982"/>
                            <a:gd name="adj2" fmla="val 25513"/>
                            <a:gd name="adj3" fmla="val 25000"/>
                            <a:gd name="adj4" fmla="val 83662"/>
                          </a:avLst>
                        </a:prstGeom>
                        <a:solidFill>
                          <a:schemeClr val="accent5">
                            <a:lumMod val="20000"/>
                            <a:lumOff val="80000"/>
                          </a:schemeClr>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9118934" w14:textId="6DA17F9B" w:rsidR="002255C1" w:rsidRPr="00B25CD4" w:rsidRDefault="002255C1" w:rsidP="002255C1">
                            <w:pPr>
                              <w:spacing w:after="0" w:line="240" w:lineRule="auto"/>
                              <w:jc w:val="center"/>
                              <w:rPr>
                                <w:rFonts w:ascii="ＭＳ ゴシック" w:eastAsia="ＭＳ ゴシック" w:hAnsi="ＭＳ ゴシック"/>
                                <w:color w:val="000000" w:themeColor="text1"/>
                                <w:sz w:val="24"/>
                                <w:szCs w:val="24"/>
                                <w:lang w:eastAsia="ja-JP"/>
                              </w:rPr>
                            </w:pPr>
                            <w:r w:rsidRPr="00B25CD4">
                              <w:rPr>
                                <w:rFonts w:ascii="ＭＳ ゴシック" w:eastAsia="ＭＳ ゴシック" w:hAnsi="ＭＳ ゴシック" w:hint="eastAsia"/>
                                <w:color w:val="000000" w:themeColor="text1"/>
                                <w:sz w:val="24"/>
                                <w:szCs w:val="24"/>
                                <w:lang w:eastAsia="ja-JP"/>
                              </w:rPr>
                              <w:t>団体名をクリックしてください。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1B081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吹き出し: 左矢印 5" o:spid="_x0000_s1034" type="#_x0000_t77" style="position:absolute;margin-left:231.75pt;margin-top:2.5pt;width:264.75pt;height:6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" adj="3529,5289,1224,8318" fillcolor="#daeef3 [664]" strokecolor="#0a121c [484]" strokeweight="3pt">
                <v:textbox>
                  <w:txbxContent>
                    <w:p w14:paraId="39118934" w14:textId="6DA17F9B" w:rsidR="002255C1" w:rsidRPr="00B25CD4" w:rsidRDefault="002255C1" w:rsidP="002255C1">
                      <w:pPr>
                        <w:spacing w:after="0" w:line="240" w:lineRule="auto"/>
                        <w:jc w:val="center"/>
                        <w:rPr>
                          <w:rFonts w:ascii="ＭＳ ゴシック" w:eastAsia="ＭＳ ゴシック" w:hAnsi="ＭＳ ゴシック"/>
                          <w:color w:val="000000" w:themeColor="text1"/>
                          <w:sz w:val="24"/>
                          <w:szCs w:val="24"/>
                          <w:lang w:eastAsia="ja-JP"/>
                        </w:rPr>
                      </w:pPr>
                      <w:r w:rsidRPr="00B25CD4">
                        <w:rPr>
                          <w:rFonts w:ascii="ＭＳ ゴシック" w:eastAsia="ＭＳ ゴシック" w:hAnsi="ＭＳ ゴシック" w:hint="eastAsia"/>
                          <w:color w:val="000000" w:themeColor="text1"/>
                          <w:sz w:val="24"/>
                          <w:szCs w:val="24"/>
                          <w:lang w:eastAsia="ja-JP"/>
                        </w:rPr>
                        <w:t>団体名をクリックしてください。</w:t>
                      </w:r>
                    </w:p>
                  </w:txbxContent>
                </v:textbox>
              </v:shape>
            </w:pict>
          </mc:Fallback>
        </mc:AlternateContent>
      </w:r>
    </w:p>
    <w:p w14:paraId="2BF39F1B" w14:textId="63F5FE0E" w:rsidR="00164E31" w:rsidRDefault="00164E31" w:rsidP="002F131C">
      <w:pPr>
        <w:spacing w:after="0" w:line="240" w:lineRule="auto"/>
        <w:rPr>
          <w:lang w:eastAsia="ja-JP"/>
        </w:rPr>
      </w:pPr>
    </w:p>
    <w:p w14:paraId="6D516F42" w14:textId="67F29577" w:rsidR="00164E31" w:rsidRDefault="00164E31" w:rsidP="002F131C">
      <w:pPr>
        <w:spacing w:after="0" w:line="240" w:lineRule="auto"/>
        <w:rPr>
          <w:lang w:eastAsia="ja-JP"/>
        </w:rPr>
      </w:pPr>
    </w:p>
    <w:p w14:paraId="18CA2361" w14:textId="043E75AC" w:rsidR="00164E31" w:rsidRDefault="00164E31" w:rsidP="002F131C">
      <w:pPr>
        <w:spacing w:after="0" w:line="240" w:lineRule="auto"/>
        <w:rPr>
          <w:lang w:eastAsia="ja-JP"/>
        </w:rPr>
      </w:pPr>
    </w:p>
    <w:p w14:paraId="5227BB1F" w14:textId="3E36FF90" w:rsidR="00164E31" w:rsidRDefault="00164E31" w:rsidP="002F131C">
      <w:pPr>
        <w:spacing w:after="0" w:line="240" w:lineRule="auto"/>
        <w:rPr>
          <w:lang w:eastAsia="ja-JP"/>
        </w:rPr>
      </w:pPr>
    </w:p>
    <w:p w14:paraId="00460DAE" w14:textId="5A2C3FD9" w:rsidR="00A50127" w:rsidRDefault="00A50127" w:rsidP="002F131C">
      <w:pPr>
        <w:spacing w:after="0" w:line="240" w:lineRule="auto"/>
        <w:rPr>
          <w:lang w:eastAsia="ja-JP"/>
        </w:rPr>
      </w:pPr>
    </w:p>
    <w:p w14:paraId="5CC14305" w14:textId="43521531" w:rsidR="00A50127" w:rsidRDefault="00A50127" w:rsidP="002F131C">
      <w:pPr>
        <w:spacing w:after="0" w:line="240" w:lineRule="auto"/>
        <w:rPr>
          <w:lang w:eastAsia="ja-JP"/>
        </w:rPr>
      </w:pPr>
    </w:p>
    <w:p w14:paraId="775604D5" w14:textId="77777777" w:rsidR="00A50127" w:rsidRDefault="00A50127" w:rsidP="002F131C">
      <w:pPr>
        <w:spacing w:after="0" w:line="240" w:lineRule="auto"/>
        <w:rPr>
          <w:lang w:eastAsia="ja-JP"/>
        </w:rPr>
      </w:pPr>
    </w:p>
    <w:p w14:paraId="6251EC54" w14:textId="28D31338" w:rsidR="002255C1" w:rsidRDefault="002255C1" w:rsidP="002F131C">
      <w:pPr>
        <w:spacing w:after="0" w:line="240" w:lineRule="auto"/>
        <w:rPr>
          <w:lang w:eastAsia="ja-JP"/>
        </w:rPr>
      </w:pPr>
    </w:p>
    <w:p w14:paraId="7C07CAE8" w14:textId="04E3A472" w:rsidR="002255C1" w:rsidRPr="00C24F60" w:rsidRDefault="00B25CD4" w:rsidP="002F131C">
      <w:pPr>
        <w:spacing w:after="0" w:line="240" w:lineRule="auto"/>
        <w:rPr>
          <w:rFonts w:ascii="ＭＳ ゴシック" w:eastAsia="ＭＳ ゴシック" w:hAnsi="ＭＳ ゴシック"/>
          <w:lang w:eastAsia="ja-JP"/>
        </w:rPr>
      </w:pPr>
      <w:r w:rsidRPr="00C24F60">
        <w:rPr>
          <w:rFonts w:ascii="ＭＳ ゴシック" w:eastAsia="ＭＳ ゴシック" w:hAnsi="ＭＳ ゴシック" w:hint="eastAsia"/>
          <w:lang w:eastAsia="ja-JP"/>
        </w:rPr>
        <w:t>「内容の編集」をクリックしてください。</w:t>
      </w:r>
    </w:p>
    <w:p w14:paraId="6BB72A72" w14:textId="5423383B" w:rsidR="002255C1" w:rsidRDefault="005D1E07" w:rsidP="002F131C">
      <w:pPr>
        <w:spacing w:after="0" w:line="240" w:lineRule="auto"/>
        <w:rPr>
          <w:lang w:eastAsia="ja-JP"/>
        </w:rPr>
      </w:pPr>
      <w:r>
        <w:rPr>
          <w:noProof/>
          <w:lang w:eastAsia="ja-JP"/>
        </w:rPr>
        <w:drawing>
          <wp:anchor distT="0" distB="0" distL="114300" distR="114300" simplePos="0" relativeHeight="251699712" behindDoc="0" locked="0" layoutInCell="1" allowOverlap="1" wp14:anchorId="14D558B5" wp14:editId="11AE9374">
            <wp:simplePos x="0" y="0"/>
            <wp:positionH relativeFrom="margin">
              <wp:posOffset>57150</wp:posOffset>
            </wp:positionH>
            <wp:positionV relativeFrom="paragraph">
              <wp:posOffset>21590</wp:posOffset>
            </wp:positionV>
            <wp:extent cx="5486400" cy="2570480"/>
            <wp:effectExtent l="0" t="0" r="0" b="1270"/>
            <wp:wrapNone/>
            <wp:docPr id="1910553530" name="図 16"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3530" name="図 16" descr="グラフィカル ユーザー インターフェイス, テキスト, アプリケーション&#10;&#10;AI 生成コンテンツは誤りを含む可能性があります。"/>
                    <pic:cNvPicPr/>
                  </pic:nvPicPr>
                  <pic:blipFill rotWithShape="1">
                    <a:blip r:embed="rId18"/>
                    <a:srcRect l="-278" t="-861" r="31389" b="861"/>
                    <a:stretch>
                      <a:fillRect/>
                    </a:stretch>
                  </pic:blipFill>
                  <pic:spPr bwMode="auto">
                    <a:xfrm>
                      <a:off x="0" y="0"/>
                      <a:ext cx="5486400" cy="257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2564A" w14:textId="033CF22C" w:rsidR="002255C1" w:rsidRDefault="002255C1" w:rsidP="002F131C">
      <w:pPr>
        <w:spacing w:after="0" w:line="240" w:lineRule="auto"/>
        <w:rPr>
          <w:lang w:eastAsia="ja-JP"/>
        </w:rPr>
      </w:pPr>
    </w:p>
    <w:p w14:paraId="0B301957" w14:textId="5F5FB029" w:rsidR="002255C1" w:rsidRDefault="002255C1" w:rsidP="002F131C">
      <w:pPr>
        <w:spacing w:after="0" w:line="240" w:lineRule="auto"/>
        <w:rPr>
          <w:lang w:eastAsia="ja-JP"/>
        </w:rPr>
      </w:pPr>
    </w:p>
    <w:p w14:paraId="3A5C6286" w14:textId="55887903" w:rsidR="002255C1" w:rsidRDefault="005D1E07" w:rsidP="002F131C">
      <w:pPr>
        <w:spacing w:after="0" w:line="240" w:lineRule="auto"/>
        <w:rPr>
          <w:lang w:eastAsia="ja-JP"/>
        </w:rPr>
      </w:pPr>
      <w:r>
        <w:rPr>
          <w:noProof/>
          <w:lang w:eastAsia="ja-JP"/>
        </w:rPr>
        <mc:AlternateContent>
          <mc:Choice Requires="wps">
            <w:drawing>
              <wp:anchor distT="0" distB="0" distL="114300" distR="114300" simplePos="0" relativeHeight="251701760" behindDoc="0" locked="0" layoutInCell="1" allowOverlap="1" wp14:anchorId="3E3AE68C" wp14:editId="71F224CC">
                <wp:simplePos x="0" y="0"/>
                <wp:positionH relativeFrom="column">
                  <wp:posOffset>66675</wp:posOffset>
                </wp:positionH>
                <wp:positionV relativeFrom="paragraph">
                  <wp:posOffset>45720</wp:posOffset>
                </wp:positionV>
                <wp:extent cx="1504950" cy="409575"/>
                <wp:effectExtent l="19050" t="19050" r="38100" b="47625"/>
                <wp:wrapNone/>
                <wp:docPr id="776516776" name="楕円 14"/>
                <wp:cNvGraphicFramePr/>
                <a:graphic xmlns:a="http://schemas.openxmlformats.org/drawingml/2006/main">
                  <a:graphicData uri="http://schemas.microsoft.com/office/word/2010/wordprocessingShape">
                    <wps:wsp>
                      <wps:cNvSpPr/>
                      <wps:spPr>
                        <a:xfrm>
                          <a:off x="0" y="0"/>
                          <a:ext cx="1504950" cy="409575"/>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AB4AE" id="楕円 14" o:spid="_x0000_s1026" style="position:absolute;margin-left:5.25pt;margin-top:3.6pt;width:118.5pt;height:3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" filled="f" strokecolor="#e00" strokeweight="4.5pt"/>
            </w:pict>
          </mc:Fallback>
        </mc:AlternateContent>
      </w:r>
    </w:p>
    <w:p w14:paraId="7AFB4E44" w14:textId="0FB95F44" w:rsidR="002255C1" w:rsidRDefault="002255C1" w:rsidP="002F131C">
      <w:pPr>
        <w:spacing w:after="0" w:line="240" w:lineRule="auto"/>
        <w:rPr>
          <w:lang w:eastAsia="ja-JP"/>
        </w:rPr>
      </w:pPr>
    </w:p>
    <w:p w14:paraId="2C661241" w14:textId="77FE737B" w:rsidR="002255C1" w:rsidRDefault="002255C1" w:rsidP="002F131C">
      <w:pPr>
        <w:spacing w:after="0" w:line="240" w:lineRule="auto"/>
        <w:rPr>
          <w:lang w:eastAsia="ja-JP"/>
        </w:rPr>
      </w:pPr>
    </w:p>
    <w:p w14:paraId="721711B7" w14:textId="199A4CD3" w:rsidR="002255C1" w:rsidRDefault="002255C1" w:rsidP="002F131C">
      <w:pPr>
        <w:spacing w:after="0" w:line="240" w:lineRule="auto"/>
        <w:rPr>
          <w:lang w:eastAsia="ja-JP"/>
        </w:rPr>
      </w:pPr>
    </w:p>
    <w:p w14:paraId="42095199" w14:textId="7CAA0B6C" w:rsidR="002255C1" w:rsidRDefault="002255C1" w:rsidP="002F131C">
      <w:pPr>
        <w:spacing w:after="0" w:line="240" w:lineRule="auto"/>
        <w:rPr>
          <w:lang w:eastAsia="ja-JP"/>
        </w:rPr>
      </w:pPr>
    </w:p>
    <w:p w14:paraId="6DB2FCB3" w14:textId="28C4D1C1" w:rsidR="002255C1" w:rsidRDefault="002255C1" w:rsidP="002F131C">
      <w:pPr>
        <w:spacing w:after="0" w:line="240" w:lineRule="auto"/>
        <w:rPr>
          <w:lang w:eastAsia="ja-JP"/>
        </w:rPr>
      </w:pPr>
    </w:p>
    <w:p w14:paraId="2A0EBC38" w14:textId="32F38095" w:rsidR="002255C1" w:rsidRDefault="002255C1" w:rsidP="002F131C">
      <w:pPr>
        <w:spacing w:after="0" w:line="240" w:lineRule="auto"/>
        <w:rPr>
          <w:lang w:eastAsia="ja-JP"/>
        </w:rPr>
      </w:pPr>
    </w:p>
    <w:p w14:paraId="406EC080" w14:textId="346810A6" w:rsidR="002255C1" w:rsidRDefault="002255C1" w:rsidP="002F131C">
      <w:pPr>
        <w:spacing w:after="0" w:line="240" w:lineRule="auto"/>
        <w:rPr>
          <w:lang w:eastAsia="ja-JP"/>
        </w:rPr>
      </w:pPr>
    </w:p>
    <w:p w14:paraId="51C6E198" w14:textId="766001D8" w:rsidR="002255C1" w:rsidRDefault="002255C1" w:rsidP="002F131C">
      <w:pPr>
        <w:spacing w:after="0" w:line="240" w:lineRule="auto"/>
        <w:rPr>
          <w:lang w:eastAsia="ja-JP"/>
        </w:rPr>
      </w:pPr>
    </w:p>
    <w:p w14:paraId="2C940FCF" w14:textId="757E23FA" w:rsidR="002255C1" w:rsidRDefault="002255C1" w:rsidP="002F131C">
      <w:pPr>
        <w:spacing w:after="0" w:line="240" w:lineRule="auto"/>
        <w:rPr>
          <w:lang w:eastAsia="ja-JP"/>
        </w:rPr>
      </w:pPr>
    </w:p>
    <w:p w14:paraId="79940788" w14:textId="5151647E" w:rsidR="002255C1" w:rsidRDefault="002255C1" w:rsidP="002F131C">
      <w:pPr>
        <w:spacing w:after="0" w:line="240" w:lineRule="auto"/>
        <w:rPr>
          <w:lang w:eastAsia="ja-JP"/>
        </w:rPr>
      </w:pPr>
    </w:p>
    <w:p w14:paraId="607C8086" w14:textId="4D161B37" w:rsidR="002255C1" w:rsidRDefault="002255C1" w:rsidP="002F131C">
      <w:pPr>
        <w:spacing w:after="0" w:line="240" w:lineRule="auto"/>
        <w:rPr>
          <w:lang w:eastAsia="ja-JP"/>
        </w:rPr>
      </w:pPr>
    </w:p>
    <w:p w14:paraId="06DF4827" w14:textId="48718166" w:rsidR="002255C1" w:rsidRDefault="002255C1" w:rsidP="002F131C">
      <w:pPr>
        <w:spacing w:after="0" w:line="240" w:lineRule="auto"/>
        <w:rPr>
          <w:lang w:eastAsia="ja-JP"/>
        </w:rPr>
      </w:pPr>
    </w:p>
    <w:p w14:paraId="29D2D1E5" w14:textId="64C1810D" w:rsidR="002255C1" w:rsidRDefault="002255C1" w:rsidP="002F131C">
      <w:pPr>
        <w:spacing w:after="0" w:line="240" w:lineRule="auto"/>
        <w:rPr>
          <w:lang w:eastAsia="ja-JP"/>
        </w:rPr>
      </w:pPr>
    </w:p>
    <w:p w14:paraId="644EE91F" w14:textId="63A7EE73" w:rsidR="002255C1" w:rsidRDefault="005D1E07" w:rsidP="002F131C">
      <w:pPr>
        <w:spacing w:after="0" w:line="240" w:lineRule="auto"/>
        <w:rPr>
          <w:lang w:eastAsia="ja-JP"/>
        </w:rPr>
      </w:pPr>
      <w:r>
        <w:rPr>
          <w:noProof/>
        </w:rPr>
        <mc:AlternateContent>
          <mc:Choice Requires="wpg">
            <w:drawing>
              <wp:anchor distT="0" distB="0" distL="114300" distR="114300" simplePos="0" relativeHeight="251703808" behindDoc="0" locked="0" layoutInCell="1" allowOverlap="1" wp14:anchorId="345351F5" wp14:editId="5B3ADE0F">
                <wp:simplePos x="0" y="0"/>
                <wp:positionH relativeFrom="margin">
                  <wp:posOffset>76200</wp:posOffset>
                </wp:positionH>
                <wp:positionV relativeFrom="paragraph">
                  <wp:posOffset>57785</wp:posOffset>
                </wp:positionV>
                <wp:extent cx="5514975" cy="2000250"/>
                <wp:effectExtent l="19050" t="19050" r="28575" b="19050"/>
                <wp:wrapNone/>
                <wp:docPr id="1195555356" name="Group 3"/>
                <wp:cNvGraphicFramePr/>
                <a:graphic xmlns:a="http://schemas.openxmlformats.org/drawingml/2006/main">
                  <a:graphicData uri="http://schemas.microsoft.com/office/word/2010/wordprocessingGroup">
                    <wpg:wgp>
                      <wpg:cNvGrpSpPr/>
                      <wpg:grpSpPr>
                        <a:xfrm>
                          <a:off x="0" y="0"/>
                          <a:ext cx="5514975" cy="2000250"/>
                          <a:chOff x="0" y="0"/>
                          <a:chExt cx="5642406" cy="2938504"/>
                        </a:xfrm>
                      </wpg:grpSpPr>
                      <pic:pic xmlns:pic="http://schemas.openxmlformats.org/drawingml/2006/picture">
                        <pic:nvPicPr>
                          <pic:cNvPr id="1414592492" name="図 1414592492"/>
                          <pic:cNvPicPr>
                            <a:picLocks noChangeAspect="1"/>
                          </pic:cNvPicPr>
                        </pic:nvPicPr>
                        <pic:blipFill rotWithShape="1">
                          <a:blip r:embed="rId19"/>
                          <a:srcRect t="8625" r="65530" b="59461"/>
                          <a:stretch/>
                        </pic:blipFill>
                        <pic:spPr>
                          <a:xfrm>
                            <a:off x="0" y="0"/>
                            <a:ext cx="5642406" cy="2938504"/>
                          </a:xfrm>
                          <a:prstGeom prst="rect">
                            <a:avLst/>
                          </a:prstGeom>
                          <a:ln>
                            <a:solidFill>
                              <a:schemeClr val="tx1"/>
                            </a:solidFill>
                          </a:ln>
                        </pic:spPr>
                      </pic:pic>
                      <wps:wsp>
                        <wps:cNvPr id="1964382929" name="正方形/長方形 1964382929"/>
                        <wps:cNvSpPr/>
                        <wps:spPr>
                          <a:xfrm>
                            <a:off x="2950500" y="1382012"/>
                            <a:ext cx="2121662" cy="17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A71CAEE" id="Group 3" o:spid="_x0000_s1026" style="position:absolute;margin-left:6pt;margin-top:4.55pt;width:434.25pt;height:157.5pt;z-index:251703808;mso-position-horizontal-relative:margin;mso-width-relative:margin;mso-height-relative:margin" coordsize="56424,2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14592492" o:spid="_x0000_s1027" type="#_x0000_t75" style="position:absolute;width:56424;height:2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" stroked="t" strokecolor="black [3213]">
                  <v:imagedata r:id="rId20" o:title="" croptop="5652f" cropbottom="38968f" cropright="42946f"/>
                  <v:path arrowok="t"/>
                </v:shape>
                <v:rect id="正方形/長方形 1964382929" o:spid="_x0000_s1028" style="position:absolute;left:29505;top:13820;width:21216;height: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" fillcolor="white [3212]" stroked="f" strokeweight="2pt"/>
                <w10:wrap anchorx="margin"/>
              </v:group>
            </w:pict>
          </mc:Fallback>
        </mc:AlternateContent>
      </w:r>
    </w:p>
    <w:p w14:paraId="66989016" w14:textId="4FF3BFC6" w:rsidR="002255C1" w:rsidRDefault="002255C1" w:rsidP="002F131C">
      <w:pPr>
        <w:spacing w:after="0" w:line="240" w:lineRule="auto"/>
        <w:rPr>
          <w:lang w:eastAsia="ja-JP"/>
        </w:rPr>
      </w:pPr>
    </w:p>
    <w:p w14:paraId="78B7BA7C" w14:textId="7B281084" w:rsidR="002255C1" w:rsidRDefault="002255C1" w:rsidP="002F131C">
      <w:pPr>
        <w:spacing w:after="0" w:line="240" w:lineRule="auto"/>
        <w:rPr>
          <w:lang w:eastAsia="ja-JP"/>
        </w:rPr>
      </w:pPr>
    </w:p>
    <w:p w14:paraId="55131885" w14:textId="48E3BBC9" w:rsidR="002255C1" w:rsidRDefault="002255C1" w:rsidP="002F131C">
      <w:pPr>
        <w:spacing w:after="0" w:line="240" w:lineRule="auto"/>
        <w:rPr>
          <w:lang w:eastAsia="ja-JP"/>
        </w:rPr>
      </w:pPr>
    </w:p>
    <w:p w14:paraId="229D5678" w14:textId="799E737D" w:rsidR="002255C1" w:rsidRDefault="002255C1" w:rsidP="002F131C">
      <w:pPr>
        <w:spacing w:after="0" w:line="240" w:lineRule="auto"/>
        <w:rPr>
          <w:lang w:eastAsia="ja-JP"/>
        </w:rPr>
      </w:pPr>
    </w:p>
    <w:p w14:paraId="06B954BC" w14:textId="5FDBDA2C" w:rsidR="002255C1" w:rsidRDefault="002255C1" w:rsidP="002F131C">
      <w:pPr>
        <w:spacing w:after="0" w:line="240" w:lineRule="auto"/>
        <w:rPr>
          <w:lang w:eastAsia="ja-JP"/>
        </w:rPr>
      </w:pPr>
    </w:p>
    <w:p w14:paraId="52BDFC6B" w14:textId="168C115C" w:rsidR="002255C1" w:rsidRDefault="002255C1" w:rsidP="002F131C">
      <w:pPr>
        <w:spacing w:after="0" w:line="240" w:lineRule="auto"/>
        <w:rPr>
          <w:lang w:eastAsia="ja-JP"/>
        </w:rPr>
      </w:pPr>
    </w:p>
    <w:p w14:paraId="7BD67462" w14:textId="2A2B2516" w:rsidR="002255C1" w:rsidRDefault="002255C1" w:rsidP="002F131C">
      <w:pPr>
        <w:spacing w:after="0" w:line="240" w:lineRule="auto"/>
        <w:rPr>
          <w:lang w:eastAsia="ja-JP"/>
        </w:rPr>
      </w:pPr>
    </w:p>
    <w:p w14:paraId="28289AF7" w14:textId="277A780F" w:rsidR="002255C1" w:rsidRDefault="002255C1" w:rsidP="002F131C">
      <w:pPr>
        <w:spacing w:after="0" w:line="240" w:lineRule="auto"/>
        <w:rPr>
          <w:lang w:eastAsia="ja-JP"/>
        </w:rPr>
      </w:pPr>
    </w:p>
    <w:p w14:paraId="48C97AEC" w14:textId="44BBEBF1" w:rsidR="002255C1" w:rsidRDefault="002255C1" w:rsidP="002F131C">
      <w:pPr>
        <w:spacing w:after="0" w:line="240" w:lineRule="auto"/>
        <w:rPr>
          <w:lang w:eastAsia="ja-JP"/>
        </w:rPr>
      </w:pPr>
    </w:p>
    <w:p w14:paraId="0CCEF834" w14:textId="18110882" w:rsidR="002255C1" w:rsidRDefault="002255C1" w:rsidP="002F131C">
      <w:pPr>
        <w:spacing w:after="0" w:line="240" w:lineRule="auto"/>
        <w:rPr>
          <w:lang w:eastAsia="ja-JP"/>
        </w:rPr>
      </w:pPr>
    </w:p>
    <w:p w14:paraId="5E0D7A83" w14:textId="2C4DE877" w:rsidR="002255C1" w:rsidRDefault="002255C1" w:rsidP="002F131C">
      <w:pPr>
        <w:spacing w:after="0" w:line="240" w:lineRule="auto"/>
        <w:rPr>
          <w:lang w:eastAsia="ja-JP"/>
        </w:rPr>
      </w:pPr>
    </w:p>
    <w:p w14:paraId="1ADB3ABD" w14:textId="668590AA" w:rsidR="002255C1" w:rsidRDefault="002255C1" w:rsidP="002F131C">
      <w:pPr>
        <w:spacing w:after="0" w:line="240" w:lineRule="auto"/>
        <w:rPr>
          <w:lang w:eastAsia="ja-JP"/>
        </w:rPr>
      </w:pPr>
    </w:p>
    <w:p w14:paraId="466B0167" w14:textId="2D0BB62E" w:rsidR="002255C1" w:rsidRDefault="005D1E07" w:rsidP="002F131C">
      <w:pPr>
        <w:spacing w:after="0" w:line="240" w:lineRule="auto"/>
        <w:rPr>
          <w:lang w:eastAsia="ja-JP"/>
        </w:rPr>
      </w:pPr>
      <w:r w:rsidRPr="00B25CD4">
        <w:rPr>
          <w:noProof/>
          <w:lang w:eastAsia="ja-JP"/>
        </w:rPr>
        <mc:AlternateContent>
          <mc:Choice Requires="wps">
            <w:drawing>
              <wp:anchor distT="0" distB="0" distL="114300" distR="114300" simplePos="0" relativeHeight="251705856" behindDoc="0" locked="0" layoutInCell="1" allowOverlap="1" wp14:anchorId="408DC24D" wp14:editId="11489782">
                <wp:simplePos x="0" y="0"/>
                <wp:positionH relativeFrom="margin">
                  <wp:align>left</wp:align>
                </wp:positionH>
                <wp:positionV relativeFrom="paragraph">
                  <wp:posOffset>5080</wp:posOffset>
                </wp:positionV>
                <wp:extent cx="6610350" cy="2124075"/>
                <wp:effectExtent l="0" t="0" r="0" b="0"/>
                <wp:wrapNone/>
                <wp:docPr id="190549416" name="テキスト ボックス 2"/>
                <wp:cNvGraphicFramePr/>
                <a:graphic xmlns:a="http://schemas.openxmlformats.org/drawingml/2006/main">
                  <a:graphicData uri="http://schemas.microsoft.com/office/word/2010/wordprocessingShape">
                    <wps:wsp>
                      <wps:cNvSpPr txBox="1"/>
                      <wps:spPr>
                        <a:xfrm>
                          <a:off x="0" y="0"/>
                          <a:ext cx="6610350" cy="2124075"/>
                        </a:xfrm>
                        <a:prstGeom prst="rect">
                          <a:avLst/>
                        </a:prstGeom>
                        <a:noFill/>
                      </wps:spPr>
                      <wps:txbx>
                        <w:txbxContent>
                          <w:p w14:paraId="70928506" w14:textId="42B7E849"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継続して申請する団体の方へ</w:t>
                            </w:r>
                            <w:r w:rsidRPr="008C0C40">
                              <w:rPr>
                                <w:rFonts w:asciiTheme="majorEastAsia" w:eastAsiaTheme="majorEastAsia" w:hAnsiTheme="majorEastAsia"/>
                                <w:color w:val="000000" w:themeColor="text1"/>
                                <w:kern w:val="24"/>
                                <w:sz w:val="21"/>
                                <w:szCs w:val="21"/>
                                <w:lang w:eastAsia="ja-JP"/>
                              </w:rPr>
                              <w:br/>
                              <w:t>昨年度の情報を引き継ぐため、令</w:t>
                            </w:r>
                            <w:r w:rsidRPr="008C0C40">
                              <w:rPr>
                                <w:rFonts w:asciiTheme="majorEastAsia" w:eastAsiaTheme="majorEastAsia" w:hAnsiTheme="majorEastAsia"/>
                                <w:color w:val="000000" w:themeColor="text1"/>
                                <w:kern w:val="24"/>
                                <w:sz w:val="21"/>
                                <w:szCs w:val="21"/>
                                <w:u w:val="single"/>
                                <w:lang w:eastAsia="ja-JP"/>
                              </w:rPr>
                              <w:t>和7年度申請書の内容があらかじめ登録</w:t>
                            </w:r>
                            <w:r w:rsidRPr="008C0C40">
                              <w:rPr>
                                <w:rFonts w:asciiTheme="majorEastAsia" w:eastAsiaTheme="majorEastAsia" w:hAnsiTheme="majorEastAsia"/>
                                <w:color w:val="000000" w:themeColor="text1"/>
                                <w:kern w:val="24"/>
                                <w:sz w:val="21"/>
                                <w:szCs w:val="21"/>
                                <w:lang w:eastAsia="ja-JP"/>
                              </w:rPr>
                              <w:t>されています。</w:t>
                            </w:r>
                          </w:p>
                          <w:p w14:paraId="40062B52" w14:textId="2457034D"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内容の確認・修正について</w:t>
                            </w:r>
                            <w:r w:rsidRPr="008C0C40">
                              <w:rPr>
                                <w:rFonts w:asciiTheme="majorEastAsia" w:eastAsiaTheme="majorEastAsia" w:hAnsiTheme="majorEastAsia"/>
                                <w:b/>
                                <w:bCs/>
                                <w:color w:val="000000" w:themeColor="text1"/>
                                <w:kern w:val="24"/>
                                <w:sz w:val="21"/>
                                <w:szCs w:val="21"/>
                                <w:lang w:eastAsia="ja-JP"/>
                              </w:rPr>
                              <w:br/>
                            </w:r>
                            <w:r w:rsidRPr="008C0C40">
                              <w:rPr>
                                <w:rFonts w:asciiTheme="majorEastAsia" w:eastAsiaTheme="majorEastAsia" w:hAnsiTheme="majorEastAsia"/>
                                <w:color w:val="000000" w:themeColor="text1"/>
                                <w:kern w:val="24"/>
                                <w:sz w:val="21"/>
                                <w:szCs w:val="21"/>
                                <w:lang w:eastAsia="ja-JP"/>
                              </w:rPr>
                              <w:t>登録されている情報を確認のうえ、必要に応じて</w:t>
                            </w:r>
                            <w:r w:rsidRPr="008C0C40">
                              <w:rPr>
                                <w:rFonts w:asciiTheme="majorEastAsia" w:eastAsiaTheme="majorEastAsia" w:hAnsiTheme="majorEastAsia"/>
                                <w:color w:val="000000" w:themeColor="text1"/>
                                <w:kern w:val="24"/>
                                <w:sz w:val="21"/>
                                <w:szCs w:val="21"/>
                                <w:u w:val="single"/>
                                <w:lang w:eastAsia="ja-JP"/>
                              </w:rPr>
                              <w:t>令和</w:t>
                            </w:r>
                            <w:r w:rsidRPr="008C0C40">
                              <w:rPr>
                                <w:rFonts w:asciiTheme="majorEastAsia" w:eastAsiaTheme="majorEastAsia" w:hAnsiTheme="majorEastAsia" w:hint="eastAsia"/>
                                <w:color w:val="000000" w:themeColor="text1"/>
                                <w:kern w:val="24"/>
                                <w:sz w:val="21"/>
                                <w:szCs w:val="21"/>
                                <w:u w:val="single"/>
                                <w:lang w:eastAsia="ja-JP"/>
                              </w:rPr>
                              <w:t>８</w:t>
                            </w:r>
                            <w:r w:rsidRPr="008C0C40">
                              <w:rPr>
                                <w:rFonts w:asciiTheme="majorEastAsia" w:eastAsiaTheme="majorEastAsia" w:hAnsiTheme="majorEastAsia"/>
                                <w:color w:val="000000" w:themeColor="text1"/>
                                <w:kern w:val="24"/>
                                <w:sz w:val="21"/>
                                <w:szCs w:val="21"/>
                                <w:u w:val="single"/>
                                <w:lang w:eastAsia="ja-JP"/>
                              </w:rPr>
                              <w:t>年度の内容に修正・追加入力</w:t>
                            </w:r>
                            <w:r w:rsidRPr="008C0C40">
                              <w:rPr>
                                <w:rFonts w:asciiTheme="majorEastAsia" w:eastAsiaTheme="majorEastAsia" w:hAnsiTheme="majorEastAsia"/>
                                <w:color w:val="000000" w:themeColor="text1"/>
                                <w:kern w:val="24"/>
                                <w:sz w:val="21"/>
                                <w:szCs w:val="21"/>
                                <w:lang w:eastAsia="ja-JP"/>
                              </w:rPr>
                              <w:t>してください。</w:t>
                            </w:r>
                            <w:r w:rsidRPr="008C0C40">
                              <w:rPr>
                                <w:rFonts w:asciiTheme="majorEastAsia" w:eastAsiaTheme="majorEastAsia" w:hAnsiTheme="majorEastAsia"/>
                                <w:color w:val="000000" w:themeColor="text1"/>
                                <w:kern w:val="24"/>
                                <w:sz w:val="21"/>
                                <w:szCs w:val="21"/>
                                <w:lang w:eastAsia="ja-JP"/>
                              </w:rPr>
                              <w:br/>
                              <w:t>※「＊」の付いている項目は必須項目です。</w:t>
                            </w:r>
                          </w:p>
                          <w:p w14:paraId="47B8B13F" w14:textId="39265F17"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ページ構成と操作方法</w:t>
                            </w:r>
                            <w:r w:rsidRPr="008C0C40">
                              <w:rPr>
                                <w:rFonts w:asciiTheme="majorEastAsia" w:eastAsiaTheme="majorEastAsia" w:hAnsiTheme="majorEastAsia"/>
                                <w:color w:val="000000" w:themeColor="text1"/>
                                <w:kern w:val="24"/>
                                <w:sz w:val="21"/>
                                <w:szCs w:val="21"/>
                                <w:lang w:eastAsia="ja-JP"/>
                              </w:rPr>
                              <w:br/>
                              <w:t>入力フォームは 全3ページ あります。</w:t>
                            </w:r>
                            <w:r w:rsidRPr="008C0C40">
                              <w:rPr>
                                <w:rFonts w:asciiTheme="majorEastAsia" w:eastAsiaTheme="majorEastAsia" w:hAnsiTheme="majorEastAsia"/>
                                <w:color w:val="000000" w:themeColor="text1"/>
                                <w:kern w:val="24"/>
                                <w:sz w:val="21"/>
                                <w:szCs w:val="21"/>
                                <w:lang w:eastAsia="ja-JP"/>
                              </w:rPr>
                              <w:br/>
                              <w:t xml:space="preserve">各ページの入力が終わりましたら、画面下の </w:t>
                            </w:r>
                            <w:r w:rsidRPr="008C0C40">
                              <w:rPr>
                                <w:rFonts w:asciiTheme="majorEastAsia" w:eastAsiaTheme="majorEastAsia" w:hAnsiTheme="majorEastAsia"/>
                                <w:color w:val="000000" w:themeColor="text1"/>
                                <w:kern w:val="24"/>
                                <w:sz w:val="21"/>
                                <w:szCs w:val="21"/>
                                <w:u w:val="single"/>
                                <w:lang w:eastAsia="ja-JP"/>
                              </w:rPr>
                              <w:t xml:space="preserve">「次へ」ボタン </w:t>
                            </w:r>
                            <w:r w:rsidRPr="008C0C40">
                              <w:rPr>
                                <w:rFonts w:asciiTheme="majorEastAsia" w:eastAsiaTheme="majorEastAsia" w:hAnsiTheme="majorEastAsia"/>
                                <w:color w:val="000000" w:themeColor="text1"/>
                                <w:kern w:val="24"/>
                                <w:sz w:val="21"/>
                                <w:szCs w:val="21"/>
                                <w:lang w:eastAsia="ja-JP"/>
                              </w:rPr>
                              <w:t>を押して次のページに進んでください。</w:t>
                            </w:r>
                          </w:p>
                          <w:p w14:paraId="13748A2B" w14:textId="101ABF17"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登録の完了について</w:t>
                            </w:r>
                            <w:r w:rsidRPr="008C0C40">
                              <w:rPr>
                                <w:rFonts w:asciiTheme="majorEastAsia" w:eastAsiaTheme="majorEastAsia" w:hAnsiTheme="majorEastAsia"/>
                                <w:color w:val="000000" w:themeColor="text1"/>
                                <w:kern w:val="24"/>
                                <w:sz w:val="21"/>
                                <w:szCs w:val="21"/>
                                <w:lang w:eastAsia="ja-JP"/>
                              </w:rPr>
                              <w:br/>
                              <w:t>最後のページまで入力し、</w:t>
                            </w:r>
                            <w:r w:rsidRPr="008C0C40">
                              <w:rPr>
                                <w:rFonts w:asciiTheme="majorEastAsia" w:eastAsiaTheme="majorEastAsia" w:hAnsiTheme="majorEastAsia"/>
                                <w:color w:val="000000" w:themeColor="text1"/>
                                <w:kern w:val="24"/>
                                <w:sz w:val="21"/>
                                <w:szCs w:val="21"/>
                                <w:u w:val="single"/>
                                <w:lang w:eastAsia="ja-JP"/>
                              </w:rPr>
                              <w:t>「回答」ボタン を押すと登録が完了</w:t>
                            </w:r>
                            <w:r w:rsidRPr="008C0C40">
                              <w:rPr>
                                <w:rFonts w:asciiTheme="majorEastAsia" w:eastAsiaTheme="majorEastAsia" w:hAnsiTheme="majorEastAsia"/>
                                <w:color w:val="000000" w:themeColor="text1"/>
                                <w:kern w:val="24"/>
                                <w:sz w:val="21"/>
                                <w:szCs w:val="21"/>
                                <w:lang w:eastAsia="ja-JP"/>
                              </w:rPr>
                              <w:t>します。</w:t>
                            </w:r>
                            <w:r w:rsidRPr="008C0C40">
                              <w:rPr>
                                <w:rFonts w:asciiTheme="majorEastAsia" w:eastAsiaTheme="majorEastAsia" w:hAnsiTheme="majorEastAsia"/>
                                <w:color w:val="000000" w:themeColor="text1"/>
                                <w:kern w:val="24"/>
                                <w:sz w:val="21"/>
                                <w:szCs w:val="21"/>
                                <w:lang w:eastAsia="ja-JP"/>
                              </w:rPr>
                              <w:br/>
                              <w:t>完了後、団体情報の</w:t>
                            </w:r>
                            <w:r w:rsidRPr="008C0C40">
                              <w:rPr>
                                <w:rFonts w:asciiTheme="majorEastAsia" w:eastAsiaTheme="majorEastAsia" w:hAnsiTheme="majorEastAsia"/>
                                <w:color w:val="000000" w:themeColor="text1"/>
                                <w:kern w:val="24"/>
                                <w:sz w:val="21"/>
                                <w:szCs w:val="21"/>
                                <w:u w:val="single"/>
                                <w:lang w:eastAsia="ja-JP"/>
                              </w:rPr>
                              <w:t>登録完了メール が自動送信</w:t>
                            </w:r>
                            <w:r w:rsidRPr="008C0C40">
                              <w:rPr>
                                <w:rFonts w:asciiTheme="majorEastAsia" w:eastAsiaTheme="majorEastAsia" w:hAnsiTheme="majorEastAsia"/>
                                <w:color w:val="000000" w:themeColor="text1"/>
                                <w:kern w:val="24"/>
                                <w:sz w:val="21"/>
                                <w:szCs w:val="21"/>
                                <w:lang w:eastAsia="ja-JP"/>
                              </w:rPr>
                              <w:t>されます。</w:t>
                            </w:r>
                          </w:p>
                          <w:p w14:paraId="445CD10C" w14:textId="090DE258" w:rsidR="00B25CD4" w:rsidRPr="00B25CD4" w:rsidRDefault="00B25CD4" w:rsidP="00B25CD4">
                            <w:pPr>
                              <w:spacing w:after="0" w:line="240" w:lineRule="auto"/>
                              <w:rPr>
                                <w:rFonts w:asciiTheme="majorEastAsia" w:eastAsiaTheme="majorEastAsia" w:hAnsiTheme="majorEastAsia"/>
                                <w:color w:val="000000" w:themeColor="text1"/>
                                <w:kern w:val="24"/>
                                <w:sz w:val="21"/>
                                <w:szCs w:val="21"/>
                                <w:lang w:eastAsia="ja-JP"/>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08DC24D" id="_x0000_s1035" type="#_x0000_t202" style="position:absolute;margin-left:0;margin-top:.4pt;width:520.5pt;height:167.2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" filled="f" stroked="f">
                <v:textbox>
                  <w:txbxContent>
                    <w:p w14:paraId="70928506" w14:textId="42B7E849"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継続して申請する団体の方へ</w:t>
                      </w:r>
                      <w:r w:rsidRPr="008C0C40">
                        <w:rPr>
                          <w:rFonts w:asciiTheme="majorEastAsia" w:eastAsiaTheme="majorEastAsia" w:hAnsiTheme="majorEastAsia"/>
                          <w:color w:val="000000" w:themeColor="text1"/>
                          <w:kern w:val="24"/>
                          <w:sz w:val="21"/>
                          <w:szCs w:val="21"/>
                          <w:lang w:eastAsia="ja-JP"/>
                        </w:rPr>
                        <w:br/>
                        <w:t>昨年度の情報を引き継ぐため、令</w:t>
                      </w:r>
                      <w:r w:rsidRPr="008C0C40">
                        <w:rPr>
                          <w:rFonts w:asciiTheme="majorEastAsia" w:eastAsiaTheme="majorEastAsia" w:hAnsiTheme="majorEastAsia"/>
                          <w:color w:val="000000" w:themeColor="text1"/>
                          <w:kern w:val="24"/>
                          <w:sz w:val="21"/>
                          <w:szCs w:val="21"/>
                          <w:u w:val="single"/>
                          <w:lang w:eastAsia="ja-JP"/>
                        </w:rPr>
                        <w:t>和7年度申請書の内容があらかじめ登録</w:t>
                      </w:r>
                      <w:r w:rsidRPr="008C0C40">
                        <w:rPr>
                          <w:rFonts w:asciiTheme="majorEastAsia" w:eastAsiaTheme="majorEastAsia" w:hAnsiTheme="majorEastAsia"/>
                          <w:color w:val="000000" w:themeColor="text1"/>
                          <w:kern w:val="24"/>
                          <w:sz w:val="21"/>
                          <w:szCs w:val="21"/>
                          <w:lang w:eastAsia="ja-JP"/>
                        </w:rPr>
                        <w:t>されています。</w:t>
                      </w:r>
                    </w:p>
                    <w:p w14:paraId="40062B52" w14:textId="2457034D"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内容の確認・修正について</w:t>
                      </w:r>
                      <w:r w:rsidRPr="008C0C40">
                        <w:rPr>
                          <w:rFonts w:asciiTheme="majorEastAsia" w:eastAsiaTheme="majorEastAsia" w:hAnsiTheme="majorEastAsia"/>
                          <w:b/>
                          <w:bCs/>
                          <w:color w:val="000000" w:themeColor="text1"/>
                          <w:kern w:val="24"/>
                          <w:sz w:val="21"/>
                          <w:szCs w:val="21"/>
                          <w:lang w:eastAsia="ja-JP"/>
                        </w:rPr>
                        <w:br/>
                      </w:r>
                      <w:r w:rsidRPr="008C0C40">
                        <w:rPr>
                          <w:rFonts w:asciiTheme="majorEastAsia" w:eastAsiaTheme="majorEastAsia" w:hAnsiTheme="majorEastAsia"/>
                          <w:color w:val="000000" w:themeColor="text1"/>
                          <w:kern w:val="24"/>
                          <w:sz w:val="21"/>
                          <w:szCs w:val="21"/>
                          <w:lang w:eastAsia="ja-JP"/>
                        </w:rPr>
                        <w:t>登録されている情報を確認のうえ、必要に応じて</w:t>
                      </w:r>
                      <w:r w:rsidRPr="008C0C40">
                        <w:rPr>
                          <w:rFonts w:asciiTheme="majorEastAsia" w:eastAsiaTheme="majorEastAsia" w:hAnsiTheme="majorEastAsia"/>
                          <w:color w:val="000000" w:themeColor="text1"/>
                          <w:kern w:val="24"/>
                          <w:sz w:val="21"/>
                          <w:szCs w:val="21"/>
                          <w:u w:val="single"/>
                          <w:lang w:eastAsia="ja-JP"/>
                        </w:rPr>
                        <w:t>令和</w:t>
                      </w:r>
                      <w:r w:rsidRPr="008C0C40">
                        <w:rPr>
                          <w:rFonts w:asciiTheme="majorEastAsia" w:eastAsiaTheme="majorEastAsia" w:hAnsiTheme="majorEastAsia" w:hint="eastAsia"/>
                          <w:color w:val="000000" w:themeColor="text1"/>
                          <w:kern w:val="24"/>
                          <w:sz w:val="21"/>
                          <w:szCs w:val="21"/>
                          <w:u w:val="single"/>
                          <w:lang w:eastAsia="ja-JP"/>
                        </w:rPr>
                        <w:t>８</w:t>
                      </w:r>
                      <w:r w:rsidRPr="008C0C40">
                        <w:rPr>
                          <w:rFonts w:asciiTheme="majorEastAsia" w:eastAsiaTheme="majorEastAsia" w:hAnsiTheme="majorEastAsia"/>
                          <w:color w:val="000000" w:themeColor="text1"/>
                          <w:kern w:val="24"/>
                          <w:sz w:val="21"/>
                          <w:szCs w:val="21"/>
                          <w:u w:val="single"/>
                          <w:lang w:eastAsia="ja-JP"/>
                        </w:rPr>
                        <w:t>年度の内容に修正・追加入力</w:t>
                      </w:r>
                      <w:r w:rsidRPr="008C0C40">
                        <w:rPr>
                          <w:rFonts w:asciiTheme="majorEastAsia" w:eastAsiaTheme="majorEastAsia" w:hAnsiTheme="majorEastAsia"/>
                          <w:color w:val="000000" w:themeColor="text1"/>
                          <w:kern w:val="24"/>
                          <w:sz w:val="21"/>
                          <w:szCs w:val="21"/>
                          <w:lang w:eastAsia="ja-JP"/>
                        </w:rPr>
                        <w:t>してください。</w:t>
                      </w:r>
                      <w:r w:rsidRPr="008C0C40">
                        <w:rPr>
                          <w:rFonts w:asciiTheme="majorEastAsia" w:eastAsiaTheme="majorEastAsia" w:hAnsiTheme="majorEastAsia"/>
                          <w:color w:val="000000" w:themeColor="text1"/>
                          <w:kern w:val="24"/>
                          <w:sz w:val="21"/>
                          <w:szCs w:val="21"/>
                          <w:lang w:eastAsia="ja-JP"/>
                        </w:rPr>
                        <w:br/>
                        <w:t>※「＊」の付いている項目は必須項目です。</w:t>
                      </w:r>
                    </w:p>
                    <w:p w14:paraId="47B8B13F" w14:textId="39265F17"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ページ構成と操作方法</w:t>
                      </w:r>
                      <w:r w:rsidRPr="008C0C40">
                        <w:rPr>
                          <w:rFonts w:asciiTheme="majorEastAsia" w:eastAsiaTheme="majorEastAsia" w:hAnsiTheme="majorEastAsia"/>
                          <w:color w:val="000000" w:themeColor="text1"/>
                          <w:kern w:val="24"/>
                          <w:sz w:val="21"/>
                          <w:szCs w:val="21"/>
                          <w:lang w:eastAsia="ja-JP"/>
                        </w:rPr>
                        <w:br/>
                        <w:t>入力フォームは 全3ページ あります。</w:t>
                      </w:r>
                      <w:r w:rsidRPr="008C0C40">
                        <w:rPr>
                          <w:rFonts w:asciiTheme="majorEastAsia" w:eastAsiaTheme="majorEastAsia" w:hAnsiTheme="majorEastAsia"/>
                          <w:color w:val="000000" w:themeColor="text1"/>
                          <w:kern w:val="24"/>
                          <w:sz w:val="21"/>
                          <w:szCs w:val="21"/>
                          <w:lang w:eastAsia="ja-JP"/>
                        </w:rPr>
                        <w:br/>
                        <w:t xml:space="preserve">各ページの入力が終わりましたら、画面下の </w:t>
                      </w:r>
                      <w:r w:rsidRPr="008C0C40">
                        <w:rPr>
                          <w:rFonts w:asciiTheme="majorEastAsia" w:eastAsiaTheme="majorEastAsia" w:hAnsiTheme="majorEastAsia"/>
                          <w:color w:val="000000" w:themeColor="text1"/>
                          <w:kern w:val="24"/>
                          <w:sz w:val="21"/>
                          <w:szCs w:val="21"/>
                          <w:u w:val="single"/>
                          <w:lang w:eastAsia="ja-JP"/>
                        </w:rPr>
                        <w:t xml:space="preserve">「次へ」ボタン </w:t>
                      </w:r>
                      <w:r w:rsidRPr="008C0C40">
                        <w:rPr>
                          <w:rFonts w:asciiTheme="majorEastAsia" w:eastAsiaTheme="majorEastAsia" w:hAnsiTheme="majorEastAsia"/>
                          <w:color w:val="000000" w:themeColor="text1"/>
                          <w:kern w:val="24"/>
                          <w:sz w:val="21"/>
                          <w:szCs w:val="21"/>
                          <w:lang w:eastAsia="ja-JP"/>
                        </w:rPr>
                        <w:t>を押して次のページに進んでください。</w:t>
                      </w:r>
                    </w:p>
                    <w:p w14:paraId="13748A2B" w14:textId="101ABF17" w:rsidR="00B25CD4" w:rsidRPr="008C0C40" w:rsidRDefault="00B25CD4" w:rsidP="008C0C40">
                      <w:pPr>
                        <w:spacing w:after="0" w:line="240" w:lineRule="auto"/>
                        <w:ind w:left="422" w:hangingChars="200" w:hanging="422"/>
                        <w:rPr>
                          <w:rFonts w:asciiTheme="majorEastAsia" w:eastAsiaTheme="majorEastAsia" w:hAnsiTheme="majorEastAsia"/>
                          <w:color w:val="000000" w:themeColor="text1"/>
                          <w:kern w:val="24"/>
                          <w:sz w:val="21"/>
                          <w:szCs w:val="21"/>
                          <w:lang w:eastAsia="ja-JP"/>
                        </w:rPr>
                      </w:pPr>
                      <w:r w:rsidRPr="008C0C40">
                        <w:rPr>
                          <w:rFonts w:asciiTheme="majorEastAsia" w:eastAsiaTheme="majorEastAsia" w:hAnsiTheme="majorEastAsia"/>
                          <w:b/>
                          <w:bCs/>
                          <w:color w:val="000000" w:themeColor="text1"/>
                          <w:kern w:val="24"/>
                          <w:sz w:val="21"/>
                          <w:szCs w:val="21"/>
                          <w:lang w:eastAsia="ja-JP"/>
                        </w:rPr>
                        <w:t> 登録の完了について</w:t>
                      </w:r>
                      <w:r w:rsidRPr="008C0C40">
                        <w:rPr>
                          <w:rFonts w:asciiTheme="majorEastAsia" w:eastAsiaTheme="majorEastAsia" w:hAnsiTheme="majorEastAsia"/>
                          <w:color w:val="000000" w:themeColor="text1"/>
                          <w:kern w:val="24"/>
                          <w:sz w:val="21"/>
                          <w:szCs w:val="21"/>
                          <w:lang w:eastAsia="ja-JP"/>
                        </w:rPr>
                        <w:br/>
                        <w:t>最後のページまで入力し、</w:t>
                      </w:r>
                      <w:r w:rsidRPr="008C0C40">
                        <w:rPr>
                          <w:rFonts w:asciiTheme="majorEastAsia" w:eastAsiaTheme="majorEastAsia" w:hAnsiTheme="majorEastAsia"/>
                          <w:color w:val="000000" w:themeColor="text1"/>
                          <w:kern w:val="24"/>
                          <w:sz w:val="21"/>
                          <w:szCs w:val="21"/>
                          <w:u w:val="single"/>
                          <w:lang w:eastAsia="ja-JP"/>
                        </w:rPr>
                        <w:t>「回答」ボタン を押すと登録が完了</w:t>
                      </w:r>
                      <w:r w:rsidRPr="008C0C40">
                        <w:rPr>
                          <w:rFonts w:asciiTheme="majorEastAsia" w:eastAsiaTheme="majorEastAsia" w:hAnsiTheme="majorEastAsia"/>
                          <w:color w:val="000000" w:themeColor="text1"/>
                          <w:kern w:val="24"/>
                          <w:sz w:val="21"/>
                          <w:szCs w:val="21"/>
                          <w:lang w:eastAsia="ja-JP"/>
                        </w:rPr>
                        <w:t>します。</w:t>
                      </w:r>
                      <w:r w:rsidRPr="008C0C40">
                        <w:rPr>
                          <w:rFonts w:asciiTheme="majorEastAsia" w:eastAsiaTheme="majorEastAsia" w:hAnsiTheme="majorEastAsia"/>
                          <w:color w:val="000000" w:themeColor="text1"/>
                          <w:kern w:val="24"/>
                          <w:sz w:val="21"/>
                          <w:szCs w:val="21"/>
                          <w:lang w:eastAsia="ja-JP"/>
                        </w:rPr>
                        <w:br/>
                        <w:t>完了後、団体情報の</w:t>
                      </w:r>
                      <w:r w:rsidRPr="008C0C40">
                        <w:rPr>
                          <w:rFonts w:asciiTheme="majorEastAsia" w:eastAsiaTheme="majorEastAsia" w:hAnsiTheme="majorEastAsia"/>
                          <w:color w:val="000000" w:themeColor="text1"/>
                          <w:kern w:val="24"/>
                          <w:sz w:val="21"/>
                          <w:szCs w:val="21"/>
                          <w:u w:val="single"/>
                          <w:lang w:eastAsia="ja-JP"/>
                        </w:rPr>
                        <w:t>登録完了メール が自動送信</w:t>
                      </w:r>
                      <w:r w:rsidRPr="008C0C40">
                        <w:rPr>
                          <w:rFonts w:asciiTheme="majorEastAsia" w:eastAsiaTheme="majorEastAsia" w:hAnsiTheme="majorEastAsia"/>
                          <w:color w:val="000000" w:themeColor="text1"/>
                          <w:kern w:val="24"/>
                          <w:sz w:val="21"/>
                          <w:szCs w:val="21"/>
                          <w:lang w:eastAsia="ja-JP"/>
                        </w:rPr>
                        <w:t>されます。</w:t>
                      </w:r>
                    </w:p>
                    <w:p w14:paraId="445CD10C" w14:textId="090DE258" w:rsidR="00B25CD4" w:rsidRPr="00B25CD4" w:rsidRDefault="00B25CD4" w:rsidP="00B25CD4">
                      <w:pPr>
                        <w:spacing w:after="0" w:line="240" w:lineRule="auto"/>
                        <w:rPr>
                          <w:rFonts w:asciiTheme="majorEastAsia" w:eastAsiaTheme="majorEastAsia" w:hAnsiTheme="majorEastAsia"/>
                          <w:color w:val="000000" w:themeColor="text1"/>
                          <w:kern w:val="24"/>
                          <w:sz w:val="21"/>
                          <w:szCs w:val="21"/>
                          <w:lang w:eastAsia="ja-JP"/>
                        </w:rPr>
                      </w:pPr>
                    </w:p>
                  </w:txbxContent>
                </v:textbox>
                <w10:wrap anchorx="margin"/>
              </v:shape>
            </w:pict>
          </mc:Fallback>
        </mc:AlternateContent>
      </w:r>
    </w:p>
    <w:p w14:paraId="3107F73C" w14:textId="042EAAD0" w:rsidR="002255C1" w:rsidRDefault="002255C1" w:rsidP="002F131C">
      <w:pPr>
        <w:spacing w:after="0" w:line="240" w:lineRule="auto"/>
        <w:rPr>
          <w:lang w:eastAsia="ja-JP"/>
        </w:rPr>
      </w:pPr>
    </w:p>
    <w:p w14:paraId="57BD1E5B" w14:textId="679F724F" w:rsidR="002255C1" w:rsidRDefault="002255C1" w:rsidP="002F131C">
      <w:pPr>
        <w:spacing w:after="0" w:line="240" w:lineRule="auto"/>
        <w:rPr>
          <w:lang w:eastAsia="ja-JP"/>
        </w:rPr>
      </w:pPr>
    </w:p>
    <w:p w14:paraId="45D06F20" w14:textId="77777777" w:rsidR="002255C1" w:rsidRDefault="002255C1" w:rsidP="002F131C">
      <w:pPr>
        <w:spacing w:after="0" w:line="240" w:lineRule="auto"/>
        <w:rPr>
          <w:lang w:eastAsia="ja-JP"/>
        </w:rPr>
      </w:pPr>
    </w:p>
    <w:p w14:paraId="11E20771" w14:textId="77777777" w:rsidR="002255C1" w:rsidRDefault="002255C1" w:rsidP="002F131C">
      <w:pPr>
        <w:spacing w:after="0" w:line="240" w:lineRule="auto"/>
        <w:rPr>
          <w:lang w:eastAsia="ja-JP"/>
        </w:rPr>
      </w:pPr>
    </w:p>
    <w:p w14:paraId="7E06608A" w14:textId="77777777" w:rsidR="002255C1" w:rsidRDefault="002255C1" w:rsidP="002F131C">
      <w:pPr>
        <w:spacing w:after="0" w:line="240" w:lineRule="auto"/>
        <w:rPr>
          <w:lang w:eastAsia="ja-JP"/>
        </w:rPr>
      </w:pPr>
    </w:p>
    <w:p w14:paraId="3C451F6C" w14:textId="77777777" w:rsidR="002255C1" w:rsidRDefault="002255C1" w:rsidP="002F131C">
      <w:pPr>
        <w:spacing w:after="0" w:line="240" w:lineRule="auto"/>
        <w:rPr>
          <w:lang w:eastAsia="ja-JP"/>
        </w:rPr>
      </w:pPr>
    </w:p>
    <w:p w14:paraId="3FEC1D22" w14:textId="77777777" w:rsidR="002255C1" w:rsidRDefault="002255C1" w:rsidP="002F131C">
      <w:pPr>
        <w:spacing w:after="0" w:line="240" w:lineRule="auto"/>
        <w:rPr>
          <w:lang w:eastAsia="ja-JP"/>
        </w:rPr>
      </w:pPr>
    </w:p>
    <w:p w14:paraId="6F247255" w14:textId="77777777" w:rsidR="00353192" w:rsidRDefault="00353192" w:rsidP="002F131C">
      <w:pPr>
        <w:spacing w:after="0" w:line="240" w:lineRule="auto"/>
        <w:rPr>
          <w:lang w:eastAsia="ja-JP"/>
        </w:rPr>
      </w:pPr>
    </w:p>
    <w:p w14:paraId="6570BCE7" w14:textId="77777777" w:rsidR="00353192" w:rsidRDefault="00353192" w:rsidP="002F131C">
      <w:pPr>
        <w:spacing w:after="0" w:line="240" w:lineRule="auto"/>
        <w:rPr>
          <w:lang w:eastAsia="ja-JP"/>
        </w:rPr>
      </w:pPr>
    </w:p>
    <w:p w14:paraId="30A8BE5E" w14:textId="77777777" w:rsidR="00353192" w:rsidRDefault="00353192" w:rsidP="002F131C">
      <w:pPr>
        <w:spacing w:after="0" w:line="240" w:lineRule="auto"/>
        <w:rPr>
          <w:lang w:eastAsia="ja-JP"/>
        </w:rPr>
      </w:pPr>
    </w:p>
    <w:p w14:paraId="7B58DDB0" w14:textId="77777777" w:rsidR="00353192" w:rsidRDefault="00353192" w:rsidP="002F131C">
      <w:pPr>
        <w:spacing w:after="0" w:line="240" w:lineRule="auto"/>
        <w:rPr>
          <w:lang w:eastAsia="ja-JP"/>
        </w:rPr>
      </w:pPr>
    </w:p>
    <w:p w14:paraId="36C2008B" w14:textId="7134873B" w:rsidR="00DE222D" w:rsidRPr="00485E4A" w:rsidRDefault="00DE222D" w:rsidP="00DE222D">
      <w:pPr>
        <w:rPr>
          <w:rFonts w:ascii="ＭＳ 明朝" w:eastAsia="ＭＳ 明朝" w:hAnsi="ＭＳ 明朝"/>
          <w:sz w:val="20"/>
          <w:szCs w:val="20"/>
          <w:lang w:eastAsia="ja-JP"/>
        </w:rPr>
      </w:pPr>
      <w:r>
        <w:rPr>
          <w:rFonts w:ascii="BIZ UDPゴシック" w:eastAsia="BIZ UDPゴシック" w:hAnsi="BIZ UDPゴシック" w:hint="eastAsia"/>
          <w:sz w:val="28"/>
          <w:szCs w:val="28"/>
          <w:lang w:eastAsia="ja-JP"/>
        </w:rPr>
        <w:lastRenderedPageBreak/>
        <w:t>６．報告の確認・修正・入力について</w:t>
      </w:r>
    </w:p>
    <w:p w14:paraId="5A2C20FF" w14:textId="2C1D89E4" w:rsidR="00DE222D" w:rsidRPr="005D1E07" w:rsidRDefault="00DE222D" w:rsidP="00DE222D">
      <w:pPr>
        <w:spacing w:after="0" w:line="240" w:lineRule="auto"/>
        <w:rPr>
          <w:rFonts w:ascii="ＭＳ ゴシック" w:eastAsia="ＭＳ ゴシック" w:hAnsi="ＭＳ ゴシック"/>
          <w:lang w:eastAsia="ja-JP"/>
        </w:rPr>
      </w:pPr>
      <w:r w:rsidRPr="005B4B48">
        <w:rPr>
          <w:rFonts w:ascii="ＭＳ ゴシック" w:eastAsia="ＭＳ ゴシック" w:hAnsi="ＭＳ ゴシック" w:hint="eastAsia"/>
          <w:lang w:eastAsia="ja-JP"/>
        </w:rPr>
        <w:t>４つのフォームから該当する内容の入力をしてください。</w:t>
      </w:r>
      <w:r w:rsidR="00143DC6">
        <w:rPr>
          <w:rFonts w:ascii="ＭＳ ゴシック" w:eastAsia="ＭＳ ゴシック" w:hAnsi="ＭＳ ゴシック" w:hint="eastAsia"/>
          <w:lang w:eastAsia="ja-JP"/>
        </w:rPr>
        <w:t>報告の背景は</w:t>
      </w:r>
      <w:r w:rsidR="00143DC6" w:rsidRPr="00143DC6">
        <w:rPr>
          <w:rFonts w:ascii="ＭＳ ゴシック" w:eastAsia="ＭＳ ゴシック" w:hAnsi="ＭＳ ゴシック" w:hint="eastAsia"/>
          <w:b/>
          <w:bCs/>
          <w:sz w:val="24"/>
          <w:szCs w:val="24"/>
          <w:u w:val="single"/>
          <w:lang w:eastAsia="ja-JP"/>
        </w:rPr>
        <w:t>水色</w:t>
      </w:r>
      <w:r w:rsidR="00143DC6">
        <w:rPr>
          <w:rFonts w:ascii="ＭＳ ゴシック" w:eastAsia="ＭＳ ゴシック" w:hAnsi="ＭＳ ゴシック" w:hint="eastAsia"/>
          <w:lang w:eastAsia="ja-JP"/>
        </w:rPr>
        <w:t>です。</w:t>
      </w:r>
    </w:p>
    <w:p w14:paraId="5D5F4D5E" w14:textId="0CBB57E7" w:rsidR="00DE222D" w:rsidRDefault="00DE222D" w:rsidP="00DE222D">
      <w:pPr>
        <w:spacing w:after="0" w:line="240" w:lineRule="auto"/>
        <w:rPr>
          <w:lang w:eastAsia="ja-JP"/>
        </w:rPr>
      </w:pPr>
      <w:r>
        <w:rPr>
          <w:rFonts w:ascii="ＭＳ 明朝" w:eastAsia="ＭＳ 明朝" w:hAnsi="ＭＳ 明朝"/>
          <w:noProof/>
          <w:sz w:val="20"/>
          <w:szCs w:val="20"/>
          <w:lang w:eastAsia="ja-JP"/>
        </w:rPr>
        <w:drawing>
          <wp:anchor distT="0" distB="0" distL="114300" distR="114300" simplePos="0" relativeHeight="251708928" behindDoc="0" locked="0" layoutInCell="1" allowOverlap="1" wp14:anchorId="1C9F3FEE" wp14:editId="0A27ED99">
            <wp:simplePos x="0" y="0"/>
            <wp:positionH relativeFrom="margin">
              <wp:align>left</wp:align>
            </wp:positionH>
            <wp:positionV relativeFrom="paragraph">
              <wp:posOffset>53340</wp:posOffset>
            </wp:positionV>
            <wp:extent cx="6823333" cy="1733550"/>
            <wp:effectExtent l="0" t="0" r="0" b="0"/>
            <wp:wrapNone/>
            <wp:docPr id="210726530" name="図 13"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1772" name="図 13" descr="グラフィカル ユーザー インターフェイス, テーブル&#10;&#10;AI 生成コンテンツは誤りを含む可能性があります。"/>
                    <pic:cNvPicPr/>
                  </pic:nvPicPr>
                  <pic:blipFill rotWithShape="1">
                    <a:blip r:embed="rId13"/>
                    <a:srcRect t="52594" r="5973" b="4938"/>
                    <a:stretch>
                      <a:fillRect/>
                    </a:stretch>
                  </pic:blipFill>
                  <pic:spPr bwMode="auto">
                    <a:xfrm>
                      <a:off x="0" y="0"/>
                      <a:ext cx="6823333"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1AC91" w14:textId="5B44BDBF" w:rsidR="00DE222D" w:rsidRDefault="00DE222D" w:rsidP="00DE222D">
      <w:pPr>
        <w:spacing w:after="0" w:line="240" w:lineRule="auto"/>
        <w:rPr>
          <w:lang w:eastAsia="ja-JP"/>
        </w:rPr>
      </w:pPr>
    </w:p>
    <w:p w14:paraId="109134A3" w14:textId="77777777" w:rsidR="00DE222D" w:rsidRDefault="00DE222D" w:rsidP="00DE222D">
      <w:pPr>
        <w:spacing w:after="0" w:line="240" w:lineRule="auto"/>
        <w:rPr>
          <w:lang w:eastAsia="ja-JP"/>
        </w:rPr>
      </w:pPr>
    </w:p>
    <w:p w14:paraId="7D7EB850" w14:textId="0CD71DF8" w:rsidR="00DE222D" w:rsidRDefault="00DE222D" w:rsidP="00DE222D">
      <w:pPr>
        <w:spacing w:after="0" w:line="240" w:lineRule="auto"/>
        <w:rPr>
          <w:lang w:eastAsia="ja-JP"/>
        </w:rPr>
      </w:pPr>
    </w:p>
    <w:p w14:paraId="051B39F5" w14:textId="7704CA34" w:rsidR="00DE222D" w:rsidRDefault="00DE222D" w:rsidP="00DE222D">
      <w:pPr>
        <w:spacing w:after="0" w:line="240" w:lineRule="auto"/>
        <w:rPr>
          <w:lang w:eastAsia="ja-JP"/>
        </w:rPr>
      </w:pPr>
    </w:p>
    <w:p w14:paraId="73777808" w14:textId="77777777" w:rsidR="00DE222D" w:rsidRDefault="00DE222D" w:rsidP="00DE222D">
      <w:pPr>
        <w:spacing w:after="0" w:line="240" w:lineRule="auto"/>
        <w:rPr>
          <w:lang w:eastAsia="ja-JP"/>
        </w:rPr>
      </w:pPr>
    </w:p>
    <w:p w14:paraId="6E07D5D2" w14:textId="7A2FE3F0" w:rsidR="00DE222D" w:rsidRDefault="00DE222D" w:rsidP="00DE222D">
      <w:pPr>
        <w:spacing w:after="0" w:line="240" w:lineRule="auto"/>
        <w:rPr>
          <w:lang w:eastAsia="ja-JP"/>
        </w:rPr>
      </w:pPr>
    </w:p>
    <w:p w14:paraId="2A1178DF" w14:textId="77777777" w:rsidR="00DE222D" w:rsidRDefault="00DE222D" w:rsidP="00DE222D">
      <w:pPr>
        <w:spacing w:after="0" w:line="240" w:lineRule="auto"/>
        <w:rPr>
          <w:lang w:eastAsia="ja-JP"/>
        </w:rPr>
      </w:pPr>
    </w:p>
    <w:p w14:paraId="4C44214F" w14:textId="324F9429" w:rsidR="00DE222D" w:rsidRDefault="00DE222D" w:rsidP="00DE222D">
      <w:pPr>
        <w:spacing w:after="0" w:line="240" w:lineRule="auto"/>
        <w:rPr>
          <w:lang w:eastAsia="ja-JP"/>
        </w:rPr>
      </w:pPr>
    </w:p>
    <w:p w14:paraId="6BC38567" w14:textId="5F0D3DCF" w:rsidR="00DE222D" w:rsidRDefault="00DE222D" w:rsidP="00DE222D">
      <w:pPr>
        <w:spacing w:after="0" w:line="240" w:lineRule="auto"/>
        <w:rPr>
          <w:lang w:eastAsia="ja-JP"/>
        </w:rPr>
      </w:pPr>
    </w:p>
    <w:p w14:paraId="5CEF6DC9" w14:textId="04FB41A3" w:rsidR="00DE222D" w:rsidRDefault="00DE222D" w:rsidP="00DE222D">
      <w:pPr>
        <w:spacing w:after="0" w:line="240" w:lineRule="auto"/>
        <w:rPr>
          <w:lang w:eastAsia="ja-JP"/>
        </w:rPr>
      </w:pPr>
    </w:p>
    <w:p w14:paraId="6951939E" w14:textId="1342351B" w:rsidR="00DE222D" w:rsidRDefault="00DE222D" w:rsidP="00DE222D">
      <w:pPr>
        <w:spacing w:after="0" w:line="240" w:lineRule="auto"/>
        <w:rPr>
          <w:lang w:eastAsia="ja-JP"/>
        </w:rPr>
      </w:pPr>
    </w:p>
    <w:p w14:paraId="7DF2298F" w14:textId="5EDA21F6" w:rsidR="00DE222D" w:rsidRDefault="00DE222D" w:rsidP="00DE222D">
      <w:pPr>
        <w:spacing w:after="0" w:line="240" w:lineRule="auto"/>
        <w:rPr>
          <w:lang w:eastAsia="ja-JP"/>
        </w:rPr>
      </w:pPr>
      <w:r>
        <w:rPr>
          <w:rFonts w:ascii="ＭＳ 明朝" w:eastAsia="ＭＳ 明朝" w:hAnsi="ＭＳ 明朝"/>
          <w:noProof/>
          <w:sz w:val="20"/>
          <w:szCs w:val="20"/>
          <w:lang w:eastAsia="ja-JP"/>
        </w:rPr>
        <w:drawing>
          <wp:anchor distT="0" distB="0" distL="114300" distR="114300" simplePos="0" relativeHeight="251710976" behindDoc="0" locked="0" layoutInCell="1" allowOverlap="1" wp14:anchorId="57B102EF" wp14:editId="00EC1B8D">
            <wp:simplePos x="0" y="0"/>
            <wp:positionH relativeFrom="column">
              <wp:posOffset>0</wp:posOffset>
            </wp:positionH>
            <wp:positionV relativeFrom="paragraph">
              <wp:posOffset>0</wp:posOffset>
            </wp:positionV>
            <wp:extent cx="7026914" cy="1552575"/>
            <wp:effectExtent l="0" t="0" r="2540" b="0"/>
            <wp:wrapNone/>
            <wp:docPr id="1651735273" name="図 14"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5100" name="図 14" descr="グラフィカル ユーザー インターフェイス, アプリケーション&#10;&#10;AI 生成コンテンツは誤りを含む可能性があります。"/>
                    <pic:cNvPicPr/>
                  </pic:nvPicPr>
                  <pic:blipFill rotWithShape="1">
                    <a:blip r:embed="rId14"/>
                    <a:srcRect t="12839" r="3195" b="49136"/>
                    <a:stretch>
                      <a:fillRect/>
                    </a:stretch>
                  </pic:blipFill>
                  <pic:spPr bwMode="auto">
                    <a:xfrm>
                      <a:off x="0" y="0"/>
                      <a:ext cx="7027801" cy="1552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27078" w14:textId="64979F8F" w:rsidR="00DE222D" w:rsidRDefault="00DE222D" w:rsidP="00DE222D">
      <w:pPr>
        <w:spacing w:after="0" w:line="240" w:lineRule="auto"/>
        <w:rPr>
          <w:lang w:eastAsia="ja-JP"/>
        </w:rPr>
      </w:pPr>
    </w:p>
    <w:p w14:paraId="0CC94BC8" w14:textId="0C6396EC" w:rsidR="00DE222D" w:rsidRDefault="00DE222D" w:rsidP="00DE222D">
      <w:pPr>
        <w:spacing w:after="0" w:line="240" w:lineRule="auto"/>
        <w:rPr>
          <w:lang w:eastAsia="ja-JP"/>
        </w:rPr>
      </w:pPr>
    </w:p>
    <w:p w14:paraId="6AC1A64E" w14:textId="77777777" w:rsidR="00DE222D" w:rsidRDefault="00DE222D" w:rsidP="00DE222D">
      <w:pPr>
        <w:spacing w:after="0" w:line="240" w:lineRule="auto"/>
        <w:rPr>
          <w:lang w:eastAsia="ja-JP"/>
        </w:rPr>
      </w:pPr>
    </w:p>
    <w:p w14:paraId="3F48F786" w14:textId="77777777" w:rsidR="00DE222D" w:rsidRDefault="00DE222D" w:rsidP="00DE222D">
      <w:pPr>
        <w:spacing w:after="0" w:line="240" w:lineRule="auto"/>
        <w:rPr>
          <w:lang w:eastAsia="ja-JP"/>
        </w:rPr>
      </w:pPr>
    </w:p>
    <w:p w14:paraId="2F5E1885" w14:textId="77777777" w:rsidR="00DE222D" w:rsidRDefault="00DE222D" w:rsidP="00DE222D">
      <w:pPr>
        <w:spacing w:after="0" w:line="240" w:lineRule="auto"/>
        <w:rPr>
          <w:lang w:eastAsia="ja-JP"/>
        </w:rPr>
      </w:pPr>
    </w:p>
    <w:p w14:paraId="5FBB0473" w14:textId="67F7156E" w:rsidR="00DE222D" w:rsidRDefault="00DE222D" w:rsidP="00DE222D">
      <w:pPr>
        <w:spacing w:after="0" w:line="240" w:lineRule="auto"/>
        <w:rPr>
          <w:lang w:eastAsia="ja-JP"/>
        </w:rPr>
      </w:pPr>
    </w:p>
    <w:p w14:paraId="26336A77" w14:textId="77777777" w:rsidR="00DE222D" w:rsidRDefault="00DE222D" w:rsidP="00DE222D">
      <w:pPr>
        <w:spacing w:after="0" w:line="240" w:lineRule="auto"/>
        <w:rPr>
          <w:lang w:eastAsia="ja-JP"/>
        </w:rPr>
      </w:pPr>
    </w:p>
    <w:p w14:paraId="0B3163D6" w14:textId="77777777" w:rsidR="00DE222D" w:rsidRDefault="00DE222D" w:rsidP="00DE222D">
      <w:pPr>
        <w:spacing w:after="0" w:line="240" w:lineRule="auto"/>
        <w:rPr>
          <w:lang w:eastAsia="ja-JP"/>
        </w:rPr>
      </w:pPr>
    </w:p>
    <w:p w14:paraId="3F1523C1" w14:textId="77777777" w:rsidR="00DE222D" w:rsidRDefault="00DE222D" w:rsidP="00DE222D">
      <w:pPr>
        <w:spacing w:after="0" w:line="240" w:lineRule="auto"/>
        <w:rPr>
          <w:lang w:eastAsia="ja-JP"/>
        </w:rPr>
      </w:pPr>
    </w:p>
    <w:p w14:paraId="6B31039A" w14:textId="77777777" w:rsidR="00DE222D" w:rsidRDefault="00DE222D" w:rsidP="00DE222D">
      <w:pPr>
        <w:spacing w:after="0" w:line="240" w:lineRule="auto"/>
        <w:rPr>
          <w:lang w:eastAsia="ja-JP"/>
        </w:rPr>
      </w:pPr>
    </w:p>
    <w:p w14:paraId="6784C660" w14:textId="49CE35D4" w:rsidR="00DE222D" w:rsidRPr="006D1079" w:rsidRDefault="00DE222D" w:rsidP="00DE222D">
      <w:pPr>
        <w:spacing w:after="0" w:line="240" w:lineRule="auto"/>
        <w:rPr>
          <w:rFonts w:ascii="ＭＳ ゴシック" w:eastAsia="ＭＳ ゴシック" w:hAnsi="ＭＳ ゴシック"/>
          <w:b/>
          <w:bCs/>
          <w:sz w:val="24"/>
          <w:szCs w:val="24"/>
          <w:lang w:eastAsia="ja-JP"/>
        </w:rPr>
      </w:pPr>
      <w:r w:rsidRPr="006D1079">
        <w:rPr>
          <w:rFonts w:ascii="ＭＳ ゴシック" w:eastAsia="ＭＳ ゴシック" w:hAnsi="ＭＳ ゴシック" w:hint="eastAsia"/>
          <w:b/>
          <w:bCs/>
          <w:sz w:val="24"/>
          <w:szCs w:val="24"/>
          <w:lang w:eastAsia="ja-JP"/>
        </w:rPr>
        <w:t>【報告（基本情報）】</w:t>
      </w:r>
    </w:p>
    <w:p w14:paraId="0911813F" w14:textId="188E0B36" w:rsidR="00DE222D" w:rsidRPr="001148A3" w:rsidRDefault="0048755D" w:rsidP="00DE222D">
      <w:pPr>
        <w:spacing w:after="0" w:line="240" w:lineRule="auto"/>
        <w:rPr>
          <w:rFonts w:ascii="ＭＳ ゴシック" w:eastAsia="ＭＳ ゴシック" w:hAnsi="ＭＳ ゴシック"/>
          <w:lang w:eastAsia="ja-JP"/>
        </w:rPr>
      </w:pPr>
      <w:r w:rsidRPr="001148A3">
        <w:rPr>
          <w:rFonts w:ascii="ＭＳ ゴシック" w:eastAsia="ＭＳ ゴシック" w:hAnsi="ＭＳ ゴシック" w:hint="eastAsia"/>
          <w:noProof/>
          <w:lang w:eastAsia="ja-JP"/>
        </w:rPr>
        <w:drawing>
          <wp:anchor distT="0" distB="0" distL="114300" distR="114300" simplePos="0" relativeHeight="251712000" behindDoc="0" locked="0" layoutInCell="1" allowOverlap="1" wp14:anchorId="74E5F64A" wp14:editId="1C50C36D">
            <wp:simplePos x="0" y="0"/>
            <wp:positionH relativeFrom="margin">
              <wp:align>left</wp:align>
            </wp:positionH>
            <wp:positionV relativeFrom="paragraph">
              <wp:posOffset>184150</wp:posOffset>
            </wp:positionV>
            <wp:extent cx="5305425" cy="3933825"/>
            <wp:effectExtent l="0" t="0" r="9525" b="9525"/>
            <wp:wrapNone/>
            <wp:docPr id="212967953" name="図 17"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953" name="図 17" descr="グラフィカル ユーザー インターフェイス, テキスト, アプリケーション, メール&#10;&#10;AI 生成コンテンツは誤りを含む可能性があります。"/>
                    <pic:cNvPicPr/>
                  </pic:nvPicPr>
                  <pic:blipFill rotWithShape="1">
                    <a:blip r:embed="rId21"/>
                    <a:srcRect t="3279"/>
                    <a:stretch>
                      <a:fillRect/>
                    </a:stretch>
                  </pic:blipFill>
                  <pic:spPr bwMode="auto">
                    <a:xfrm>
                      <a:off x="0" y="0"/>
                      <a:ext cx="5305425"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8A3">
        <w:rPr>
          <w:rFonts w:ascii="ＭＳ ゴシック" w:eastAsia="ＭＳ ゴシック" w:hAnsi="ＭＳ ゴシック" w:hint="eastAsia"/>
          <w:lang w:eastAsia="ja-JP"/>
        </w:rPr>
        <w:t>≪報告（基本情報）の入力画面≫</w:t>
      </w:r>
    </w:p>
    <w:p w14:paraId="074AC983" w14:textId="61FABD18" w:rsidR="00DE222D" w:rsidRDefault="00DE222D" w:rsidP="00DE222D">
      <w:pPr>
        <w:spacing w:after="0" w:line="240" w:lineRule="auto"/>
        <w:rPr>
          <w:lang w:eastAsia="ja-JP"/>
        </w:rPr>
      </w:pPr>
    </w:p>
    <w:p w14:paraId="2727AB44" w14:textId="412737A2" w:rsidR="00DE222D" w:rsidRDefault="00DE222D" w:rsidP="00DE222D">
      <w:pPr>
        <w:spacing w:after="0" w:line="240" w:lineRule="auto"/>
        <w:rPr>
          <w:lang w:eastAsia="ja-JP"/>
        </w:rPr>
      </w:pPr>
    </w:p>
    <w:p w14:paraId="7901DAF1" w14:textId="77777777" w:rsidR="00DE222D" w:rsidRDefault="00DE222D" w:rsidP="00DE222D">
      <w:pPr>
        <w:spacing w:after="0" w:line="240" w:lineRule="auto"/>
        <w:rPr>
          <w:lang w:eastAsia="ja-JP"/>
        </w:rPr>
      </w:pPr>
    </w:p>
    <w:p w14:paraId="4D3F6AA7" w14:textId="7B9B19A2" w:rsidR="00DE222D" w:rsidRDefault="00DE222D" w:rsidP="00DE222D">
      <w:pPr>
        <w:spacing w:after="0" w:line="240" w:lineRule="auto"/>
        <w:rPr>
          <w:lang w:eastAsia="ja-JP"/>
        </w:rPr>
      </w:pPr>
    </w:p>
    <w:p w14:paraId="254305FF" w14:textId="0FBBAC3F" w:rsidR="00DE222D" w:rsidRDefault="00DE222D" w:rsidP="00DE222D">
      <w:pPr>
        <w:spacing w:after="0" w:line="240" w:lineRule="auto"/>
        <w:rPr>
          <w:lang w:eastAsia="ja-JP"/>
        </w:rPr>
      </w:pPr>
    </w:p>
    <w:p w14:paraId="03F7E990" w14:textId="37727036" w:rsidR="00DE222D" w:rsidRDefault="00DE222D" w:rsidP="00DE222D">
      <w:pPr>
        <w:spacing w:after="0" w:line="240" w:lineRule="auto"/>
        <w:rPr>
          <w:lang w:eastAsia="ja-JP"/>
        </w:rPr>
      </w:pPr>
    </w:p>
    <w:p w14:paraId="08C573B4" w14:textId="77777777" w:rsidR="00DE222D" w:rsidRDefault="00DE222D" w:rsidP="00DE222D">
      <w:pPr>
        <w:spacing w:after="0" w:line="240" w:lineRule="auto"/>
        <w:rPr>
          <w:lang w:eastAsia="ja-JP"/>
        </w:rPr>
      </w:pPr>
    </w:p>
    <w:p w14:paraId="55131A88" w14:textId="604D7430" w:rsidR="00DE222D" w:rsidRDefault="00DE222D" w:rsidP="00DE222D">
      <w:pPr>
        <w:spacing w:after="0" w:line="240" w:lineRule="auto"/>
        <w:rPr>
          <w:lang w:eastAsia="ja-JP"/>
        </w:rPr>
      </w:pPr>
    </w:p>
    <w:p w14:paraId="31A3357B" w14:textId="7334B049" w:rsidR="00DE222D" w:rsidRDefault="00DE222D" w:rsidP="00DE222D">
      <w:pPr>
        <w:spacing w:after="0" w:line="240" w:lineRule="auto"/>
        <w:rPr>
          <w:lang w:eastAsia="ja-JP"/>
        </w:rPr>
      </w:pPr>
    </w:p>
    <w:p w14:paraId="1C1A8F5D" w14:textId="77777777" w:rsidR="00DE222D" w:rsidRDefault="00DE222D" w:rsidP="00DE222D">
      <w:pPr>
        <w:spacing w:after="0" w:line="240" w:lineRule="auto"/>
        <w:rPr>
          <w:lang w:eastAsia="ja-JP"/>
        </w:rPr>
      </w:pPr>
    </w:p>
    <w:p w14:paraId="4737E4EE" w14:textId="61CA83BE" w:rsidR="00DE222D" w:rsidRDefault="00DE222D" w:rsidP="00DE222D">
      <w:pPr>
        <w:spacing w:after="0" w:line="240" w:lineRule="auto"/>
        <w:rPr>
          <w:lang w:eastAsia="ja-JP"/>
        </w:rPr>
      </w:pPr>
    </w:p>
    <w:p w14:paraId="7C4693F5" w14:textId="33B7A819" w:rsidR="00DE222D" w:rsidRDefault="00DE222D" w:rsidP="00DE222D">
      <w:pPr>
        <w:spacing w:after="0" w:line="240" w:lineRule="auto"/>
        <w:rPr>
          <w:lang w:eastAsia="ja-JP"/>
        </w:rPr>
      </w:pPr>
    </w:p>
    <w:p w14:paraId="3658DEEF" w14:textId="5F404617" w:rsidR="00DE222D" w:rsidRDefault="00DE222D" w:rsidP="00DE222D">
      <w:pPr>
        <w:spacing w:after="0" w:line="240" w:lineRule="auto"/>
        <w:rPr>
          <w:lang w:eastAsia="ja-JP"/>
        </w:rPr>
      </w:pPr>
    </w:p>
    <w:p w14:paraId="1BE51C27" w14:textId="77777777" w:rsidR="00DE222D" w:rsidRDefault="00DE222D" w:rsidP="00DE222D">
      <w:pPr>
        <w:spacing w:after="0" w:line="240" w:lineRule="auto"/>
        <w:rPr>
          <w:lang w:eastAsia="ja-JP"/>
        </w:rPr>
      </w:pPr>
    </w:p>
    <w:p w14:paraId="23075B9F" w14:textId="65B33747" w:rsidR="00DE222D" w:rsidRDefault="00DE222D" w:rsidP="00DE222D">
      <w:pPr>
        <w:spacing w:after="0" w:line="240" w:lineRule="auto"/>
        <w:rPr>
          <w:lang w:eastAsia="ja-JP"/>
        </w:rPr>
      </w:pPr>
    </w:p>
    <w:p w14:paraId="3C485B0F" w14:textId="74BAC9DB" w:rsidR="00DE222D" w:rsidRDefault="00DE222D"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14048" behindDoc="0" locked="0" layoutInCell="1" allowOverlap="1" wp14:anchorId="27094F01" wp14:editId="5CDAA10A">
                <wp:simplePos x="0" y="0"/>
                <wp:positionH relativeFrom="margin">
                  <wp:posOffset>3238500</wp:posOffset>
                </wp:positionH>
                <wp:positionV relativeFrom="paragraph">
                  <wp:posOffset>104140</wp:posOffset>
                </wp:positionV>
                <wp:extent cx="3695700" cy="1085850"/>
                <wp:effectExtent l="0" t="0" r="19050" b="19050"/>
                <wp:wrapNone/>
                <wp:docPr id="1329055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085850"/>
                        </a:xfrm>
                        <a:prstGeom prst="rect">
                          <a:avLst/>
                        </a:prstGeom>
                        <a:solidFill>
                          <a:srgbClr val="FFFFFF"/>
                        </a:solidFill>
                        <a:ln w="9525">
                          <a:solidFill>
                            <a:srgbClr val="000000"/>
                          </a:solidFill>
                          <a:miter lim="800000"/>
                          <a:headEnd/>
                          <a:tailEnd/>
                        </a:ln>
                      </wps:spPr>
                      <wps:txbx>
                        <w:txbxContent>
                          <w:p w14:paraId="534A54BD" w14:textId="77777777" w:rsidR="00DE222D" w:rsidRPr="00DE222D" w:rsidRDefault="00DE222D" w:rsidP="00DE222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団体名のほか、助成金の決定金額等があらかじめ</w:t>
                            </w:r>
                          </w:p>
                          <w:p w14:paraId="2F955325" w14:textId="398C37ED" w:rsidR="00DE222D" w:rsidRPr="00DE222D" w:rsidRDefault="00DE222D" w:rsidP="00DE222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入力されています。</w:t>
                            </w:r>
                          </w:p>
                          <w:p w14:paraId="215CD1EC" w14:textId="7BE70415" w:rsidR="00DE222D" w:rsidRPr="00DE222D" w:rsidRDefault="005B4B48" w:rsidP="00DE222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00DE222D" w:rsidRPr="00DE222D">
                              <w:rPr>
                                <w:rFonts w:ascii="ＭＳ ゴシック" w:eastAsia="ＭＳ ゴシック" w:hAnsi="ＭＳ ゴシック" w:hint="eastAsia"/>
                                <w:sz w:val="21"/>
                                <w:szCs w:val="21"/>
                                <w:lang w:eastAsia="ja-JP"/>
                              </w:rPr>
                              <w:t>確認し、入力状況に☑を入れて回答してください。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094F01" id="_x0000_s1036" type="#_x0000_t202" style="position:absolute;margin-left:255pt;margin-top:8.2pt;width:291pt;height:85.5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">
                <v:textbox>
                  <w:txbxContent>
                    <w:p w14:paraId="534A54BD" w14:textId="77777777" w:rsidR="00DE222D" w:rsidRPr="00DE222D" w:rsidRDefault="00DE222D" w:rsidP="00DE222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団体名のほか、助成金の決定金額等があらかじめ</w:t>
                      </w:r>
                    </w:p>
                    <w:p w14:paraId="2F955325" w14:textId="398C37ED" w:rsidR="00DE222D" w:rsidRPr="00DE222D" w:rsidRDefault="00DE222D" w:rsidP="00DE222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入力されています。</w:t>
                      </w:r>
                    </w:p>
                    <w:p w14:paraId="215CD1EC" w14:textId="7BE70415" w:rsidR="00DE222D" w:rsidRPr="00DE222D" w:rsidRDefault="005B4B48" w:rsidP="00DE222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00DE222D" w:rsidRPr="00DE222D">
                        <w:rPr>
                          <w:rFonts w:ascii="ＭＳ ゴシック" w:eastAsia="ＭＳ ゴシック" w:hAnsi="ＭＳ ゴシック" w:hint="eastAsia"/>
                          <w:sz w:val="21"/>
                          <w:szCs w:val="21"/>
                          <w:lang w:eastAsia="ja-JP"/>
                        </w:rPr>
                        <w:t>確認し、入力状況に☑を入れて回答してください。</w:t>
                      </w:r>
                    </w:p>
                  </w:txbxContent>
                </v:textbox>
                <w10:wrap anchorx="margin"/>
              </v:shape>
            </w:pict>
          </mc:Fallback>
        </mc:AlternateContent>
      </w:r>
    </w:p>
    <w:p w14:paraId="51513BAD" w14:textId="1B89136C" w:rsidR="00DE222D" w:rsidRDefault="00DE222D" w:rsidP="00DE222D">
      <w:pPr>
        <w:spacing w:after="0" w:line="240" w:lineRule="auto"/>
        <w:rPr>
          <w:lang w:eastAsia="ja-JP"/>
        </w:rPr>
      </w:pPr>
    </w:p>
    <w:p w14:paraId="1144E39C" w14:textId="3AF3B14E" w:rsidR="00DE222D" w:rsidRDefault="00DE222D" w:rsidP="00DE222D">
      <w:pPr>
        <w:spacing w:after="0" w:line="240" w:lineRule="auto"/>
        <w:rPr>
          <w:lang w:eastAsia="ja-JP"/>
        </w:rPr>
      </w:pPr>
    </w:p>
    <w:p w14:paraId="1CDB1F90" w14:textId="77777777" w:rsidR="00DE222D" w:rsidRDefault="00DE222D" w:rsidP="00DE222D">
      <w:pPr>
        <w:spacing w:after="0" w:line="240" w:lineRule="auto"/>
        <w:rPr>
          <w:lang w:eastAsia="ja-JP"/>
        </w:rPr>
      </w:pPr>
    </w:p>
    <w:p w14:paraId="1C003A17" w14:textId="77777777" w:rsidR="00DE222D" w:rsidRDefault="00DE222D" w:rsidP="00DE222D">
      <w:pPr>
        <w:spacing w:after="0" w:line="240" w:lineRule="auto"/>
        <w:rPr>
          <w:lang w:eastAsia="ja-JP"/>
        </w:rPr>
      </w:pPr>
    </w:p>
    <w:p w14:paraId="47673FEC" w14:textId="77777777" w:rsidR="00DE222D" w:rsidRDefault="00DE222D" w:rsidP="00DE222D">
      <w:pPr>
        <w:spacing w:after="0" w:line="240" w:lineRule="auto"/>
        <w:rPr>
          <w:lang w:eastAsia="ja-JP"/>
        </w:rPr>
      </w:pPr>
    </w:p>
    <w:p w14:paraId="7080B2C2" w14:textId="77777777" w:rsidR="00DE222D" w:rsidRDefault="00DE222D" w:rsidP="00DE222D">
      <w:pPr>
        <w:spacing w:after="0" w:line="240" w:lineRule="auto"/>
        <w:rPr>
          <w:lang w:eastAsia="ja-JP"/>
        </w:rPr>
      </w:pPr>
    </w:p>
    <w:p w14:paraId="5D607EAA" w14:textId="77777777" w:rsidR="00DE222D" w:rsidRDefault="00DE222D" w:rsidP="00DE222D">
      <w:pPr>
        <w:spacing w:after="0" w:line="240" w:lineRule="auto"/>
        <w:rPr>
          <w:lang w:eastAsia="ja-JP"/>
        </w:rPr>
      </w:pPr>
    </w:p>
    <w:p w14:paraId="3B5E0F66" w14:textId="77777777" w:rsidR="00DE222D" w:rsidRDefault="00DE222D" w:rsidP="00DE222D">
      <w:pPr>
        <w:spacing w:after="0" w:line="240" w:lineRule="auto"/>
        <w:rPr>
          <w:lang w:eastAsia="ja-JP"/>
        </w:rPr>
      </w:pPr>
    </w:p>
    <w:p w14:paraId="5CC58D60" w14:textId="77777777" w:rsidR="00DE222D" w:rsidRDefault="00DE222D" w:rsidP="00DE222D">
      <w:pPr>
        <w:spacing w:after="0" w:line="240" w:lineRule="auto"/>
        <w:rPr>
          <w:lang w:eastAsia="ja-JP"/>
        </w:rPr>
      </w:pPr>
    </w:p>
    <w:p w14:paraId="249D7DB6" w14:textId="77777777" w:rsidR="00353192" w:rsidRDefault="00353192" w:rsidP="00DE222D">
      <w:pPr>
        <w:spacing w:after="0" w:line="240" w:lineRule="auto"/>
        <w:rPr>
          <w:lang w:eastAsia="ja-JP"/>
        </w:rPr>
      </w:pPr>
    </w:p>
    <w:p w14:paraId="315DFE12" w14:textId="77777777" w:rsidR="00353192" w:rsidRDefault="00353192" w:rsidP="00DE222D">
      <w:pPr>
        <w:spacing w:after="0" w:line="240" w:lineRule="auto"/>
        <w:rPr>
          <w:lang w:eastAsia="ja-JP"/>
        </w:rPr>
      </w:pPr>
    </w:p>
    <w:p w14:paraId="66185936" w14:textId="77777777" w:rsidR="00353192" w:rsidRDefault="00353192" w:rsidP="00DE222D">
      <w:pPr>
        <w:spacing w:after="0" w:line="240" w:lineRule="auto"/>
        <w:rPr>
          <w:lang w:eastAsia="ja-JP"/>
        </w:rPr>
      </w:pPr>
    </w:p>
    <w:p w14:paraId="19F7C326" w14:textId="043FA7E1" w:rsidR="005B4B48" w:rsidRDefault="005B4B48" w:rsidP="00DE222D">
      <w:pPr>
        <w:spacing w:after="0" w:line="240" w:lineRule="auto"/>
        <w:rPr>
          <w:rFonts w:asciiTheme="majorEastAsia" w:eastAsiaTheme="majorEastAsia" w:hAnsiTheme="majorEastAsia"/>
          <w:lang w:eastAsia="ja-JP"/>
        </w:rPr>
      </w:pPr>
      <w:r>
        <w:rPr>
          <w:rFonts w:asciiTheme="majorEastAsia" w:eastAsiaTheme="majorEastAsia" w:hAnsiTheme="majorEastAsia" w:hint="eastAsia"/>
          <w:noProof/>
          <w:lang w:val="ja-JP" w:eastAsia="ja-JP"/>
        </w:rPr>
        <w:lastRenderedPageBreak/>
        <w:drawing>
          <wp:anchor distT="0" distB="0" distL="114300" distR="114300" simplePos="0" relativeHeight="251715072" behindDoc="0" locked="0" layoutInCell="1" allowOverlap="1" wp14:anchorId="17A65C00" wp14:editId="1ECA6DE2">
            <wp:simplePos x="0" y="0"/>
            <wp:positionH relativeFrom="margin">
              <wp:posOffset>76200</wp:posOffset>
            </wp:positionH>
            <wp:positionV relativeFrom="paragraph">
              <wp:posOffset>104775</wp:posOffset>
            </wp:positionV>
            <wp:extent cx="4562475" cy="2396145"/>
            <wp:effectExtent l="0" t="0" r="0" b="4445"/>
            <wp:wrapNone/>
            <wp:docPr id="1761031390" name="図 18" descr="グラフィカル ユーザー インターフェイス, テキスト,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31390" name="図 18" descr="グラフィカル ユーザー インターフェイス, テキスト, Web サイト&#10;&#10;AI 生成コンテンツは誤りを含む可能性があります。"/>
                    <pic:cNvPicPr/>
                  </pic:nvPicPr>
                  <pic:blipFill>
                    <a:blip r:embed="rId22"/>
                    <a:stretch>
                      <a:fillRect/>
                    </a:stretch>
                  </pic:blipFill>
                  <pic:spPr>
                    <a:xfrm>
                      <a:off x="0" y="0"/>
                      <a:ext cx="4562475" cy="2396145"/>
                    </a:xfrm>
                    <a:prstGeom prst="rect">
                      <a:avLst/>
                    </a:prstGeom>
                  </pic:spPr>
                </pic:pic>
              </a:graphicData>
            </a:graphic>
            <wp14:sizeRelH relativeFrom="page">
              <wp14:pctWidth>0</wp14:pctWidth>
            </wp14:sizeRelH>
            <wp14:sizeRelV relativeFrom="page">
              <wp14:pctHeight>0</wp14:pctHeight>
            </wp14:sizeRelV>
          </wp:anchor>
        </w:drawing>
      </w:r>
    </w:p>
    <w:p w14:paraId="790C7343" w14:textId="7CB1D78C" w:rsidR="005B4B48" w:rsidRDefault="005B4B48" w:rsidP="00DE222D">
      <w:pPr>
        <w:spacing w:after="0" w:line="240" w:lineRule="auto"/>
        <w:rPr>
          <w:rFonts w:asciiTheme="majorEastAsia" w:eastAsiaTheme="majorEastAsia" w:hAnsiTheme="majorEastAsia"/>
          <w:lang w:eastAsia="ja-JP"/>
        </w:rPr>
      </w:pPr>
    </w:p>
    <w:p w14:paraId="6622793F" w14:textId="0ACBAC93" w:rsidR="005B4B48" w:rsidRDefault="005B4B48" w:rsidP="00DE222D">
      <w:pPr>
        <w:spacing w:after="0" w:line="240" w:lineRule="auto"/>
        <w:rPr>
          <w:rFonts w:asciiTheme="majorEastAsia" w:eastAsiaTheme="majorEastAsia" w:hAnsiTheme="majorEastAsia"/>
          <w:lang w:eastAsia="ja-JP"/>
        </w:rPr>
      </w:pPr>
    </w:p>
    <w:p w14:paraId="2CDD11A8" w14:textId="219239DE" w:rsidR="005B4B48" w:rsidRDefault="005B4B48" w:rsidP="00DE222D">
      <w:pPr>
        <w:spacing w:after="0" w:line="240" w:lineRule="auto"/>
        <w:rPr>
          <w:rFonts w:asciiTheme="majorEastAsia" w:eastAsiaTheme="majorEastAsia" w:hAnsiTheme="majorEastAsia"/>
          <w:lang w:eastAsia="ja-JP"/>
        </w:rPr>
      </w:pPr>
      <w:r>
        <w:rPr>
          <w:noProof/>
          <w:lang w:eastAsia="ja-JP"/>
        </w:rPr>
        <mc:AlternateContent>
          <mc:Choice Requires="wps">
            <w:drawing>
              <wp:anchor distT="0" distB="0" distL="114300" distR="114300" simplePos="0" relativeHeight="251719168" behindDoc="0" locked="0" layoutInCell="1" allowOverlap="1" wp14:anchorId="72B523A9" wp14:editId="415D753E">
                <wp:simplePos x="0" y="0"/>
                <wp:positionH relativeFrom="column">
                  <wp:posOffset>342900</wp:posOffset>
                </wp:positionH>
                <wp:positionV relativeFrom="paragraph">
                  <wp:posOffset>104140</wp:posOffset>
                </wp:positionV>
                <wp:extent cx="3657600" cy="685800"/>
                <wp:effectExtent l="19050" t="19050" r="38100" b="38100"/>
                <wp:wrapNone/>
                <wp:docPr id="916644396" name="楕円 14"/>
                <wp:cNvGraphicFramePr/>
                <a:graphic xmlns:a="http://schemas.openxmlformats.org/drawingml/2006/main">
                  <a:graphicData uri="http://schemas.microsoft.com/office/word/2010/wordprocessingShape">
                    <wps:wsp>
                      <wps:cNvSpPr/>
                      <wps:spPr>
                        <a:xfrm>
                          <a:off x="0" y="0"/>
                          <a:ext cx="3657600" cy="6858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71F53" id="楕円 14" o:spid="_x0000_s1026" style="position:absolute;margin-left:27pt;margin-top:8.2pt;width:4in;height: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" filled="f" strokecolor="#e00" strokeweight="4.5pt"/>
            </w:pict>
          </mc:Fallback>
        </mc:AlternateContent>
      </w:r>
      <w:r>
        <w:rPr>
          <w:noProof/>
        </w:rPr>
        <mc:AlternateContent>
          <mc:Choice Requires="wps">
            <w:drawing>
              <wp:anchor distT="0" distB="0" distL="114300" distR="114300" simplePos="0" relativeHeight="251717120" behindDoc="0" locked="0" layoutInCell="1" allowOverlap="1" wp14:anchorId="2AD919F1" wp14:editId="47886A48">
                <wp:simplePos x="0" y="0"/>
                <wp:positionH relativeFrom="margin">
                  <wp:posOffset>3971925</wp:posOffset>
                </wp:positionH>
                <wp:positionV relativeFrom="paragraph">
                  <wp:posOffset>113665</wp:posOffset>
                </wp:positionV>
                <wp:extent cx="3114675" cy="685800"/>
                <wp:effectExtent l="38100" t="19050" r="28575" b="19050"/>
                <wp:wrapNone/>
                <wp:docPr id="1513765987" name="吹き出し: 左矢印 5"/>
                <wp:cNvGraphicFramePr/>
                <a:graphic xmlns:a="http://schemas.openxmlformats.org/drawingml/2006/main">
                  <a:graphicData uri="http://schemas.microsoft.com/office/word/2010/wordprocessingShape">
                    <wps:wsp>
                      <wps:cNvSpPr/>
                      <wps:spPr>
                        <a:xfrm>
                          <a:off x="0" y="0"/>
                          <a:ext cx="3114675" cy="685800"/>
                        </a:xfrm>
                        <a:prstGeom prst="leftArrowCallout">
                          <a:avLst>
                            <a:gd name="adj1" fmla="val 22982"/>
                            <a:gd name="adj2" fmla="val 25513"/>
                            <a:gd name="adj3" fmla="val 25000"/>
                            <a:gd name="adj4" fmla="val 83662"/>
                          </a:avLst>
                        </a:prstGeom>
                        <a:solidFill>
                          <a:srgbClr val="4BACC6">
                            <a:lumMod val="20000"/>
                            <a:lumOff val="80000"/>
                          </a:srgbClr>
                        </a:solidFill>
                        <a:ln w="38100" cap="flat" cmpd="sng" algn="ctr">
                          <a:solidFill>
                            <a:srgbClr val="4F81BD">
                              <a:shade val="15000"/>
                            </a:srgbClr>
                          </a:solidFill>
                          <a:prstDash val="solid"/>
                        </a:ln>
                        <a:effectLst/>
                      </wps:spPr>
                      <wps:txbx>
                        <w:txbxContent>
                          <w:p w14:paraId="46A97E69" w14:textId="77777777" w:rsidR="005B4B48" w:rsidRDefault="005B4B48" w:rsidP="005B4B48">
                            <w:pPr>
                              <w:spacing w:after="0" w:line="240" w:lineRule="auto"/>
                              <w:jc w:val="center"/>
                              <w:rPr>
                                <w:rFonts w:ascii="ＭＳ ゴシック" w:eastAsia="ＭＳ ゴシック" w:hAnsi="ＭＳ ゴシック"/>
                                <w:color w:val="000000" w:themeColor="text1"/>
                                <w:sz w:val="24"/>
                                <w:szCs w:val="24"/>
                                <w:lang w:eastAsia="ja-JP"/>
                              </w:rPr>
                            </w:pPr>
                            <w:r>
                              <w:rPr>
                                <w:rFonts w:ascii="ＭＳ ゴシック" w:eastAsia="ＭＳ ゴシック" w:hAnsi="ＭＳ ゴシック" w:hint="eastAsia"/>
                                <w:color w:val="000000" w:themeColor="text1"/>
                                <w:sz w:val="24"/>
                                <w:szCs w:val="24"/>
                                <w:lang w:eastAsia="ja-JP"/>
                              </w:rPr>
                              <w:t>回答後はこちら</w:t>
                            </w:r>
                            <w:r w:rsidRPr="00B25CD4">
                              <w:rPr>
                                <w:rFonts w:ascii="ＭＳ ゴシック" w:eastAsia="ＭＳ ゴシック" w:hAnsi="ＭＳ ゴシック" w:hint="eastAsia"/>
                                <w:color w:val="000000" w:themeColor="text1"/>
                                <w:sz w:val="24"/>
                                <w:szCs w:val="24"/>
                                <w:lang w:eastAsia="ja-JP"/>
                              </w:rPr>
                              <w:t>を</w:t>
                            </w:r>
                          </w:p>
                          <w:p w14:paraId="3499294C" w14:textId="2F2201BD" w:rsidR="005B4B48" w:rsidRPr="00B25CD4" w:rsidRDefault="005B4B48" w:rsidP="005B4B48">
                            <w:pPr>
                              <w:spacing w:after="0" w:line="240" w:lineRule="auto"/>
                              <w:jc w:val="center"/>
                              <w:rPr>
                                <w:rFonts w:ascii="ＭＳ ゴシック" w:eastAsia="ＭＳ ゴシック" w:hAnsi="ＭＳ ゴシック"/>
                                <w:color w:val="000000" w:themeColor="text1"/>
                                <w:sz w:val="24"/>
                                <w:szCs w:val="24"/>
                                <w:lang w:eastAsia="ja-JP"/>
                              </w:rPr>
                            </w:pPr>
                            <w:r w:rsidRPr="00B25CD4">
                              <w:rPr>
                                <w:rFonts w:ascii="ＭＳ ゴシック" w:eastAsia="ＭＳ ゴシック" w:hAnsi="ＭＳ ゴシック" w:hint="eastAsia"/>
                                <w:color w:val="000000" w:themeColor="text1"/>
                                <w:sz w:val="24"/>
                                <w:szCs w:val="24"/>
                                <w:lang w:eastAsia="ja-JP"/>
                              </w:rPr>
                              <w:t>クリックしてください。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AD919F1" id="_x0000_s1037" type="#_x0000_t77" style="position:absolute;margin-left:312.75pt;margin-top:8.95pt;width:245.25pt;height:5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" adj="3529,5289,1189,8318" fillcolor="#dbeef4" strokecolor="#1c334e" strokeweight="3pt">
                <v:textbox>
                  <w:txbxContent>
                    <w:p w14:paraId="46A97E69" w14:textId="77777777" w:rsidR="005B4B48" w:rsidRDefault="005B4B48" w:rsidP="005B4B48">
                      <w:pPr>
                        <w:spacing w:after="0" w:line="240" w:lineRule="auto"/>
                        <w:jc w:val="center"/>
                        <w:rPr>
                          <w:rFonts w:ascii="ＭＳ ゴシック" w:eastAsia="ＭＳ ゴシック" w:hAnsi="ＭＳ ゴシック"/>
                          <w:color w:val="000000" w:themeColor="text1"/>
                          <w:sz w:val="24"/>
                          <w:szCs w:val="24"/>
                          <w:lang w:eastAsia="ja-JP"/>
                        </w:rPr>
                      </w:pPr>
                      <w:r>
                        <w:rPr>
                          <w:rFonts w:ascii="ＭＳ ゴシック" w:eastAsia="ＭＳ ゴシック" w:hAnsi="ＭＳ ゴシック" w:hint="eastAsia"/>
                          <w:color w:val="000000" w:themeColor="text1"/>
                          <w:sz w:val="24"/>
                          <w:szCs w:val="24"/>
                          <w:lang w:eastAsia="ja-JP"/>
                        </w:rPr>
                        <w:t>回答後はこちら</w:t>
                      </w:r>
                      <w:r w:rsidRPr="00B25CD4">
                        <w:rPr>
                          <w:rFonts w:ascii="ＭＳ ゴシック" w:eastAsia="ＭＳ ゴシック" w:hAnsi="ＭＳ ゴシック" w:hint="eastAsia"/>
                          <w:color w:val="000000" w:themeColor="text1"/>
                          <w:sz w:val="24"/>
                          <w:szCs w:val="24"/>
                          <w:lang w:eastAsia="ja-JP"/>
                        </w:rPr>
                        <w:t>を</w:t>
                      </w:r>
                    </w:p>
                    <w:p w14:paraId="3499294C" w14:textId="2F2201BD" w:rsidR="005B4B48" w:rsidRPr="00B25CD4" w:rsidRDefault="005B4B48" w:rsidP="005B4B48">
                      <w:pPr>
                        <w:spacing w:after="0" w:line="240" w:lineRule="auto"/>
                        <w:jc w:val="center"/>
                        <w:rPr>
                          <w:rFonts w:ascii="ＭＳ ゴシック" w:eastAsia="ＭＳ ゴシック" w:hAnsi="ＭＳ ゴシック"/>
                          <w:color w:val="000000" w:themeColor="text1"/>
                          <w:sz w:val="24"/>
                          <w:szCs w:val="24"/>
                          <w:lang w:eastAsia="ja-JP"/>
                        </w:rPr>
                      </w:pPr>
                      <w:r w:rsidRPr="00B25CD4">
                        <w:rPr>
                          <w:rFonts w:ascii="ＭＳ ゴシック" w:eastAsia="ＭＳ ゴシック" w:hAnsi="ＭＳ ゴシック" w:hint="eastAsia"/>
                          <w:color w:val="000000" w:themeColor="text1"/>
                          <w:sz w:val="24"/>
                          <w:szCs w:val="24"/>
                          <w:lang w:eastAsia="ja-JP"/>
                        </w:rPr>
                        <w:t>クリックしてください。</w:t>
                      </w:r>
                    </w:p>
                  </w:txbxContent>
                </v:textbox>
                <w10:wrap anchorx="margin"/>
              </v:shape>
            </w:pict>
          </mc:Fallback>
        </mc:AlternateContent>
      </w:r>
    </w:p>
    <w:p w14:paraId="3A160E4A" w14:textId="0900FBE4" w:rsidR="005B4B48" w:rsidRDefault="005B4B48" w:rsidP="00DE222D">
      <w:pPr>
        <w:spacing w:after="0" w:line="240" w:lineRule="auto"/>
        <w:rPr>
          <w:rFonts w:asciiTheme="majorEastAsia" w:eastAsiaTheme="majorEastAsia" w:hAnsiTheme="majorEastAsia"/>
          <w:lang w:eastAsia="ja-JP"/>
        </w:rPr>
      </w:pPr>
    </w:p>
    <w:p w14:paraId="54F6C654" w14:textId="14D4F9FF" w:rsidR="005B4B48" w:rsidRDefault="005B4B48" w:rsidP="00DE222D">
      <w:pPr>
        <w:spacing w:after="0" w:line="240" w:lineRule="auto"/>
        <w:rPr>
          <w:rFonts w:asciiTheme="majorEastAsia" w:eastAsiaTheme="majorEastAsia" w:hAnsiTheme="majorEastAsia"/>
          <w:lang w:eastAsia="ja-JP"/>
        </w:rPr>
      </w:pPr>
    </w:p>
    <w:p w14:paraId="5AD90FDE" w14:textId="56F5C45E" w:rsidR="005B4B48" w:rsidRDefault="005B4B48" w:rsidP="00DE222D">
      <w:pPr>
        <w:spacing w:after="0" w:line="240" w:lineRule="auto"/>
        <w:rPr>
          <w:rFonts w:asciiTheme="majorEastAsia" w:eastAsiaTheme="majorEastAsia" w:hAnsiTheme="majorEastAsia"/>
          <w:lang w:eastAsia="ja-JP"/>
        </w:rPr>
      </w:pPr>
    </w:p>
    <w:p w14:paraId="18A07C6A" w14:textId="746EC993" w:rsidR="005B4B48" w:rsidRDefault="00143DC6" w:rsidP="00DE222D">
      <w:pPr>
        <w:spacing w:after="0" w:line="240" w:lineRule="auto"/>
        <w:rPr>
          <w:rFonts w:asciiTheme="majorEastAsia" w:eastAsiaTheme="majorEastAsia" w:hAnsiTheme="majorEastAsia"/>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77536" behindDoc="0" locked="0" layoutInCell="1" allowOverlap="1" wp14:anchorId="2154CF5C" wp14:editId="187A31FB">
                <wp:simplePos x="0" y="0"/>
                <wp:positionH relativeFrom="margin">
                  <wp:posOffset>4495800</wp:posOffset>
                </wp:positionH>
                <wp:positionV relativeFrom="paragraph">
                  <wp:posOffset>82550</wp:posOffset>
                </wp:positionV>
                <wp:extent cx="2571750" cy="600075"/>
                <wp:effectExtent l="0" t="0" r="0" b="0"/>
                <wp:wrapNone/>
                <wp:docPr id="1489716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00075"/>
                        </a:xfrm>
                        <a:prstGeom prst="rect">
                          <a:avLst/>
                        </a:prstGeom>
                        <a:noFill/>
                        <a:ln w="9525">
                          <a:noFill/>
                          <a:miter lim="800000"/>
                          <a:headEnd/>
                          <a:tailEnd/>
                        </a:ln>
                      </wps:spPr>
                      <wps:txbx>
                        <w:txbxContent>
                          <w:p w14:paraId="706519D5" w14:textId="77777777" w:rsidR="00143DC6" w:rsidRDefault="00143DC6" w:rsidP="00143DC6">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※すべてのページで回答をクリック</w:t>
                            </w:r>
                          </w:p>
                          <w:p w14:paraId="0EAE6C0B" w14:textId="2C70B5E9" w:rsidR="00143DC6" w:rsidRPr="00DE222D" w:rsidRDefault="00143DC6" w:rsidP="00143DC6">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すると、このページになります。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54CF5C" id="_x0000_s1038" type="#_x0000_t202" style="position:absolute;margin-left:354pt;margin-top:6.5pt;width:202.5pt;height:47.25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" filled="f" stroked="f">
                <v:textbox>
                  <w:txbxContent>
                    <w:p w14:paraId="706519D5" w14:textId="77777777" w:rsidR="00143DC6" w:rsidRDefault="00143DC6" w:rsidP="00143DC6">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※すべてのページで回答をクリック</w:t>
                      </w:r>
                    </w:p>
                    <w:p w14:paraId="0EAE6C0B" w14:textId="2C70B5E9" w:rsidR="00143DC6" w:rsidRPr="00DE222D" w:rsidRDefault="00143DC6" w:rsidP="00143DC6">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すると、このページになります。</w:t>
                      </w:r>
                    </w:p>
                  </w:txbxContent>
                </v:textbox>
                <w10:wrap anchorx="margin"/>
              </v:shape>
            </w:pict>
          </mc:Fallback>
        </mc:AlternateContent>
      </w:r>
    </w:p>
    <w:p w14:paraId="25DD8B5C" w14:textId="360090F3" w:rsidR="005B4B48" w:rsidRDefault="005B4B48" w:rsidP="00DE222D">
      <w:pPr>
        <w:spacing w:after="0" w:line="240" w:lineRule="auto"/>
        <w:rPr>
          <w:rFonts w:asciiTheme="majorEastAsia" w:eastAsiaTheme="majorEastAsia" w:hAnsiTheme="majorEastAsia"/>
          <w:lang w:eastAsia="ja-JP"/>
        </w:rPr>
      </w:pPr>
    </w:p>
    <w:p w14:paraId="22D6F18B" w14:textId="77777777" w:rsidR="005B4B48" w:rsidRDefault="005B4B48" w:rsidP="00DE222D">
      <w:pPr>
        <w:spacing w:after="0" w:line="240" w:lineRule="auto"/>
        <w:rPr>
          <w:rFonts w:asciiTheme="majorEastAsia" w:eastAsiaTheme="majorEastAsia" w:hAnsiTheme="majorEastAsia"/>
          <w:lang w:eastAsia="ja-JP"/>
        </w:rPr>
      </w:pPr>
    </w:p>
    <w:p w14:paraId="4D2842F4" w14:textId="3DB1F9FA" w:rsidR="005B4B48" w:rsidRDefault="005B4B48" w:rsidP="00DE222D">
      <w:pPr>
        <w:spacing w:after="0" w:line="240" w:lineRule="auto"/>
        <w:rPr>
          <w:rFonts w:asciiTheme="majorEastAsia" w:eastAsiaTheme="majorEastAsia" w:hAnsiTheme="majorEastAsia"/>
          <w:lang w:eastAsia="ja-JP"/>
        </w:rPr>
      </w:pPr>
    </w:p>
    <w:p w14:paraId="5BD1639D" w14:textId="7C917CD4" w:rsidR="005B4B48" w:rsidRDefault="005B4B48" w:rsidP="00DE222D">
      <w:pPr>
        <w:spacing w:after="0" w:line="240" w:lineRule="auto"/>
        <w:rPr>
          <w:rFonts w:asciiTheme="majorEastAsia" w:eastAsiaTheme="majorEastAsia" w:hAnsiTheme="majorEastAsia"/>
          <w:lang w:eastAsia="ja-JP"/>
        </w:rPr>
      </w:pPr>
    </w:p>
    <w:p w14:paraId="6BF45213" w14:textId="77777777" w:rsidR="005B4B48" w:rsidRDefault="005B4B48" w:rsidP="00DE222D">
      <w:pPr>
        <w:spacing w:after="0" w:line="240" w:lineRule="auto"/>
        <w:rPr>
          <w:rFonts w:asciiTheme="majorEastAsia" w:eastAsiaTheme="majorEastAsia" w:hAnsiTheme="majorEastAsia"/>
          <w:lang w:eastAsia="ja-JP"/>
        </w:rPr>
      </w:pPr>
    </w:p>
    <w:p w14:paraId="185377FE" w14:textId="77777777" w:rsidR="005B4B48" w:rsidRDefault="005B4B48" w:rsidP="00DE222D">
      <w:pPr>
        <w:spacing w:after="0" w:line="240" w:lineRule="auto"/>
        <w:rPr>
          <w:rFonts w:asciiTheme="majorEastAsia" w:eastAsiaTheme="majorEastAsia" w:hAnsiTheme="majorEastAsia"/>
          <w:lang w:eastAsia="ja-JP"/>
        </w:rPr>
      </w:pPr>
    </w:p>
    <w:p w14:paraId="4AB1870B" w14:textId="54687749" w:rsidR="005B4B48" w:rsidRDefault="005B4B48" w:rsidP="00DE222D">
      <w:pPr>
        <w:spacing w:after="0" w:line="240" w:lineRule="auto"/>
        <w:rPr>
          <w:rFonts w:asciiTheme="majorEastAsia" w:eastAsiaTheme="majorEastAsia" w:hAnsiTheme="majorEastAsia"/>
          <w:lang w:eastAsia="ja-JP"/>
        </w:rPr>
      </w:pPr>
    </w:p>
    <w:p w14:paraId="37D4010B" w14:textId="472272EE" w:rsidR="00DE222D" w:rsidRPr="006D1079" w:rsidRDefault="005B4B48" w:rsidP="00DE222D">
      <w:pPr>
        <w:spacing w:after="0" w:line="240" w:lineRule="auto"/>
        <w:rPr>
          <w:rFonts w:asciiTheme="majorEastAsia" w:eastAsiaTheme="majorEastAsia" w:hAnsiTheme="majorEastAsia"/>
          <w:b/>
          <w:bCs/>
          <w:sz w:val="24"/>
          <w:szCs w:val="24"/>
          <w:lang w:eastAsia="ja-JP"/>
        </w:rPr>
      </w:pPr>
      <w:r w:rsidRPr="006D1079">
        <w:rPr>
          <w:rFonts w:asciiTheme="majorEastAsia" w:eastAsiaTheme="majorEastAsia" w:hAnsiTheme="majorEastAsia" w:hint="eastAsia"/>
          <w:b/>
          <w:bCs/>
          <w:sz w:val="24"/>
          <w:szCs w:val="24"/>
          <w:lang w:eastAsia="ja-JP"/>
        </w:rPr>
        <w:t>【報告（事業報告）】</w:t>
      </w:r>
    </w:p>
    <w:p w14:paraId="2CAB4FE0" w14:textId="0F009F6B" w:rsidR="00DE222D" w:rsidRPr="00EF16D6" w:rsidRDefault="001148A3" w:rsidP="00DE222D">
      <w:pPr>
        <w:spacing w:after="0" w:line="240" w:lineRule="auto"/>
        <w:rPr>
          <w:rFonts w:asciiTheme="majorEastAsia" w:eastAsiaTheme="majorEastAsia" w:hAnsiTheme="majorEastAsia"/>
          <w:lang w:eastAsia="ja-JP"/>
        </w:rPr>
      </w:pPr>
      <w:r w:rsidRPr="00EF16D6">
        <w:rPr>
          <w:rFonts w:asciiTheme="majorEastAsia" w:eastAsiaTheme="majorEastAsia" w:hAnsiTheme="majorEastAsia" w:hint="eastAsia"/>
          <w:lang w:eastAsia="ja-JP"/>
        </w:rPr>
        <w:t>≪報告（事業報告）の入力画面≫</w:t>
      </w:r>
    </w:p>
    <w:p w14:paraId="5B6018E2" w14:textId="126AC9EC" w:rsidR="00DE222D" w:rsidRPr="0048755D" w:rsidRDefault="0048755D" w:rsidP="00DE222D">
      <w:pPr>
        <w:spacing w:after="0" w:line="240" w:lineRule="auto"/>
        <w:rPr>
          <w:rFonts w:ascii="ＭＳ ゴシック" w:eastAsia="ＭＳ ゴシック" w:hAnsi="ＭＳ ゴシック"/>
          <w:lang w:eastAsia="ja-JP"/>
        </w:rPr>
      </w:pPr>
      <w:r w:rsidRPr="0048755D">
        <w:rPr>
          <w:rFonts w:ascii="ＭＳ ゴシック" w:eastAsia="ＭＳ ゴシック" w:hAnsi="ＭＳ ゴシック" w:hint="eastAsia"/>
          <w:lang w:eastAsia="ja-JP"/>
        </w:rPr>
        <w:t>入力の手間を省くため、提出いただいた令和７年度申請書の計画の内容が入力されています。</w:t>
      </w:r>
    </w:p>
    <w:p w14:paraId="64DA3E6C" w14:textId="649A07A7" w:rsidR="0048755D" w:rsidRPr="0048755D" w:rsidRDefault="0048755D" w:rsidP="00DE222D">
      <w:pPr>
        <w:spacing w:after="0" w:line="240" w:lineRule="auto"/>
        <w:rPr>
          <w:rFonts w:ascii="ＭＳ ゴシック" w:eastAsia="ＭＳ ゴシック" w:hAnsi="ＭＳ ゴシック"/>
          <w:lang w:eastAsia="ja-JP"/>
        </w:rPr>
      </w:pPr>
      <w:r w:rsidRPr="0048755D">
        <w:rPr>
          <w:rFonts w:ascii="ＭＳ ゴシック" w:eastAsia="ＭＳ ゴシック" w:hAnsi="ＭＳ ゴシック" w:hint="eastAsia"/>
          <w:lang w:eastAsia="ja-JP"/>
        </w:rPr>
        <w:t>回数や人数など実施した内容に変更してください。</w:t>
      </w:r>
    </w:p>
    <w:p w14:paraId="065DF59C" w14:textId="5854AAE3" w:rsidR="00DE222D" w:rsidRDefault="00B57A36" w:rsidP="00DE222D">
      <w:pPr>
        <w:spacing w:after="0" w:line="240" w:lineRule="auto"/>
        <w:rPr>
          <w:lang w:eastAsia="ja-JP"/>
        </w:rPr>
      </w:pPr>
      <w:r>
        <w:rPr>
          <w:noProof/>
          <w:lang w:eastAsia="ja-JP"/>
        </w:rPr>
        <w:drawing>
          <wp:anchor distT="0" distB="0" distL="114300" distR="114300" simplePos="0" relativeHeight="251720192" behindDoc="0" locked="0" layoutInCell="1" allowOverlap="1" wp14:anchorId="6877EAE5" wp14:editId="7DFBE666">
            <wp:simplePos x="0" y="0"/>
            <wp:positionH relativeFrom="margin">
              <wp:align>left</wp:align>
            </wp:positionH>
            <wp:positionV relativeFrom="paragraph">
              <wp:posOffset>5080</wp:posOffset>
            </wp:positionV>
            <wp:extent cx="5915025" cy="2649265"/>
            <wp:effectExtent l="0" t="0" r="0" b="0"/>
            <wp:wrapNone/>
            <wp:docPr id="1863758793" name="図 20"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58793" name="図 20" descr="テーブル&#10;&#10;AI 生成コンテンツは誤りを含む可能性があります。"/>
                    <pic:cNvPicPr/>
                  </pic:nvPicPr>
                  <pic:blipFill rotWithShape="1">
                    <a:blip r:embed="rId23"/>
                    <a:srcRect b="34694"/>
                    <a:stretch>
                      <a:fillRect/>
                    </a:stretch>
                  </pic:blipFill>
                  <pic:spPr bwMode="auto">
                    <a:xfrm>
                      <a:off x="0" y="0"/>
                      <a:ext cx="5924141" cy="2653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1C942" w14:textId="5DCE4E22" w:rsidR="00DE222D" w:rsidRDefault="00DE222D" w:rsidP="00DE222D">
      <w:pPr>
        <w:spacing w:after="0" w:line="240" w:lineRule="auto"/>
        <w:rPr>
          <w:lang w:eastAsia="ja-JP"/>
        </w:rPr>
      </w:pPr>
    </w:p>
    <w:p w14:paraId="1731BDD8" w14:textId="7FD715D4" w:rsidR="00DE222D" w:rsidRDefault="00DE222D" w:rsidP="00DE222D">
      <w:pPr>
        <w:spacing w:after="0" w:line="240" w:lineRule="auto"/>
        <w:rPr>
          <w:lang w:eastAsia="ja-JP"/>
        </w:rPr>
      </w:pPr>
    </w:p>
    <w:p w14:paraId="1CD7C5A6" w14:textId="75765981" w:rsidR="00DE222D" w:rsidRDefault="00DE222D" w:rsidP="00DE222D">
      <w:pPr>
        <w:spacing w:after="0" w:line="240" w:lineRule="auto"/>
        <w:rPr>
          <w:lang w:eastAsia="ja-JP"/>
        </w:rPr>
      </w:pPr>
    </w:p>
    <w:p w14:paraId="7AA8A55D" w14:textId="77777777" w:rsidR="00DE222D" w:rsidRDefault="00DE222D" w:rsidP="00DE222D">
      <w:pPr>
        <w:spacing w:after="0" w:line="240" w:lineRule="auto"/>
        <w:rPr>
          <w:lang w:eastAsia="ja-JP"/>
        </w:rPr>
      </w:pPr>
    </w:p>
    <w:p w14:paraId="6028AACA" w14:textId="77777777" w:rsidR="00DE222D" w:rsidRDefault="00DE222D" w:rsidP="00DE222D">
      <w:pPr>
        <w:spacing w:after="0" w:line="240" w:lineRule="auto"/>
        <w:rPr>
          <w:lang w:eastAsia="ja-JP"/>
        </w:rPr>
      </w:pPr>
    </w:p>
    <w:p w14:paraId="3D6426E3" w14:textId="77777777" w:rsidR="00DE222D" w:rsidRDefault="00DE222D" w:rsidP="00DE222D">
      <w:pPr>
        <w:spacing w:after="0" w:line="240" w:lineRule="auto"/>
        <w:rPr>
          <w:lang w:eastAsia="ja-JP"/>
        </w:rPr>
      </w:pPr>
    </w:p>
    <w:p w14:paraId="6B9DF6B5" w14:textId="77777777" w:rsidR="00DE222D" w:rsidRDefault="00DE222D" w:rsidP="00DE222D">
      <w:pPr>
        <w:spacing w:after="0" w:line="240" w:lineRule="auto"/>
        <w:rPr>
          <w:lang w:eastAsia="ja-JP"/>
        </w:rPr>
      </w:pPr>
    </w:p>
    <w:p w14:paraId="122BB28C" w14:textId="77777777" w:rsidR="00DE222D" w:rsidRDefault="00DE222D" w:rsidP="00DE222D">
      <w:pPr>
        <w:spacing w:after="0" w:line="240" w:lineRule="auto"/>
        <w:rPr>
          <w:lang w:eastAsia="ja-JP"/>
        </w:rPr>
      </w:pPr>
    </w:p>
    <w:p w14:paraId="4DEDA9DE" w14:textId="77777777" w:rsidR="00DE222D" w:rsidRDefault="00DE222D" w:rsidP="00DE222D">
      <w:pPr>
        <w:spacing w:after="0" w:line="240" w:lineRule="auto"/>
        <w:rPr>
          <w:lang w:eastAsia="ja-JP"/>
        </w:rPr>
      </w:pPr>
    </w:p>
    <w:p w14:paraId="0EFE0C3C" w14:textId="77777777" w:rsidR="00DE222D" w:rsidRDefault="00DE222D" w:rsidP="00DE222D">
      <w:pPr>
        <w:spacing w:after="0" w:line="240" w:lineRule="auto"/>
        <w:rPr>
          <w:lang w:eastAsia="ja-JP"/>
        </w:rPr>
      </w:pPr>
    </w:p>
    <w:p w14:paraId="712AB844" w14:textId="77777777" w:rsidR="00DE222D" w:rsidRDefault="00DE222D" w:rsidP="00DE222D">
      <w:pPr>
        <w:spacing w:after="0" w:line="240" w:lineRule="auto"/>
        <w:rPr>
          <w:lang w:eastAsia="ja-JP"/>
        </w:rPr>
      </w:pPr>
    </w:p>
    <w:p w14:paraId="0CC304A0" w14:textId="62712B4C" w:rsidR="00DE222D" w:rsidRDefault="00DE222D" w:rsidP="00DE222D">
      <w:pPr>
        <w:spacing w:after="0" w:line="240" w:lineRule="auto"/>
        <w:rPr>
          <w:lang w:eastAsia="ja-JP"/>
        </w:rPr>
      </w:pPr>
    </w:p>
    <w:p w14:paraId="64D4FB81" w14:textId="77777777" w:rsidR="00DE222D" w:rsidRDefault="00DE222D" w:rsidP="00DE222D">
      <w:pPr>
        <w:spacing w:after="0" w:line="240" w:lineRule="auto"/>
        <w:rPr>
          <w:lang w:eastAsia="ja-JP"/>
        </w:rPr>
      </w:pPr>
    </w:p>
    <w:p w14:paraId="6AAA6EC2" w14:textId="77777777" w:rsidR="00DE222D" w:rsidRDefault="00DE222D" w:rsidP="00DE222D">
      <w:pPr>
        <w:spacing w:after="0" w:line="240" w:lineRule="auto"/>
        <w:rPr>
          <w:lang w:eastAsia="ja-JP"/>
        </w:rPr>
      </w:pPr>
    </w:p>
    <w:p w14:paraId="5ABD886E" w14:textId="77777777" w:rsidR="00DE222D" w:rsidRDefault="00DE222D" w:rsidP="00DE222D">
      <w:pPr>
        <w:spacing w:after="0" w:line="240" w:lineRule="auto"/>
        <w:rPr>
          <w:lang w:eastAsia="ja-JP"/>
        </w:rPr>
      </w:pPr>
    </w:p>
    <w:p w14:paraId="72E89BCE" w14:textId="3D528AEE" w:rsidR="00DE222D" w:rsidRDefault="00DE222D" w:rsidP="00DE222D">
      <w:pPr>
        <w:spacing w:after="0" w:line="240" w:lineRule="auto"/>
        <w:rPr>
          <w:lang w:eastAsia="ja-JP"/>
        </w:rPr>
      </w:pPr>
    </w:p>
    <w:p w14:paraId="163A1B2C" w14:textId="22699F2A" w:rsidR="00DE222D" w:rsidRDefault="00DE222D" w:rsidP="00DE222D">
      <w:pPr>
        <w:spacing w:after="0" w:line="240" w:lineRule="auto"/>
        <w:rPr>
          <w:lang w:eastAsia="ja-JP"/>
        </w:rPr>
      </w:pPr>
    </w:p>
    <w:p w14:paraId="4DA888D7" w14:textId="22A8906C" w:rsidR="00DE222D" w:rsidRDefault="00EF16D6" w:rsidP="00DE222D">
      <w:pPr>
        <w:spacing w:after="0" w:line="240" w:lineRule="auto"/>
        <w:rPr>
          <w:lang w:eastAsia="ja-JP"/>
        </w:rPr>
      </w:pPr>
      <w:r>
        <w:rPr>
          <w:noProof/>
          <w:lang w:eastAsia="ja-JP"/>
        </w:rPr>
        <w:drawing>
          <wp:anchor distT="0" distB="0" distL="114300" distR="114300" simplePos="0" relativeHeight="251727360" behindDoc="0" locked="0" layoutInCell="1" allowOverlap="1" wp14:anchorId="753DCB4B" wp14:editId="3EDB7AFF">
            <wp:simplePos x="0" y="0"/>
            <wp:positionH relativeFrom="margin">
              <wp:posOffset>66040</wp:posOffset>
            </wp:positionH>
            <wp:positionV relativeFrom="paragraph">
              <wp:posOffset>12700</wp:posOffset>
            </wp:positionV>
            <wp:extent cx="5871189" cy="2476500"/>
            <wp:effectExtent l="0" t="0" r="0" b="0"/>
            <wp:wrapNone/>
            <wp:docPr id="1572830719" name="図 2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30719" name="図 23" descr="テキスト&#10;&#10;AI 生成コンテンツは誤りを含む可能性があります。"/>
                    <pic:cNvPicPr/>
                  </pic:nvPicPr>
                  <pic:blipFill rotWithShape="1">
                    <a:blip r:embed="rId24"/>
                    <a:srcRect r="13472"/>
                    <a:stretch>
                      <a:fillRect/>
                    </a:stretch>
                  </pic:blipFill>
                  <pic:spPr bwMode="auto">
                    <a:xfrm>
                      <a:off x="0" y="0"/>
                      <a:ext cx="5871189"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C6F1E" w14:textId="77777777" w:rsidR="00DE222D" w:rsidRDefault="00DE222D" w:rsidP="00DE222D">
      <w:pPr>
        <w:spacing w:after="0" w:line="240" w:lineRule="auto"/>
        <w:rPr>
          <w:lang w:eastAsia="ja-JP"/>
        </w:rPr>
      </w:pPr>
    </w:p>
    <w:p w14:paraId="7869B63A" w14:textId="77777777" w:rsidR="00DE222D" w:rsidRDefault="00DE222D" w:rsidP="00DE222D">
      <w:pPr>
        <w:spacing w:after="0" w:line="240" w:lineRule="auto"/>
        <w:rPr>
          <w:lang w:eastAsia="ja-JP"/>
        </w:rPr>
      </w:pPr>
    </w:p>
    <w:p w14:paraId="09B96C52" w14:textId="77777777" w:rsidR="00DE222D" w:rsidRDefault="00DE222D" w:rsidP="00DE222D">
      <w:pPr>
        <w:spacing w:after="0" w:line="240" w:lineRule="auto"/>
        <w:rPr>
          <w:lang w:eastAsia="ja-JP"/>
        </w:rPr>
      </w:pPr>
    </w:p>
    <w:p w14:paraId="46C537F3" w14:textId="77777777" w:rsidR="00DE222D" w:rsidRDefault="00DE222D" w:rsidP="00DE222D">
      <w:pPr>
        <w:spacing w:after="0" w:line="240" w:lineRule="auto"/>
        <w:rPr>
          <w:lang w:eastAsia="ja-JP"/>
        </w:rPr>
      </w:pPr>
    </w:p>
    <w:p w14:paraId="7ED89B32" w14:textId="77777777" w:rsidR="00DE222D" w:rsidRDefault="00DE222D" w:rsidP="00DE222D">
      <w:pPr>
        <w:spacing w:after="0" w:line="240" w:lineRule="auto"/>
        <w:rPr>
          <w:lang w:eastAsia="ja-JP"/>
        </w:rPr>
      </w:pPr>
    </w:p>
    <w:p w14:paraId="25A16B60" w14:textId="77777777" w:rsidR="00DE222D" w:rsidRDefault="00DE222D" w:rsidP="00DE222D">
      <w:pPr>
        <w:spacing w:after="0" w:line="240" w:lineRule="auto"/>
        <w:rPr>
          <w:lang w:eastAsia="ja-JP"/>
        </w:rPr>
      </w:pPr>
    </w:p>
    <w:p w14:paraId="084FD415" w14:textId="50AB217F" w:rsidR="00DE222D" w:rsidRDefault="00DE222D" w:rsidP="00DE222D">
      <w:pPr>
        <w:spacing w:after="0" w:line="240" w:lineRule="auto"/>
        <w:rPr>
          <w:lang w:eastAsia="ja-JP"/>
        </w:rPr>
      </w:pPr>
    </w:p>
    <w:p w14:paraId="6E147124" w14:textId="73C3097D" w:rsidR="00DE222D" w:rsidRDefault="00DE222D" w:rsidP="00DE222D">
      <w:pPr>
        <w:spacing w:after="0" w:line="240" w:lineRule="auto"/>
        <w:rPr>
          <w:lang w:eastAsia="ja-JP"/>
        </w:rPr>
      </w:pPr>
    </w:p>
    <w:p w14:paraId="7C053687" w14:textId="5030DF6D" w:rsidR="00DE222D" w:rsidRDefault="00EF16D6"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28384" behindDoc="0" locked="0" layoutInCell="1" allowOverlap="1" wp14:anchorId="14BDCB0E" wp14:editId="6CE41D76">
                <wp:simplePos x="0" y="0"/>
                <wp:positionH relativeFrom="margin">
                  <wp:posOffset>3086100</wp:posOffset>
                </wp:positionH>
                <wp:positionV relativeFrom="paragraph">
                  <wp:posOffset>91440</wp:posOffset>
                </wp:positionV>
                <wp:extent cx="3667125" cy="600075"/>
                <wp:effectExtent l="0" t="0" r="28575" b="28575"/>
                <wp:wrapNone/>
                <wp:docPr id="69073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00075"/>
                        </a:xfrm>
                        <a:prstGeom prst="rect">
                          <a:avLst/>
                        </a:prstGeom>
                        <a:solidFill>
                          <a:srgbClr val="FFFFFF"/>
                        </a:solidFill>
                        <a:ln w="9525">
                          <a:solidFill>
                            <a:srgbClr val="000000"/>
                          </a:solidFill>
                          <a:miter lim="800000"/>
                          <a:headEnd/>
                          <a:tailEnd/>
                        </a:ln>
                      </wps:spPr>
                      <wps:txbx>
                        <w:txbxContent>
                          <w:p w14:paraId="1844A938" w14:textId="77777777" w:rsidR="00EF16D6" w:rsidRDefault="00EF16D6" w:rsidP="0048755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必須項目は必ず入力（入力をしないと保存ができません）</w:t>
                            </w:r>
                          </w:p>
                          <w:p w14:paraId="618C1F80" w14:textId="2B0FCD53" w:rsidR="0048755D" w:rsidRPr="00DE222D" w:rsidRDefault="0048755D" w:rsidP="0048755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DCB0E" id="_x0000_s1039" type="#_x0000_t202" style="position:absolute;margin-left:243pt;margin-top:7.2pt;width:288.75pt;height:47.25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">
                <v:textbox>
                  <w:txbxContent>
                    <w:p w14:paraId="1844A938" w14:textId="77777777" w:rsidR="00EF16D6" w:rsidRDefault="00EF16D6" w:rsidP="0048755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必須項目は必ず入力（入力をしないと保存ができません）</w:t>
                      </w:r>
                    </w:p>
                    <w:p w14:paraId="618C1F80" w14:textId="2B0FCD53" w:rsidR="0048755D" w:rsidRPr="00DE222D" w:rsidRDefault="0048755D" w:rsidP="0048755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v:textbox>
                <w10:wrap anchorx="margin"/>
              </v:shape>
            </w:pict>
          </mc:Fallback>
        </mc:AlternateContent>
      </w:r>
    </w:p>
    <w:p w14:paraId="655954CE" w14:textId="0930B07D" w:rsidR="00DE222D" w:rsidRDefault="00DE222D" w:rsidP="00DE222D">
      <w:pPr>
        <w:spacing w:after="0" w:line="240" w:lineRule="auto"/>
        <w:rPr>
          <w:lang w:eastAsia="ja-JP"/>
        </w:rPr>
      </w:pPr>
    </w:p>
    <w:p w14:paraId="2C81E7DD" w14:textId="73765D10" w:rsidR="00DE222D" w:rsidRDefault="00DE222D" w:rsidP="00DE222D">
      <w:pPr>
        <w:spacing w:after="0" w:line="240" w:lineRule="auto"/>
        <w:rPr>
          <w:lang w:eastAsia="ja-JP"/>
        </w:rPr>
      </w:pPr>
    </w:p>
    <w:p w14:paraId="7B838951" w14:textId="77777777" w:rsidR="00DE222D" w:rsidRDefault="00DE222D" w:rsidP="00DE222D">
      <w:pPr>
        <w:spacing w:after="0" w:line="240" w:lineRule="auto"/>
        <w:rPr>
          <w:lang w:eastAsia="ja-JP"/>
        </w:rPr>
      </w:pPr>
    </w:p>
    <w:p w14:paraId="7C12382A" w14:textId="77777777" w:rsidR="00DE222D" w:rsidRDefault="00DE222D" w:rsidP="00DE222D">
      <w:pPr>
        <w:spacing w:after="0" w:line="240" w:lineRule="auto"/>
        <w:rPr>
          <w:lang w:eastAsia="ja-JP"/>
        </w:rPr>
      </w:pPr>
    </w:p>
    <w:p w14:paraId="70C10A43" w14:textId="77777777" w:rsidR="00DE222D" w:rsidRDefault="00DE222D" w:rsidP="00DE222D">
      <w:pPr>
        <w:spacing w:after="0" w:line="240" w:lineRule="auto"/>
        <w:rPr>
          <w:lang w:eastAsia="ja-JP"/>
        </w:rPr>
      </w:pPr>
    </w:p>
    <w:p w14:paraId="003E9459" w14:textId="77777777" w:rsidR="00353192" w:rsidRDefault="00353192" w:rsidP="00DE222D">
      <w:pPr>
        <w:spacing w:after="0" w:line="240" w:lineRule="auto"/>
        <w:rPr>
          <w:lang w:eastAsia="ja-JP"/>
        </w:rPr>
      </w:pPr>
    </w:p>
    <w:p w14:paraId="1EE4EC54" w14:textId="77777777" w:rsidR="00353192" w:rsidRDefault="00353192" w:rsidP="00DE222D">
      <w:pPr>
        <w:spacing w:after="0" w:line="240" w:lineRule="auto"/>
        <w:rPr>
          <w:lang w:eastAsia="ja-JP"/>
        </w:rPr>
      </w:pPr>
    </w:p>
    <w:p w14:paraId="0C2BF335" w14:textId="77777777" w:rsidR="00353192" w:rsidRDefault="00353192" w:rsidP="00DE222D">
      <w:pPr>
        <w:spacing w:after="0" w:line="240" w:lineRule="auto"/>
        <w:rPr>
          <w:lang w:eastAsia="ja-JP"/>
        </w:rPr>
      </w:pPr>
    </w:p>
    <w:p w14:paraId="648AB7E7" w14:textId="0F15ADCB" w:rsidR="0048755D" w:rsidRPr="006D1079" w:rsidRDefault="0048755D" w:rsidP="0048755D">
      <w:pPr>
        <w:spacing w:after="0" w:line="240" w:lineRule="auto"/>
        <w:rPr>
          <w:rFonts w:asciiTheme="majorEastAsia" w:eastAsiaTheme="majorEastAsia" w:hAnsiTheme="majorEastAsia"/>
          <w:b/>
          <w:bCs/>
          <w:sz w:val="24"/>
          <w:szCs w:val="24"/>
          <w:lang w:eastAsia="ja-JP"/>
        </w:rPr>
      </w:pPr>
      <w:r w:rsidRPr="006D1079">
        <w:rPr>
          <w:rFonts w:asciiTheme="majorEastAsia" w:eastAsiaTheme="majorEastAsia" w:hAnsiTheme="majorEastAsia" w:hint="eastAsia"/>
          <w:b/>
          <w:bCs/>
          <w:sz w:val="24"/>
          <w:szCs w:val="24"/>
          <w:lang w:eastAsia="ja-JP"/>
        </w:rPr>
        <w:lastRenderedPageBreak/>
        <w:t>【報告（</w:t>
      </w:r>
      <w:r>
        <w:rPr>
          <w:rFonts w:asciiTheme="majorEastAsia" w:eastAsiaTheme="majorEastAsia" w:hAnsiTheme="majorEastAsia" w:hint="eastAsia"/>
          <w:b/>
          <w:bCs/>
          <w:sz w:val="24"/>
          <w:szCs w:val="24"/>
          <w:lang w:eastAsia="ja-JP"/>
        </w:rPr>
        <w:t>収入支出</w:t>
      </w:r>
      <w:r w:rsidRPr="006D1079">
        <w:rPr>
          <w:rFonts w:asciiTheme="majorEastAsia" w:eastAsiaTheme="majorEastAsia" w:hAnsiTheme="majorEastAsia" w:hint="eastAsia"/>
          <w:b/>
          <w:bCs/>
          <w:sz w:val="24"/>
          <w:szCs w:val="24"/>
          <w:lang w:eastAsia="ja-JP"/>
        </w:rPr>
        <w:t>）】</w:t>
      </w:r>
    </w:p>
    <w:p w14:paraId="5D810762" w14:textId="3AA35AC5" w:rsidR="00DE222D" w:rsidRPr="00CD27A6" w:rsidRDefault="00EF16D6" w:rsidP="00DE222D">
      <w:pPr>
        <w:spacing w:after="0" w:line="240" w:lineRule="auto"/>
        <w:rPr>
          <w:rFonts w:ascii="ＭＳ ゴシック" w:eastAsia="ＭＳ ゴシック" w:hAnsi="ＭＳ ゴシック"/>
          <w:lang w:eastAsia="ja-JP"/>
        </w:rPr>
      </w:pPr>
      <w:r w:rsidRPr="00CD27A6">
        <w:rPr>
          <w:rFonts w:ascii="ＭＳ ゴシック" w:eastAsia="ＭＳ ゴシック" w:hAnsi="ＭＳ ゴシック" w:hint="eastAsia"/>
          <w:lang w:eastAsia="ja-JP"/>
        </w:rPr>
        <w:t>≪報告（収入支出）の入力画面≫</w:t>
      </w:r>
    </w:p>
    <w:p w14:paraId="71DF4E59" w14:textId="27DDFFCD" w:rsidR="00DE222D" w:rsidRDefault="00CD27A6" w:rsidP="00DE222D">
      <w:pPr>
        <w:spacing w:after="0" w:line="240" w:lineRule="auto"/>
        <w:rPr>
          <w:lang w:eastAsia="ja-JP"/>
        </w:rPr>
      </w:pPr>
      <w:r>
        <w:rPr>
          <w:noProof/>
          <w:lang w:eastAsia="ja-JP"/>
        </w:rPr>
        <w:drawing>
          <wp:anchor distT="0" distB="0" distL="114300" distR="114300" simplePos="0" relativeHeight="251729408" behindDoc="0" locked="0" layoutInCell="1" allowOverlap="1" wp14:anchorId="309FCD80" wp14:editId="1114E2C4">
            <wp:simplePos x="0" y="0"/>
            <wp:positionH relativeFrom="margin">
              <wp:posOffset>171450</wp:posOffset>
            </wp:positionH>
            <wp:positionV relativeFrom="paragraph">
              <wp:posOffset>11430</wp:posOffset>
            </wp:positionV>
            <wp:extent cx="5334000" cy="3711575"/>
            <wp:effectExtent l="0" t="0" r="0" b="3175"/>
            <wp:wrapNone/>
            <wp:docPr id="121907144" name="図 24"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144" name="図 24" descr="グラフィカル ユーザー インターフェイス, アプリケーション&#10;&#10;AI 生成コンテンツは誤りを含む可能性があります。"/>
                    <pic:cNvPicPr/>
                  </pic:nvPicPr>
                  <pic:blipFill>
                    <a:blip r:embed="rId25"/>
                    <a:stretch>
                      <a:fillRect/>
                    </a:stretch>
                  </pic:blipFill>
                  <pic:spPr>
                    <a:xfrm>
                      <a:off x="0" y="0"/>
                      <a:ext cx="5334000" cy="3711575"/>
                    </a:xfrm>
                    <a:prstGeom prst="rect">
                      <a:avLst/>
                    </a:prstGeom>
                  </pic:spPr>
                </pic:pic>
              </a:graphicData>
            </a:graphic>
            <wp14:sizeRelH relativeFrom="page">
              <wp14:pctWidth>0</wp14:pctWidth>
            </wp14:sizeRelH>
            <wp14:sizeRelV relativeFrom="page">
              <wp14:pctHeight>0</wp14:pctHeight>
            </wp14:sizeRelV>
          </wp:anchor>
        </w:drawing>
      </w:r>
    </w:p>
    <w:p w14:paraId="2FF7BABB" w14:textId="77777777" w:rsidR="00EF16D6" w:rsidRDefault="00EF16D6" w:rsidP="00DE222D">
      <w:pPr>
        <w:spacing w:after="0" w:line="240" w:lineRule="auto"/>
        <w:rPr>
          <w:lang w:eastAsia="ja-JP"/>
        </w:rPr>
      </w:pPr>
    </w:p>
    <w:p w14:paraId="5B00F6B3" w14:textId="2711E190" w:rsidR="00EF16D6" w:rsidRDefault="00EF16D6" w:rsidP="00DE222D">
      <w:pPr>
        <w:spacing w:after="0" w:line="240" w:lineRule="auto"/>
        <w:rPr>
          <w:lang w:eastAsia="ja-JP"/>
        </w:rPr>
      </w:pPr>
    </w:p>
    <w:p w14:paraId="0FDD940E" w14:textId="06F08414" w:rsidR="00EF16D6" w:rsidRDefault="00EF16D6" w:rsidP="00DE222D">
      <w:pPr>
        <w:spacing w:after="0" w:line="240" w:lineRule="auto"/>
        <w:rPr>
          <w:lang w:eastAsia="ja-JP"/>
        </w:rPr>
      </w:pPr>
    </w:p>
    <w:p w14:paraId="1B9438A1" w14:textId="138E7D6F" w:rsidR="00EF16D6" w:rsidRDefault="00EF16D6" w:rsidP="00DE222D">
      <w:pPr>
        <w:spacing w:after="0" w:line="240" w:lineRule="auto"/>
        <w:rPr>
          <w:lang w:eastAsia="ja-JP"/>
        </w:rPr>
      </w:pPr>
    </w:p>
    <w:p w14:paraId="4F14AC71" w14:textId="1C47E493" w:rsidR="00EF16D6" w:rsidRDefault="00EF16D6" w:rsidP="00DE222D">
      <w:pPr>
        <w:spacing w:after="0" w:line="240" w:lineRule="auto"/>
        <w:rPr>
          <w:lang w:eastAsia="ja-JP"/>
        </w:rPr>
      </w:pPr>
    </w:p>
    <w:p w14:paraId="0DB9DE15" w14:textId="2AF24204" w:rsidR="00EF16D6" w:rsidRDefault="00EF16D6" w:rsidP="00DE222D">
      <w:pPr>
        <w:spacing w:after="0" w:line="240" w:lineRule="auto"/>
        <w:rPr>
          <w:lang w:eastAsia="ja-JP"/>
        </w:rPr>
      </w:pPr>
    </w:p>
    <w:p w14:paraId="6D67CEC3" w14:textId="46636EF4" w:rsidR="00EF16D6" w:rsidRDefault="00EF16D6" w:rsidP="00DE222D">
      <w:pPr>
        <w:spacing w:after="0" w:line="240" w:lineRule="auto"/>
        <w:rPr>
          <w:lang w:eastAsia="ja-JP"/>
        </w:rPr>
      </w:pPr>
    </w:p>
    <w:p w14:paraId="7541BB0E" w14:textId="24292887" w:rsidR="00EF16D6" w:rsidRDefault="00EF16D6" w:rsidP="00DE222D">
      <w:pPr>
        <w:spacing w:after="0" w:line="240" w:lineRule="auto"/>
        <w:rPr>
          <w:lang w:eastAsia="ja-JP"/>
        </w:rPr>
      </w:pPr>
    </w:p>
    <w:p w14:paraId="469F171D" w14:textId="3AD29377" w:rsidR="00EF16D6" w:rsidRDefault="00EF16D6" w:rsidP="00DE222D">
      <w:pPr>
        <w:spacing w:after="0" w:line="240" w:lineRule="auto"/>
        <w:rPr>
          <w:lang w:eastAsia="ja-JP"/>
        </w:rPr>
      </w:pPr>
    </w:p>
    <w:p w14:paraId="0F25DC7B" w14:textId="4A21A436" w:rsidR="00EF16D6" w:rsidRDefault="00EF16D6" w:rsidP="00DE222D">
      <w:pPr>
        <w:spacing w:after="0" w:line="240" w:lineRule="auto"/>
        <w:rPr>
          <w:lang w:eastAsia="ja-JP"/>
        </w:rPr>
      </w:pPr>
    </w:p>
    <w:p w14:paraId="0F7A593E" w14:textId="732C64FE" w:rsidR="00EF16D6" w:rsidRDefault="00CD27A6" w:rsidP="00DE222D">
      <w:pPr>
        <w:spacing w:after="0" w:line="240" w:lineRule="auto"/>
        <w:rPr>
          <w:lang w:eastAsia="ja-JP"/>
        </w:rPr>
      </w:pPr>
      <w:r>
        <w:rPr>
          <w:noProof/>
          <w:lang w:eastAsia="ja-JP"/>
        </w:rPr>
        <mc:AlternateContent>
          <mc:Choice Requires="wps">
            <w:drawing>
              <wp:anchor distT="0" distB="0" distL="114300" distR="114300" simplePos="0" relativeHeight="251734528" behindDoc="0" locked="0" layoutInCell="1" allowOverlap="1" wp14:anchorId="49C518D3" wp14:editId="5D14382C">
                <wp:simplePos x="0" y="0"/>
                <wp:positionH relativeFrom="column">
                  <wp:posOffset>723900</wp:posOffset>
                </wp:positionH>
                <wp:positionV relativeFrom="paragraph">
                  <wp:posOffset>30480</wp:posOffset>
                </wp:positionV>
                <wp:extent cx="495300" cy="342900"/>
                <wp:effectExtent l="19050" t="19050" r="38100" b="38100"/>
                <wp:wrapNone/>
                <wp:docPr id="1850018860"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97DB8" id="楕円 26" o:spid="_x0000_s1026" style="position:absolute;margin-left:57pt;margin-top:2.4pt;width:39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" filled="f" strokecolor="#e00" strokeweight="4.5pt"/>
            </w:pict>
          </mc:Fallback>
        </mc:AlternateContent>
      </w:r>
    </w:p>
    <w:p w14:paraId="1A79D688" w14:textId="7BCFF5A9" w:rsidR="00EF16D6" w:rsidRDefault="00CD27A6" w:rsidP="00DE222D">
      <w:pPr>
        <w:spacing w:after="0" w:line="240" w:lineRule="auto"/>
        <w:rPr>
          <w:lang w:eastAsia="ja-JP"/>
        </w:rPr>
      </w:pPr>
      <w:r>
        <w:rPr>
          <w:noProof/>
          <w:lang w:eastAsia="ja-JP"/>
        </w:rPr>
        <mc:AlternateContent>
          <mc:Choice Requires="wps">
            <w:drawing>
              <wp:anchor distT="0" distB="0" distL="114300" distR="114300" simplePos="0" relativeHeight="251732480" behindDoc="0" locked="0" layoutInCell="1" allowOverlap="1" wp14:anchorId="187D9AE3" wp14:editId="32565A39">
                <wp:simplePos x="0" y="0"/>
                <wp:positionH relativeFrom="column">
                  <wp:posOffset>2628900</wp:posOffset>
                </wp:positionH>
                <wp:positionV relativeFrom="paragraph">
                  <wp:posOffset>141605</wp:posOffset>
                </wp:positionV>
                <wp:extent cx="495300" cy="342900"/>
                <wp:effectExtent l="19050" t="19050" r="38100" b="38100"/>
                <wp:wrapNone/>
                <wp:docPr id="733046314"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6A2E1" id="楕円 26" o:spid="_x0000_s1026" style="position:absolute;margin-left:207pt;margin-top:11.15pt;width:39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" filled="f" strokecolor="#e00" strokeweight="4.5pt"/>
            </w:pict>
          </mc:Fallback>
        </mc:AlternateContent>
      </w: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31456" behindDoc="0" locked="0" layoutInCell="1" allowOverlap="1" wp14:anchorId="41320DFB" wp14:editId="0814473F">
                <wp:simplePos x="0" y="0"/>
                <wp:positionH relativeFrom="page">
                  <wp:posOffset>4133850</wp:posOffset>
                </wp:positionH>
                <wp:positionV relativeFrom="paragraph">
                  <wp:posOffset>17780</wp:posOffset>
                </wp:positionV>
                <wp:extent cx="2066925" cy="600075"/>
                <wp:effectExtent l="0" t="0" r="28575" b="28575"/>
                <wp:wrapNone/>
                <wp:docPr id="1740726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00075"/>
                        </a:xfrm>
                        <a:prstGeom prst="rect">
                          <a:avLst/>
                        </a:prstGeom>
                        <a:solidFill>
                          <a:srgbClr val="FFFFFF"/>
                        </a:solidFill>
                        <a:ln w="9525">
                          <a:solidFill>
                            <a:srgbClr val="000000"/>
                          </a:solidFill>
                          <a:miter lim="800000"/>
                          <a:headEnd/>
                          <a:tailEnd/>
                        </a:ln>
                      </wps:spPr>
                      <wps:txbx>
                        <w:txbxContent>
                          <w:p w14:paraId="7F61812B" w14:textId="77777777" w:rsidR="00CD27A6" w:rsidRPr="00CD27A6"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「＋」をクリックすると</w:t>
                            </w:r>
                          </w:p>
                          <w:p w14:paraId="20F3E5B8" w14:textId="5AA54F0C" w:rsidR="00CD27A6" w:rsidRPr="00DE222D"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行を増やすことができます。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320DFB" id="_x0000_s1040" type="#_x0000_t202" style="position:absolute;margin-left:325.5pt;margin-top:1.4pt;width:162.75pt;height:47.25pt;z-index:251731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">
                <v:textbox>
                  <w:txbxContent>
                    <w:p w14:paraId="7F61812B" w14:textId="77777777" w:rsidR="00CD27A6" w:rsidRPr="00CD27A6"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「＋」をクリックすると</w:t>
                      </w:r>
                    </w:p>
                    <w:p w14:paraId="20F3E5B8" w14:textId="5AA54F0C" w:rsidR="00CD27A6" w:rsidRPr="00DE222D"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行を増やすことができます。</w:t>
                      </w:r>
                    </w:p>
                  </w:txbxContent>
                </v:textbox>
                <w10:wrap anchorx="page"/>
              </v:shape>
            </w:pict>
          </mc:Fallback>
        </mc:AlternateContent>
      </w:r>
    </w:p>
    <w:p w14:paraId="496F9021" w14:textId="3A3A8805" w:rsidR="00EF16D6" w:rsidRDefault="00CD27A6"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36576" behindDoc="0" locked="0" layoutInCell="1" allowOverlap="1" wp14:anchorId="5F786784" wp14:editId="59FE3DA4">
                <wp:simplePos x="0" y="0"/>
                <wp:positionH relativeFrom="page">
                  <wp:posOffset>495300</wp:posOffset>
                </wp:positionH>
                <wp:positionV relativeFrom="paragraph">
                  <wp:posOffset>158115</wp:posOffset>
                </wp:positionV>
                <wp:extent cx="2066925" cy="600075"/>
                <wp:effectExtent l="0" t="0" r="28575" b="28575"/>
                <wp:wrapNone/>
                <wp:docPr id="5280700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00075"/>
                        </a:xfrm>
                        <a:prstGeom prst="rect">
                          <a:avLst/>
                        </a:prstGeom>
                        <a:solidFill>
                          <a:srgbClr val="FFFFFF"/>
                        </a:solidFill>
                        <a:ln w="9525">
                          <a:solidFill>
                            <a:srgbClr val="000000"/>
                          </a:solidFill>
                          <a:miter lim="800000"/>
                          <a:headEnd/>
                          <a:tailEnd/>
                        </a:ln>
                      </wps:spPr>
                      <wps:txbx>
                        <w:txbxContent>
                          <w:p w14:paraId="17DF8151" w14:textId="067EAA85" w:rsidR="00CD27A6" w:rsidRPr="00CD27A6" w:rsidRDefault="00CD27A6" w:rsidP="00CD27A6">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w:t>
                            </w:r>
                            <w:r w:rsidRPr="00CD27A6">
                              <w:rPr>
                                <w:rFonts w:ascii="ＭＳ ゴシック" w:eastAsia="ＭＳ ゴシック" w:hAnsi="ＭＳ ゴシック" w:hint="eastAsia"/>
                                <w:sz w:val="21"/>
                                <w:szCs w:val="21"/>
                                <w:lang w:eastAsia="ja-JP"/>
                              </w:rPr>
                              <w:t>×」をクリックすると</w:t>
                            </w:r>
                          </w:p>
                          <w:p w14:paraId="1344A3E5" w14:textId="79187B60" w:rsidR="00CD27A6" w:rsidRPr="00DE222D"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行を削除することができます</w:t>
                            </w:r>
                            <w:r w:rsidR="008C0C40">
                              <w:rPr>
                                <w:rFonts w:ascii="ＭＳ ゴシック" w:eastAsia="ＭＳ ゴシック" w:hAnsi="ＭＳ ゴシック" w:hint="eastAsia"/>
                                <w:sz w:val="21"/>
                                <w:szCs w:val="21"/>
                                <w:lang w:eastAsia="ja-JP"/>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86784" id="_x0000_s1041" type="#_x0000_t202" style="position:absolute;margin-left:39pt;margin-top:12.45pt;width:162.75pt;height:47.25pt;z-index:251736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">
                <v:textbox>
                  <w:txbxContent>
                    <w:p w14:paraId="17DF8151" w14:textId="067EAA85" w:rsidR="00CD27A6" w:rsidRPr="00CD27A6" w:rsidRDefault="00CD27A6" w:rsidP="00CD27A6">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w:t>
                      </w:r>
                      <w:r w:rsidRPr="00CD27A6">
                        <w:rPr>
                          <w:rFonts w:ascii="ＭＳ ゴシック" w:eastAsia="ＭＳ ゴシック" w:hAnsi="ＭＳ ゴシック" w:hint="eastAsia"/>
                          <w:sz w:val="21"/>
                          <w:szCs w:val="21"/>
                          <w:lang w:eastAsia="ja-JP"/>
                        </w:rPr>
                        <w:t>×」をクリックすると</w:t>
                      </w:r>
                    </w:p>
                    <w:p w14:paraId="1344A3E5" w14:textId="79187B60" w:rsidR="00CD27A6" w:rsidRPr="00DE222D" w:rsidRDefault="00CD27A6" w:rsidP="00CD27A6">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行を削除することができます</w:t>
                      </w:r>
                      <w:r w:rsidR="008C0C40">
                        <w:rPr>
                          <w:rFonts w:ascii="ＭＳ ゴシック" w:eastAsia="ＭＳ ゴシック" w:hAnsi="ＭＳ ゴシック" w:hint="eastAsia"/>
                          <w:sz w:val="21"/>
                          <w:szCs w:val="21"/>
                          <w:lang w:eastAsia="ja-JP"/>
                        </w:rPr>
                        <w:t>。</w:t>
                      </w:r>
                    </w:p>
                  </w:txbxContent>
                </v:textbox>
                <w10:wrap anchorx="page"/>
              </v:shape>
            </w:pict>
          </mc:Fallback>
        </mc:AlternateContent>
      </w:r>
    </w:p>
    <w:p w14:paraId="0CF7CB4F" w14:textId="2FE9DFC6" w:rsidR="00EF16D6" w:rsidRDefault="00EF16D6" w:rsidP="00DE222D">
      <w:pPr>
        <w:spacing w:after="0" w:line="240" w:lineRule="auto"/>
        <w:rPr>
          <w:lang w:eastAsia="ja-JP"/>
        </w:rPr>
      </w:pPr>
    </w:p>
    <w:p w14:paraId="2C54501B" w14:textId="49AF2A0B" w:rsidR="00EF16D6" w:rsidRDefault="00EF16D6" w:rsidP="00DE222D">
      <w:pPr>
        <w:spacing w:after="0" w:line="240" w:lineRule="auto"/>
        <w:rPr>
          <w:lang w:eastAsia="ja-JP"/>
        </w:rPr>
      </w:pPr>
    </w:p>
    <w:p w14:paraId="2EFFB92F" w14:textId="68D57F77" w:rsidR="00EF16D6" w:rsidRDefault="00EF16D6" w:rsidP="00DE222D">
      <w:pPr>
        <w:spacing w:after="0" w:line="240" w:lineRule="auto"/>
        <w:rPr>
          <w:lang w:eastAsia="ja-JP"/>
        </w:rPr>
      </w:pPr>
    </w:p>
    <w:p w14:paraId="1F73AE1D" w14:textId="7384E9C8" w:rsidR="00EF16D6" w:rsidRDefault="00EF16D6" w:rsidP="00DE222D">
      <w:pPr>
        <w:spacing w:after="0" w:line="240" w:lineRule="auto"/>
        <w:rPr>
          <w:lang w:eastAsia="ja-JP"/>
        </w:rPr>
      </w:pPr>
    </w:p>
    <w:p w14:paraId="6389BC2C" w14:textId="77777777" w:rsidR="00EF16D6" w:rsidRDefault="00EF16D6" w:rsidP="00DE222D">
      <w:pPr>
        <w:spacing w:after="0" w:line="240" w:lineRule="auto"/>
        <w:rPr>
          <w:lang w:eastAsia="ja-JP"/>
        </w:rPr>
      </w:pPr>
    </w:p>
    <w:p w14:paraId="73C721B6" w14:textId="77777777" w:rsidR="00EF16D6" w:rsidRDefault="00EF16D6" w:rsidP="00DE222D">
      <w:pPr>
        <w:spacing w:after="0" w:line="240" w:lineRule="auto"/>
        <w:rPr>
          <w:lang w:eastAsia="ja-JP"/>
        </w:rPr>
      </w:pPr>
    </w:p>
    <w:p w14:paraId="4FF41D09" w14:textId="77777777" w:rsidR="00DE222D" w:rsidRDefault="00DE222D" w:rsidP="00DE222D">
      <w:pPr>
        <w:spacing w:after="0" w:line="240" w:lineRule="auto"/>
        <w:rPr>
          <w:lang w:eastAsia="ja-JP"/>
        </w:rPr>
      </w:pPr>
    </w:p>
    <w:p w14:paraId="2E88E837" w14:textId="313EC104" w:rsidR="00DE222D" w:rsidRDefault="00DE222D" w:rsidP="00DE222D">
      <w:pPr>
        <w:spacing w:after="0" w:line="240" w:lineRule="auto"/>
        <w:rPr>
          <w:lang w:eastAsia="ja-JP"/>
        </w:rPr>
      </w:pPr>
    </w:p>
    <w:p w14:paraId="4603441C" w14:textId="64F48F98" w:rsidR="00DE222D" w:rsidRDefault="00DE222D" w:rsidP="00DE222D">
      <w:pPr>
        <w:spacing w:after="0" w:line="240" w:lineRule="auto"/>
        <w:rPr>
          <w:lang w:eastAsia="ja-JP"/>
        </w:rPr>
      </w:pPr>
    </w:p>
    <w:p w14:paraId="170A1669" w14:textId="1B1061DF" w:rsidR="00DE222D" w:rsidRDefault="00DE222D" w:rsidP="00DE222D">
      <w:pPr>
        <w:spacing w:after="0" w:line="240" w:lineRule="auto"/>
        <w:rPr>
          <w:lang w:eastAsia="ja-JP"/>
        </w:rPr>
      </w:pPr>
    </w:p>
    <w:p w14:paraId="207B1A2B" w14:textId="32889E70" w:rsidR="00DE222D" w:rsidRPr="005D1E07" w:rsidRDefault="00CD27A6" w:rsidP="00DE222D">
      <w:pPr>
        <w:spacing w:after="0" w:line="240" w:lineRule="auto"/>
        <w:rPr>
          <w:rFonts w:asciiTheme="majorEastAsia" w:eastAsiaTheme="majorEastAsia" w:hAnsiTheme="majorEastAsia"/>
          <w:b/>
          <w:bCs/>
          <w:sz w:val="24"/>
          <w:szCs w:val="24"/>
          <w:lang w:eastAsia="ja-JP"/>
        </w:rPr>
      </w:pPr>
      <w:r w:rsidRPr="005D1E07">
        <w:rPr>
          <w:rFonts w:asciiTheme="majorEastAsia" w:eastAsiaTheme="majorEastAsia" w:hAnsiTheme="majorEastAsia" w:hint="eastAsia"/>
          <w:b/>
          <w:bCs/>
          <w:sz w:val="24"/>
          <w:szCs w:val="24"/>
          <w:lang w:eastAsia="ja-JP"/>
        </w:rPr>
        <w:t>≪チェックポイント</w:t>
      </w:r>
      <w:r w:rsidR="00DC37C1" w:rsidRPr="005D1E07">
        <w:rPr>
          <w:rFonts w:asciiTheme="majorEastAsia" w:eastAsiaTheme="majorEastAsia" w:hAnsiTheme="majorEastAsia" w:hint="eastAsia"/>
          <w:b/>
          <w:bCs/>
          <w:sz w:val="24"/>
          <w:szCs w:val="24"/>
          <w:lang w:eastAsia="ja-JP"/>
        </w:rPr>
        <w:t xml:space="preserve">　収入</w:t>
      </w:r>
      <w:r w:rsidRPr="005D1E07">
        <w:rPr>
          <w:rFonts w:asciiTheme="majorEastAsia" w:eastAsiaTheme="majorEastAsia" w:hAnsiTheme="majorEastAsia" w:hint="eastAsia"/>
          <w:b/>
          <w:bCs/>
          <w:sz w:val="24"/>
          <w:szCs w:val="24"/>
          <w:lang w:eastAsia="ja-JP"/>
        </w:rPr>
        <w:t>≫</w:t>
      </w:r>
    </w:p>
    <w:p w14:paraId="13F5561F" w14:textId="76B5B351" w:rsidR="00C20D5A" w:rsidRPr="00DC37C1" w:rsidRDefault="00C20D5A" w:rsidP="00DE222D">
      <w:pPr>
        <w:spacing w:after="0" w:line="240" w:lineRule="auto"/>
        <w:rPr>
          <w:rFonts w:asciiTheme="majorEastAsia" w:eastAsiaTheme="majorEastAsia" w:hAnsiTheme="majorEastAsia"/>
          <w:noProof/>
          <w:lang w:eastAsia="ja-JP"/>
        </w:rPr>
      </w:pPr>
      <w:r w:rsidRPr="00DC37C1">
        <w:rPr>
          <w:rFonts w:asciiTheme="majorEastAsia" w:eastAsiaTheme="majorEastAsia" w:hAnsiTheme="majorEastAsia" w:hint="eastAsia"/>
          <w:noProof/>
          <w:lang w:eastAsia="ja-JP"/>
        </w:rPr>
        <w:t>■自主財源の確認欄があります。</w:t>
      </w:r>
    </w:p>
    <w:p w14:paraId="446EC1C6" w14:textId="10CB26F7" w:rsidR="00C20D5A" w:rsidRPr="00C20D5A" w:rsidRDefault="00C20D5A" w:rsidP="00C20D5A">
      <w:pPr>
        <w:spacing w:after="0" w:line="240" w:lineRule="auto"/>
        <w:rPr>
          <w:noProof/>
          <w:lang w:eastAsia="ja-JP"/>
        </w:rPr>
      </w:pPr>
      <w:r>
        <w:rPr>
          <w:rFonts w:hint="eastAsia"/>
          <w:noProof/>
          <w:lang w:eastAsia="ja-JP"/>
        </w:rPr>
        <w:drawing>
          <wp:anchor distT="0" distB="0" distL="114300" distR="114300" simplePos="0" relativeHeight="251737600" behindDoc="0" locked="0" layoutInCell="1" allowOverlap="1" wp14:anchorId="422CD943" wp14:editId="686141A0">
            <wp:simplePos x="0" y="0"/>
            <wp:positionH relativeFrom="margin">
              <wp:align>right</wp:align>
            </wp:positionH>
            <wp:positionV relativeFrom="paragraph">
              <wp:posOffset>14605</wp:posOffset>
            </wp:positionV>
            <wp:extent cx="6858000" cy="2924810"/>
            <wp:effectExtent l="0" t="0" r="0" b="8890"/>
            <wp:wrapNone/>
            <wp:docPr id="1106290768" name="図 32"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90768" name="図 32" descr="グラフィカル ユーザー インターフェイス, テキスト, アプリケーション, メール&#10;&#10;AI 生成コンテンツは誤りを含む可能性があります。"/>
                    <pic:cNvPicPr/>
                  </pic:nvPicPr>
                  <pic:blipFill>
                    <a:blip r:embed="rId26"/>
                    <a:stretch>
                      <a:fillRect/>
                    </a:stretch>
                  </pic:blipFill>
                  <pic:spPr>
                    <a:xfrm>
                      <a:off x="0" y="0"/>
                      <a:ext cx="6858000" cy="2924810"/>
                    </a:xfrm>
                    <a:prstGeom prst="rect">
                      <a:avLst/>
                    </a:prstGeom>
                  </pic:spPr>
                </pic:pic>
              </a:graphicData>
            </a:graphic>
            <wp14:sizeRelH relativeFrom="page">
              <wp14:pctWidth>0</wp14:pctWidth>
            </wp14:sizeRelH>
            <wp14:sizeRelV relativeFrom="page">
              <wp14:pctHeight>0</wp14:pctHeight>
            </wp14:sizeRelV>
          </wp:anchor>
        </w:drawing>
      </w:r>
    </w:p>
    <w:p w14:paraId="76C9AD3F" w14:textId="08B95C81" w:rsidR="00C20D5A" w:rsidRDefault="00C20D5A" w:rsidP="00C20D5A">
      <w:pPr>
        <w:spacing w:after="0" w:line="240" w:lineRule="auto"/>
        <w:rPr>
          <w:noProof/>
          <w:lang w:eastAsia="ja-JP"/>
        </w:rPr>
      </w:pPr>
    </w:p>
    <w:p w14:paraId="319B4FD9" w14:textId="639EC54B" w:rsidR="00C20D5A" w:rsidRDefault="00C20D5A" w:rsidP="00C20D5A">
      <w:pPr>
        <w:spacing w:after="0" w:line="240" w:lineRule="auto"/>
        <w:rPr>
          <w:noProof/>
          <w:lang w:eastAsia="ja-JP"/>
        </w:rPr>
      </w:pPr>
    </w:p>
    <w:p w14:paraId="414A62A5" w14:textId="56684C9F" w:rsidR="00C20D5A" w:rsidRDefault="00C20D5A" w:rsidP="00C20D5A">
      <w:pPr>
        <w:spacing w:after="0" w:line="240" w:lineRule="auto"/>
        <w:rPr>
          <w:noProof/>
          <w:lang w:eastAsia="ja-JP"/>
        </w:rPr>
      </w:pPr>
    </w:p>
    <w:p w14:paraId="546785BA" w14:textId="5CA284E8" w:rsidR="00C20D5A" w:rsidRDefault="00881430" w:rsidP="00C20D5A">
      <w:pPr>
        <w:spacing w:after="0" w:line="240" w:lineRule="auto"/>
        <w:rPr>
          <w:noProof/>
          <w:lang w:eastAsia="ja-JP"/>
        </w:rPr>
      </w:pPr>
      <w:r>
        <w:rPr>
          <w:noProof/>
          <w:lang w:eastAsia="ja-JP"/>
        </w:rPr>
        <mc:AlternateContent>
          <mc:Choice Requires="wps">
            <w:drawing>
              <wp:anchor distT="45720" distB="45720" distL="114300" distR="114300" simplePos="0" relativeHeight="251853312" behindDoc="0" locked="0" layoutInCell="1" allowOverlap="1" wp14:anchorId="0B025604" wp14:editId="323CF390">
                <wp:simplePos x="0" y="0"/>
                <wp:positionH relativeFrom="column">
                  <wp:posOffset>5090160</wp:posOffset>
                </wp:positionH>
                <wp:positionV relativeFrom="paragraph">
                  <wp:posOffset>66675</wp:posOffset>
                </wp:positionV>
                <wp:extent cx="464820" cy="266700"/>
                <wp:effectExtent l="0" t="0" r="11430" b="19050"/>
                <wp:wrapNone/>
                <wp:docPr id="1991001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66700"/>
                        </a:xfrm>
                        <a:prstGeom prst="rect">
                          <a:avLst/>
                        </a:prstGeom>
                        <a:solidFill>
                          <a:srgbClr val="FFFFFF"/>
                        </a:solidFill>
                        <a:ln w="9525">
                          <a:solidFill>
                            <a:srgbClr val="000000"/>
                          </a:solidFill>
                          <a:miter lim="800000"/>
                          <a:headEnd/>
                          <a:tailEnd/>
                        </a:ln>
                      </wps:spPr>
                      <wps:txbx>
                        <w:txbxContent>
                          <w:p w14:paraId="50DC9BEA" w14:textId="4728A5A7" w:rsidR="00881430" w:rsidRDefault="00881430" w:rsidP="00881430">
                            <w:pPr>
                              <w:jc w:val="center"/>
                              <w:rPr>
                                <w:lang w:eastAsia="ja-JP"/>
                              </w:rPr>
                            </w:pPr>
                            <w:r>
                              <w:rPr>
                                <w:rFonts w:hint="eastAsia"/>
                                <w:lang w:eastAsia="ja-JP"/>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25604" id="_x0000_s1042" type="#_x0000_t202" style="position:absolute;margin-left:400.8pt;margin-top:5.25pt;width:36.6pt;height:21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rLFAIAACY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">
                <v:textbox>
                  <w:txbxContent>
                    <w:p w14:paraId="50DC9BEA" w14:textId="4728A5A7" w:rsidR="00881430" w:rsidRDefault="00881430" w:rsidP="00881430">
                      <w:pPr>
                        <w:jc w:val="center"/>
                        <w:rPr>
                          <w:rFonts w:hint="eastAsia"/>
                          <w:lang w:eastAsia="ja-JP"/>
                        </w:rPr>
                      </w:pPr>
                      <w:r>
                        <w:rPr>
                          <w:rFonts w:hint="eastAsia"/>
                          <w:lang w:eastAsia="ja-JP"/>
                        </w:rPr>
                        <w:t>25</w:t>
                      </w:r>
                    </w:p>
                  </w:txbxContent>
                </v:textbox>
              </v:shape>
            </w:pict>
          </mc:Fallback>
        </mc:AlternateContent>
      </w:r>
      <w:r w:rsidR="00DC37C1">
        <w:rPr>
          <w:noProof/>
          <w:lang w:eastAsia="ja-JP"/>
        </w:rPr>
        <mc:AlternateContent>
          <mc:Choice Requires="wps">
            <w:drawing>
              <wp:anchor distT="0" distB="0" distL="114300" distR="114300" simplePos="0" relativeHeight="251744768" behindDoc="0" locked="0" layoutInCell="1" allowOverlap="1" wp14:anchorId="15AE9172" wp14:editId="2C43BD6C">
                <wp:simplePos x="0" y="0"/>
                <wp:positionH relativeFrom="column">
                  <wp:posOffset>4714874</wp:posOffset>
                </wp:positionH>
                <wp:positionV relativeFrom="paragraph">
                  <wp:posOffset>26035</wp:posOffset>
                </wp:positionV>
                <wp:extent cx="1343025" cy="342900"/>
                <wp:effectExtent l="19050" t="19050" r="47625" b="38100"/>
                <wp:wrapNone/>
                <wp:docPr id="110509791" name="楕円 26"/>
                <wp:cNvGraphicFramePr/>
                <a:graphic xmlns:a="http://schemas.openxmlformats.org/drawingml/2006/main">
                  <a:graphicData uri="http://schemas.microsoft.com/office/word/2010/wordprocessingShape">
                    <wps:wsp>
                      <wps:cNvSpPr/>
                      <wps:spPr>
                        <a:xfrm>
                          <a:off x="0" y="0"/>
                          <a:ext cx="1343025"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D8035" id="楕円 26" o:spid="_x0000_s1026" style="position:absolute;margin-left:371.25pt;margin-top:2.05pt;width:105.7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" filled="f" strokecolor="#e00" strokeweight="4.5pt"/>
            </w:pict>
          </mc:Fallback>
        </mc:AlternateContent>
      </w:r>
    </w:p>
    <w:p w14:paraId="75120A91" w14:textId="77777777" w:rsidR="00C20D5A" w:rsidRDefault="00C20D5A" w:rsidP="00C20D5A">
      <w:pPr>
        <w:spacing w:after="0" w:line="240" w:lineRule="auto"/>
        <w:rPr>
          <w:noProof/>
          <w:lang w:eastAsia="ja-JP"/>
        </w:rPr>
      </w:pPr>
    </w:p>
    <w:p w14:paraId="513EB21F" w14:textId="1289A754" w:rsidR="00C20D5A" w:rsidRDefault="00C20D5A" w:rsidP="00C20D5A">
      <w:pPr>
        <w:spacing w:after="0" w:line="240" w:lineRule="auto"/>
        <w:rPr>
          <w:noProof/>
          <w:lang w:eastAsia="ja-JP"/>
        </w:rPr>
      </w:pPr>
    </w:p>
    <w:p w14:paraId="7F4C3159" w14:textId="7468FDAC" w:rsidR="00C20D5A" w:rsidRDefault="00353192" w:rsidP="00C20D5A">
      <w:pPr>
        <w:spacing w:after="0" w:line="240" w:lineRule="auto"/>
        <w:rPr>
          <w:noProof/>
          <w:lang w:eastAsia="ja-JP"/>
        </w:rPr>
      </w:pPr>
      <w:r>
        <w:rPr>
          <w:noProof/>
          <w:lang w:eastAsia="ja-JP"/>
        </w:rPr>
        <mc:AlternateContent>
          <mc:Choice Requires="wps">
            <w:drawing>
              <wp:anchor distT="0" distB="0" distL="114300" distR="114300" simplePos="0" relativeHeight="251780608" behindDoc="0" locked="0" layoutInCell="1" allowOverlap="1" wp14:anchorId="13A39BB5" wp14:editId="69E94014">
                <wp:simplePos x="0" y="0"/>
                <wp:positionH relativeFrom="column">
                  <wp:posOffset>676275</wp:posOffset>
                </wp:positionH>
                <wp:positionV relativeFrom="paragraph">
                  <wp:posOffset>29846</wp:posOffset>
                </wp:positionV>
                <wp:extent cx="2562225" cy="685800"/>
                <wp:effectExtent l="19050" t="19050" r="47625" b="38100"/>
                <wp:wrapNone/>
                <wp:docPr id="2031515549" name="楕円 26"/>
                <wp:cNvGraphicFramePr/>
                <a:graphic xmlns:a="http://schemas.openxmlformats.org/drawingml/2006/main">
                  <a:graphicData uri="http://schemas.microsoft.com/office/word/2010/wordprocessingShape">
                    <wps:wsp>
                      <wps:cNvSpPr/>
                      <wps:spPr>
                        <a:xfrm>
                          <a:off x="0" y="0"/>
                          <a:ext cx="2562225" cy="6858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AFC26" id="楕円 26" o:spid="_x0000_s1026" style="position:absolute;margin-left:53.25pt;margin-top:2.35pt;width:201.75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" filled="f" strokecolor="#e00" strokeweight="4.5pt"/>
            </w:pict>
          </mc:Fallback>
        </mc:AlternateContent>
      </w:r>
    </w:p>
    <w:p w14:paraId="1E50B246" w14:textId="2C23CC7F" w:rsidR="00C20D5A" w:rsidRDefault="00C20D5A" w:rsidP="00C20D5A">
      <w:pPr>
        <w:spacing w:after="0" w:line="240" w:lineRule="auto"/>
        <w:rPr>
          <w:noProof/>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39648" behindDoc="0" locked="0" layoutInCell="1" allowOverlap="1" wp14:anchorId="5B3DB475" wp14:editId="7AD29AC5">
                <wp:simplePos x="0" y="0"/>
                <wp:positionH relativeFrom="margin">
                  <wp:posOffset>3581400</wp:posOffset>
                </wp:positionH>
                <wp:positionV relativeFrom="paragraph">
                  <wp:posOffset>8890</wp:posOffset>
                </wp:positionV>
                <wp:extent cx="3228975" cy="857250"/>
                <wp:effectExtent l="0" t="0" r="28575" b="19050"/>
                <wp:wrapNone/>
                <wp:docPr id="170776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57250"/>
                        </a:xfrm>
                        <a:prstGeom prst="rect">
                          <a:avLst/>
                        </a:prstGeom>
                        <a:solidFill>
                          <a:srgbClr val="FFFFFF"/>
                        </a:solidFill>
                        <a:ln w="9525">
                          <a:solidFill>
                            <a:srgbClr val="000000"/>
                          </a:solidFill>
                          <a:miter lim="800000"/>
                          <a:headEnd/>
                          <a:tailEnd/>
                        </a:ln>
                      </wps:spPr>
                      <wps:txbx>
                        <w:txbxContent>
                          <w:p w14:paraId="3AEF96A5" w14:textId="77777777" w:rsidR="00C20D5A" w:rsidRDefault="00C20D5A" w:rsidP="00C20D5A">
                            <w:pPr>
                              <w:spacing w:after="0" w:line="240" w:lineRule="auto"/>
                              <w:rPr>
                                <w:rFonts w:ascii="ＭＳ ゴシック" w:eastAsia="ＭＳ ゴシック" w:hAnsi="ＭＳ ゴシック"/>
                                <w:sz w:val="21"/>
                                <w:szCs w:val="21"/>
                                <w:lang w:eastAsia="ja-JP"/>
                              </w:rPr>
                            </w:pPr>
                            <w:r w:rsidRPr="00C20D5A">
                              <w:rPr>
                                <w:rFonts w:ascii="ＭＳ ゴシック" w:eastAsia="ＭＳ ゴシック" w:hAnsi="ＭＳ ゴシック" w:hint="eastAsia"/>
                                <w:sz w:val="21"/>
                                <w:szCs w:val="21"/>
                                <w:lang w:eastAsia="ja-JP"/>
                              </w:rPr>
                              <w:t>自主財源の割合が20％以上あるか確認の上、</w:t>
                            </w:r>
                          </w:p>
                          <w:p w14:paraId="6CFC782D" w14:textId="23742D03" w:rsidR="00C20D5A" w:rsidRDefault="00C20D5A" w:rsidP="00C20D5A">
                            <w:pPr>
                              <w:spacing w:after="0" w:line="240" w:lineRule="auto"/>
                              <w:rPr>
                                <w:rFonts w:ascii="ＭＳ ゴシック" w:eastAsia="ＭＳ ゴシック" w:hAnsi="ＭＳ ゴシック"/>
                                <w:sz w:val="21"/>
                                <w:szCs w:val="21"/>
                                <w:lang w:eastAsia="ja-JP"/>
                              </w:rPr>
                            </w:pPr>
                            <w:r w:rsidRPr="00C20D5A">
                              <w:rPr>
                                <w:rFonts w:ascii="ＭＳ ゴシック" w:eastAsia="ＭＳ ゴシック" w:hAnsi="ＭＳ ゴシック" w:hint="eastAsia"/>
                                <w:sz w:val="21"/>
                                <w:szCs w:val="21"/>
                                <w:lang w:eastAsia="ja-JP"/>
                              </w:rPr>
                              <w:t>チェックボックスにチェックを入れてください。</w:t>
                            </w:r>
                          </w:p>
                          <w:p w14:paraId="6BA13B7D" w14:textId="77777777" w:rsidR="00C20D5A"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※必須項目のため、この項目を☑しないと</w:t>
                            </w:r>
                          </w:p>
                          <w:p w14:paraId="67FD6A0E" w14:textId="0D2F5374" w:rsidR="00C20D5A" w:rsidRPr="00DE222D"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保存ができません。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DB475" id="_x0000_s1043" type="#_x0000_t202" style="position:absolute;margin-left:282pt;margin-top:.7pt;width:254.25pt;height:67.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">
                <v:textbox>
                  <w:txbxContent>
                    <w:p w14:paraId="3AEF96A5" w14:textId="77777777" w:rsidR="00C20D5A" w:rsidRDefault="00C20D5A" w:rsidP="00C20D5A">
                      <w:pPr>
                        <w:spacing w:after="0" w:line="240" w:lineRule="auto"/>
                        <w:rPr>
                          <w:rFonts w:ascii="ＭＳ ゴシック" w:eastAsia="ＭＳ ゴシック" w:hAnsi="ＭＳ ゴシック"/>
                          <w:sz w:val="21"/>
                          <w:szCs w:val="21"/>
                          <w:lang w:eastAsia="ja-JP"/>
                        </w:rPr>
                      </w:pPr>
                      <w:r w:rsidRPr="00C20D5A">
                        <w:rPr>
                          <w:rFonts w:ascii="ＭＳ ゴシック" w:eastAsia="ＭＳ ゴシック" w:hAnsi="ＭＳ ゴシック" w:hint="eastAsia"/>
                          <w:sz w:val="21"/>
                          <w:szCs w:val="21"/>
                          <w:lang w:eastAsia="ja-JP"/>
                        </w:rPr>
                        <w:t>自主財源の割合が20％以上あるか確認の上、</w:t>
                      </w:r>
                    </w:p>
                    <w:p w14:paraId="6CFC782D" w14:textId="23742D03" w:rsidR="00C20D5A" w:rsidRDefault="00C20D5A" w:rsidP="00C20D5A">
                      <w:pPr>
                        <w:spacing w:after="0" w:line="240" w:lineRule="auto"/>
                        <w:rPr>
                          <w:rFonts w:ascii="ＭＳ ゴシック" w:eastAsia="ＭＳ ゴシック" w:hAnsi="ＭＳ ゴシック"/>
                          <w:sz w:val="21"/>
                          <w:szCs w:val="21"/>
                          <w:lang w:eastAsia="ja-JP"/>
                        </w:rPr>
                      </w:pPr>
                      <w:r w:rsidRPr="00C20D5A">
                        <w:rPr>
                          <w:rFonts w:ascii="ＭＳ ゴシック" w:eastAsia="ＭＳ ゴシック" w:hAnsi="ＭＳ ゴシック" w:hint="eastAsia"/>
                          <w:sz w:val="21"/>
                          <w:szCs w:val="21"/>
                          <w:lang w:eastAsia="ja-JP"/>
                        </w:rPr>
                        <w:t>チェックボックスにチェックを入れてください。</w:t>
                      </w:r>
                    </w:p>
                    <w:p w14:paraId="6BA13B7D" w14:textId="77777777" w:rsidR="00C20D5A"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※必須項目のため、この項目を☑しないと</w:t>
                      </w:r>
                    </w:p>
                    <w:p w14:paraId="67FD6A0E" w14:textId="0D2F5374" w:rsidR="00C20D5A" w:rsidRPr="00DE222D"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保存ができません。</w:t>
                      </w:r>
                    </w:p>
                  </w:txbxContent>
                </v:textbox>
                <w10:wrap anchorx="margin"/>
              </v:shape>
            </w:pict>
          </mc:Fallback>
        </mc:AlternateContent>
      </w:r>
    </w:p>
    <w:p w14:paraId="16CEB66D" w14:textId="1644B748" w:rsidR="00C20D5A" w:rsidRDefault="00C20D5A" w:rsidP="00C20D5A">
      <w:pPr>
        <w:spacing w:after="0" w:line="240" w:lineRule="auto"/>
        <w:rPr>
          <w:noProof/>
          <w:lang w:eastAsia="ja-JP"/>
        </w:rPr>
      </w:pPr>
    </w:p>
    <w:p w14:paraId="11B9BFCB" w14:textId="0950D0E0" w:rsidR="00C20D5A" w:rsidRDefault="00C20D5A" w:rsidP="00C20D5A">
      <w:pPr>
        <w:spacing w:after="0" w:line="240" w:lineRule="auto"/>
        <w:rPr>
          <w:noProof/>
          <w:lang w:eastAsia="ja-JP"/>
        </w:rPr>
      </w:pPr>
    </w:p>
    <w:p w14:paraId="70EE16F3" w14:textId="593EFB6A" w:rsidR="00C20D5A" w:rsidRDefault="00C20D5A" w:rsidP="00C20D5A">
      <w:pPr>
        <w:spacing w:after="0" w:line="240" w:lineRule="auto"/>
        <w:rPr>
          <w:noProof/>
          <w:lang w:eastAsia="ja-JP"/>
        </w:rPr>
      </w:pPr>
    </w:p>
    <w:p w14:paraId="668C5693" w14:textId="77777777" w:rsidR="00C20D5A" w:rsidRDefault="00C20D5A" w:rsidP="00DE222D">
      <w:pPr>
        <w:spacing w:after="0" w:line="240" w:lineRule="auto"/>
        <w:rPr>
          <w:lang w:eastAsia="ja-JP"/>
        </w:rPr>
      </w:pPr>
    </w:p>
    <w:p w14:paraId="7178B54A" w14:textId="3B57ED95" w:rsidR="00C20D5A" w:rsidRDefault="00C20D5A" w:rsidP="00DE222D">
      <w:pPr>
        <w:spacing w:after="0" w:line="240" w:lineRule="auto"/>
        <w:rPr>
          <w:lang w:eastAsia="ja-JP"/>
        </w:rPr>
      </w:pPr>
    </w:p>
    <w:p w14:paraId="47AFC995" w14:textId="77777777" w:rsidR="00C20D5A" w:rsidRDefault="00C20D5A" w:rsidP="00DE222D">
      <w:pPr>
        <w:spacing w:after="0" w:line="240" w:lineRule="auto"/>
        <w:rPr>
          <w:lang w:eastAsia="ja-JP"/>
        </w:rPr>
      </w:pPr>
    </w:p>
    <w:p w14:paraId="377B80FB" w14:textId="77777777" w:rsidR="00C20D5A" w:rsidRDefault="00C20D5A" w:rsidP="00DE222D">
      <w:pPr>
        <w:spacing w:after="0" w:line="240" w:lineRule="auto"/>
        <w:rPr>
          <w:lang w:eastAsia="ja-JP"/>
        </w:rPr>
      </w:pPr>
    </w:p>
    <w:p w14:paraId="379891F2" w14:textId="0320B61C" w:rsidR="00C20D5A" w:rsidRDefault="00C20D5A" w:rsidP="00DE222D">
      <w:pPr>
        <w:spacing w:after="0" w:line="240" w:lineRule="auto"/>
        <w:rPr>
          <w:lang w:eastAsia="ja-JP"/>
        </w:rPr>
      </w:pPr>
    </w:p>
    <w:p w14:paraId="4081F023" w14:textId="77777777" w:rsidR="00C20D5A" w:rsidRPr="00C20D5A" w:rsidRDefault="00C20D5A" w:rsidP="00DE222D">
      <w:pPr>
        <w:spacing w:after="0" w:line="240" w:lineRule="auto"/>
        <w:rPr>
          <w:lang w:eastAsia="ja-JP"/>
        </w:rPr>
      </w:pPr>
    </w:p>
    <w:p w14:paraId="174979D8" w14:textId="77777777" w:rsidR="00C20D5A" w:rsidRDefault="00C20D5A" w:rsidP="00DE222D">
      <w:pPr>
        <w:spacing w:after="0" w:line="240" w:lineRule="auto"/>
        <w:rPr>
          <w:lang w:eastAsia="ja-JP"/>
        </w:rPr>
      </w:pPr>
    </w:p>
    <w:p w14:paraId="5E0E8357" w14:textId="0457F063" w:rsidR="00353192" w:rsidRDefault="006C2584"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96992" behindDoc="0" locked="0" layoutInCell="1" allowOverlap="1" wp14:anchorId="3CADC3B5" wp14:editId="677B2E2F">
                <wp:simplePos x="0" y="0"/>
                <wp:positionH relativeFrom="margin">
                  <wp:align>right</wp:align>
                </wp:positionH>
                <wp:positionV relativeFrom="paragraph">
                  <wp:posOffset>48259</wp:posOffset>
                </wp:positionV>
                <wp:extent cx="6619875" cy="1133475"/>
                <wp:effectExtent l="0" t="0" r="28575" b="28575"/>
                <wp:wrapNone/>
                <wp:docPr id="2053675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133475"/>
                        </a:xfrm>
                        <a:prstGeom prst="rect">
                          <a:avLst/>
                        </a:prstGeom>
                        <a:solidFill>
                          <a:srgbClr val="FFFFFF"/>
                        </a:solidFill>
                        <a:ln w="9525">
                          <a:solidFill>
                            <a:srgbClr val="000000"/>
                          </a:solidFill>
                          <a:miter lim="800000"/>
                          <a:headEnd/>
                          <a:tailEnd/>
                        </a:ln>
                      </wps:spPr>
                      <wps:txbx>
                        <w:txbxContent>
                          <w:p w14:paraId="19A92A8C" w14:textId="382CEE5A" w:rsidR="006C2584" w:rsidRPr="00AA4858" w:rsidRDefault="006C2584" w:rsidP="006C2584">
                            <w:pPr>
                              <w:spacing w:after="0" w:line="240" w:lineRule="auto"/>
                              <w:rPr>
                                <w:rFonts w:asciiTheme="majorEastAsia" w:eastAsiaTheme="majorEastAsia" w:hAnsiTheme="majorEastAsia"/>
                                <w:b/>
                                <w:bCs/>
                                <w:u w:val="single"/>
                                <w:lang w:eastAsia="ja-JP"/>
                              </w:rPr>
                            </w:pPr>
                            <w:r w:rsidRPr="00AA4858">
                              <w:rPr>
                                <w:rFonts w:asciiTheme="majorEastAsia" w:eastAsiaTheme="majorEastAsia" w:hAnsiTheme="majorEastAsia" w:cs="Segoe UI Symbol"/>
                                <w:b/>
                                <w:bCs/>
                                <w:u w:val="single"/>
                                <w:lang w:eastAsia="ja-JP"/>
                              </w:rPr>
                              <w:t>✔</w:t>
                            </w:r>
                            <w:r>
                              <w:rPr>
                                <w:rFonts w:asciiTheme="majorEastAsia" w:eastAsiaTheme="majorEastAsia" w:hAnsiTheme="majorEastAsia" w:hint="eastAsia"/>
                                <w:b/>
                                <w:bCs/>
                                <w:u w:val="single"/>
                                <w:lang w:eastAsia="ja-JP"/>
                              </w:rPr>
                              <w:t>自主財源</w:t>
                            </w:r>
                            <w:r w:rsidRPr="00AA4858">
                              <w:rPr>
                                <w:rFonts w:asciiTheme="majorEastAsia" w:eastAsiaTheme="majorEastAsia" w:hAnsiTheme="majorEastAsia" w:hint="eastAsia"/>
                                <w:b/>
                                <w:bCs/>
                                <w:u w:val="single"/>
                                <w:lang w:eastAsia="ja-JP"/>
                              </w:rPr>
                              <w:t>の割合チェック</w:t>
                            </w:r>
                          </w:p>
                          <w:p w14:paraId="09D20159" w14:textId="4A557033"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w:t>
                            </w:r>
                            <w:r>
                              <w:rPr>
                                <w:rFonts w:asciiTheme="majorEastAsia" w:eastAsiaTheme="majorEastAsia" w:hAnsiTheme="majorEastAsia" w:hint="eastAsia"/>
                                <w:lang w:eastAsia="ja-JP"/>
                              </w:rPr>
                              <w:t>自主財源</w:t>
                            </w:r>
                            <w:r w:rsidRPr="00AA4858">
                              <w:rPr>
                                <w:rFonts w:asciiTheme="majorEastAsia" w:eastAsiaTheme="majorEastAsia" w:hAnsiTheme="majorEastAsia" w:hint="eastAsia"/>
                                <w:lang w:eastAsia="ja-JP"/>
                              </w:rPr>
                              <w:t>の割合は2</w:t>
                            </w:r>
                            <w:r>
                              <w:rPr>
                                <w:rFonts w:asciiTheme="majorEastAsia" w:eastAsiaTheme="majorEastAsia" w:hAnsiTheme="majorEastAsia" w:hint="eastAsia"/>
                                <w:lang w:eastAsia="ja-JP"/>
                              </w:rPr>
                              <w:t>0</w:t>
                            </w:r>
                            <w:r w:rsidRPr="00AA4858">
                              <w:rPr>
                                <w:rFonts w:asciiTheme="majorEastAsia" w:eastAsiaTheme="majorEastAsia" w:hAnsiTheme="majorEastAsia" w:hint="eastAsia"/>
                                <w:lang w:eastAsia="ja-JP"/>
                              </w:rPr>
                              <w:t>％以</w:t>
                            </w:r>
                            <w:r>
                              <w:rPr>
                                <w:rFonts w:asciiTheme="majorEastAsia" w:eastAsiaTheme="majorEastAsia" w:hAnsiTheme="majorEastAsia" w:hint="eastAsia"/>
                                <w:lang w:eastAsia="ja-JP"/>
                              </w:rPr>
                              <w:t>上</w:t>
                            </w:r>
                            <w:r w:rsidRPr="00AA4858">
                              <w:rPr>
                                <w:rFonts w:asciiTheme="majorEastAsia" w:eastAsiaTheme="majorEastAsia" w:hAnsiTheme="majorEastAsia" w:hint="eastAsia"/>
                                <w:lang w:eastAsia="ja-JP"/>
                              </w:rPr>
                              <w:t>になっていますか」</w:t>
                            </w:r>
                          </w:p>
                          <w:p w14:paraId="2BEB1C90" w14:textId="77777777" w:rsidR="00936730"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なっていればチェック</w:t>
                            </w:r>
                            <w:r>
                              <w:rPr>
                                <w:rFonts w:asciiTheme="majorEastAsia" w:eastAsiaTheme="majorEastAsia" w:hAnsiTheme="majorEastAsia" w:hint="eastAsia"/>
                                <w:lang w:eastAsia="ja-JP"/>
                              </w:rPr>
                              <w:t>☑</w:t>
                            </w:r>
                          </w:p>
                          <w:p w14:paraId="6C4182E3" w14:textId="4E1F902E" w:rsidR="00936730"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w:t>
                            </w:r>
                            <w:r w:rsidR="00936730" w:rsidRPr="00936730">
                              <w:rPr>
                                <w:rFonts w:asciiTheme="majorEastAsia" w:eastAsiaTheme="majorEastAsia" w:hAnsiTheme="majorEastAsia" w:hint="eastAsia"/>
                                <w:lang w:eastAsia="ja-JP"/>
                              </w:rPr>
                              <w:t>安定した団体運営と事業の継続性の観点から収入合計から前年度繰越金・積立金を除いた額の</w:t>
                            </w:r>
                          </w:p>
                          <w:p w14:paraId="16973B50" w14:textId="7BA7B7C2" w:rsidR="006C2584" w:rsidRPr="00936730" w:rsidRDefault="00936730" w:rsidP="006C2584">
                            <w:pPr>
                              <w:spacing w:after="0" w:line="240" w:lineRule="auto"/>
                              <w:rPr>
                                <w:rFonts w:asciiTheme="majorEastAsia" w:eastAsiaTheme="majorEastAsia" w:hAnsiTheme="majorEastAsia"/>
                                <w:lang w:eastAsia="ja-JP"/>
                              </w:rPr>
                            </w:pPr>
                            <w:r w:rsidRPr="00936730">
                              <w:rPr>
                                <w:rFonts w:asciiTheme="majorEastAsia" w:eastAsiaTheme="majorEastAsia" w:hAnsiTheme="majorEastAsia" w:hint="eastAsia"/>
                                <w:b/>
                                <w:lang w:eastAsia="ja-JP"/>
                              </w:rPr>
                              <w:t>20％以上</w:t>
                            </w:r>
                            <w:r w:rsidRPr="00936730">
                              <w:rPr>
                                <w:rFonts w:asciiTheme="majorEastAsia" w:eastAsiaTheme="majorEastAsia" w:hAnsiTheme="majorEastAsia" w:hint="eastAsia"/>
                                <w:lang w:eastAsia="ja-JP"/>
                              </w:rPr>
                              <w:t>（小数点第一位を切り捨て）自主財源を確保</w:t>
                            </w:r>
                            <w:r>
                              <w:rPr>
                                <w:rFonts w:asciiTheme="majorEastAsia" w:eastAsiaTheme="majorEastAsia" w:hAnsiTheme="majorEastAsia" w:hint="eastAsia"/>
                                <w:lang w:eastAsia="ja-JP"/>
                              </w:rPr>
                              <w:t>していただくことしています。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ADC3B5" id="_x0000_s1044" type="#_x0000_t202" style="position:absolute;margin-left:470.05pt;margin-top:3.8pt;width:521.25pt;height:89.25pt;z-index:251796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">
                <v:textbox>
                  <w:txbxContent>
                    <w:p w14:paraId="19A92A8C" w14:textId="382CEE5A" w:rsidR="006C2584" w:rsidRPr="00AA4858" w:rsidRDefault="006C2584" w:rsidP="006C2584">
                      <w:pPr>
                        <w:spacing w:after="0" w:line="240" w:lineRule="auto"/>
                        <w:rPr>
                          <w:rFonts w:asciiTheme="majorEastAsia" w:eastAsiaTheme="majorEastAsia" w:hAnsiTheme="majorEastAsia"/>
                          <w:b/>
                          <w:bCs/>
                          <w:u w:val="single"/>
                          <w:lang w:eastAsia="ja-JP"/>
                        </w:rPr>
                      </w:pPr>
                      <w:r w:rsidRPr="00AA4858">
                        <w:rPr>
                          <w:rFonts w:asciiTheme="majorEastAsia" w:eastAsiaTheme="majorEastAsia" w:hAnsiTheme="majorEastAsia" w:cs="Segoe UI Symbol"/>
                          <w:b/>
                          <w:bCs/>
                          <w:u w:val="single"/>
                          <w:lang w:eastAsia="ja-JP"/>
                        </w:rPr>
                        <w:t>✔</w:t>
                      </w:r>
                      <w:r>
                        <w:rPr>
                          <w:rFonts w:asciiTheme="majorEastAsia" w:eastAsiaTheme="majorEastAsia" w:hAnsiTheme="majorEastAsia" w:hint="eastAsia"/>
                          <w:b/>
                          <w:bCs/>
                          <w:u w:val="single"/>
                          <w:lang w:eastAsia="ja-JP"/>
                        </w:rPr>
                        <w:t>自主財源</w:t>
                      </w:r>
                      <w:r w:rsidRPr="00AA4858">
                        <w:rPr>
                          <w:rFonts w:asciiTheme="majorEastAsia" w:eastAsiaTheme="majorEastAsia" w:hAnsiTheme="majorEastAsia" w:hint="eastAsia"/>
                          <w:b/>
                          <w:bCs/>
                          <w:u w:val="single"/>
                          <w:lang w:eastAsia="ja-JP"/>
                        </w:rPr>
                        <w:t>の割合チェック</w:t>
                      </w:r>
                    </w:p>
                    <w:p w14:paraId="09D20159" w14:textId="4A557033"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w:t>
                      </w:r>
                      <w:r>
                        <w:rPr>
                          <w:rFonts w:asciiTheme="majorEastAsia" w:eastAsiaTheme="majorEastAsia" w:hAnsiTheme="majorEastAsia" w:hint="eastAsia"/>
                          <w:lang w:eastAsia="ja-JP"/>
                        </w:rPr>
                        <w:t>自主財源</w:t>
                      </w:r>
                      <w:r w:rsidRPr="00AA4858">
                        <w:rPr>
                          <w:rFonts w:asciiTheme="majorEastAsia" w:eastAsiaTheme="majorEastAsia" w:hAnsiTheme="majorEastAsia" w:hint="eastAsia"/>
                          <w:lang w:eastAsia="ja-JP"/>
                        </w:rPr>
                        <w:t>の割合は2</w:t>
                      </w:r>
                      <w:r>
                        <w:rPr>
                          <w:rFonts w:asciiTheme="majorEastAsia" w:eastAsiaTheme="majorEastAsia" w:hAnsiTheme="majorEastAsia" w:hint="eastAsia"/>
                          <w:lang w:eastAsia="ja-JP"/>
                        </w:rPr>
                        <w:t>0</w:t>
                      </w:r>
                      <w:r w:rsidRPr="00AA4858">
                        <w:rPr>
                          <w:rFonts w:asciiTheme="majorEastAsia" w:eastAsiaTheme="majorEastAsia" w:hAnsiTheme="majorEastAsia" w:hint="eastAsia"/>
                          <w:lang w:eastAsia="ja-JP"/>
                        </w:rPr>
                        <w:t>％以</w:t>
                      </w:r>
                      <w:r>
                        <w:rPr>
                          <w:rFonts w:asciiTheme="majorEastAsia" w:eastAsiaTheme="majorEastAsia" w:hAnsiTheme="majorEastAsia" w:hint="eastAsia"/>
                          <w:lang w:eastAsia="ja-JP"/>
                        </w:rPr>
                        <w:t>上</w:t>
                      </w:r>
                      <w:r w:rsidRPr="00AA4858">
                        <w:rPr>
                          <w:rFonts w:asciiTheme="majorEastAsia" w:eastAsiaTheme="majorEastAsia" w:hAnsiTheme="majorEastAsia" w:hint="eastAsia"/>
                          <w:lang w:eastAsia="ja-JP"/>
                        </w:rPr>
                        <w:t>になっていますか」</w:t>
                      </w:r>
                    </w:p>
                    <w:p w14:paraId="2BEB1C90" w14:textId="77777777" w:rsidR="00936730"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なっていればチェック</w:t>
                      </w:r>
                      <w:r>
                        <w:rPr>
                          <w:rFonts w:asciiTheme="majorEastAsia" w:eastAsiaTheme="majorEastAsia" w:hAnsiTheme="majorEastAsia" w:hint="eastAsia"/>
                          <w:lang w:eastAsia="ja-JP"/>
                        </w:rPr>
                        <w:t>☑</w:t>
                      </w:r>
                    </w:p>
                    <w:p w14:paraId="6C4182E3" w14:textId="4E1F902E" w:rsidR="00936730"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w:t>
                      </w:r>
                      <w:r w:rsidR="00936730" w:rsidRPr="00936730">
                        <w:rPr>
                          <w:rFonts w:asciiTheme="majorEastAsia" w:eastAsiaTheme="majorEastAsia" w:hAnsiTheme="majorEastAsia" w:hint="eastAsia"/>
                          <w:lang w:eastAsia="ja-JP"/>
                        </w:rPr>
                        <w:t>安定した団体運営と事業の継続性の観点から収入合計から前年度繰越金・積立金を除いた額の</w:t>
                      </w:r>
                    </w:p>
                    <w:p w14:paraId="16973B50" w14:textId="7BA7B7C2" w:rsidR="006C2584" w:rsidRPr="00936730" w:rsidRDefault="00936730" w:rsidP="006C2584">
                      <w:pPr>
                        <w:spacing w:after="0" w:line="240" w:lineRule="auto"/>
                        <w:rPr>
                          <w:rFonts w:asciiTheme="majorEastAsia" w:eastAsiaTheme="majorEastAsia" w:hAnsiTheme="majorEastAsia"/>
                          <w:lang w:eastAsia="ja-JP"/>
                        </w:rPr>
                      </w:pPr>
                      <w:r w:rsidRPr="00936730">
                        <w:rPr>
                          <w:rFonts w:asciiTheme="majorEastAsia" w:eastAsiaTheme="majorEastAsia" w:hAnsiTheme="majorEastAsia" w:hint="eastAsia"/>
                          <w:b/>
                          <w:lang w:eastAsia="ja-JP"/>
                        </w:rPr>
                        <w:t>20％以上</w:t>
                      </w:r>
                      <w:r w:rsidRPr="00936730">
                        <w:rPr>
                          <w:rFonts w:asciiTheme="majorEastAsia" w:eastAsiaTheme="majorEastAsia" w:hAnsiTheme="majorEastAsia" w:hint="eastAsia"/>
                          <w:lang w:eastAsia="ja-JP"/>
                        </w:rPr>
                        <w:t>（小数点第一位を切り捨て）自主財源を確保</w:t>
                      </w:r>
                      <w:r>
                        <w:rPr>
                          <w:rFonts w:asciiTheme="majorEastAsia" w:eastAsiaTheme="majorEastAsia" w:hAnsiTheme="majorEastAsia" w:hint="eastAsia"/>
                          <w:lang w:eastAsia="ja-JP"/>
                        </w:rPr>
                        <w:t>していただくことしています。</w:t>
                      </w:r>
                    </w:p>
                  </w:txbxContent>
                </v:textbox>
                <w10:wrap anchorx="margin"/>
              </v:shape>
            </w:pict>
          </mc:Fallback>
        </mc:AlternateContent>
      </w:r>
    </w:p>
    <w:p w14:paraId="18D1B366" w14:textId="77777777" w:rsidR="00353192" w:rsidRDefault="00353192" w:rsidP="00DE222D">
      <w:pPr>
        <w:spacing w:after="0" w:line="240" w:lineRule="auto"/>
        <w:rPr>
          <w:lang w:eastAsia="ja-JP"/>
        </w:rPr>
      </w:pPr>
    </w:p>
    <w:p w14:paraId="7807387D" w14:textId="48FEB184" w:rsidR="00353192" w:rsidRDefault="00353192" w:rsidP="00DE222D">
      <w:pPr>
        <w:spacing w:after="0" w:line="240" w:lineRule="auto"/>
        <w:rPr>
          <w:lang w:eastAsia="ja-JP"/>
        </w:rPr>
      </w:pPr>
    </w:p>
    <w:p w14:paraId="01DE28E9" w14:textId="77777777" w:rsidR="00353192" w:rsidRDefault="00353192" w:rsidP="00DE222D">
      <w:pPr>
        <w:spacing w:after="0" w:line="240" w:lineRule="auto"/>
        <w:rPr>
          <w:lang w:eastAsia="ja-JP"/>
        </w:rPr>
      </w:pPr>
    </w:p>
    <w:p w14:paraId="61AD0F14" w14:textId="77777777" w:rsidR="00353192" w:rsidRDefault="00353192" w:rsidP="00DE222D">
      <w:pPr>
        <w:spacing w:after="0" w:line="240" w:lineRule="auto"/>
        <w:rPr>
          <w:lang w:eastAsia="ja-JP"/>
        </w:rPr>
      </w:pPr>
    </w:p>
    <w:p w14:paraId="727A9CC4" w14:textId="5FCAC924" w:rsidR="00353192" w:rsidRDefault="00353192" w:rsidP="00DE222D">
      <w:pPr>
        <w:spacing w:after="0" w:line="240" w:lineRule="auto"/>
        <w:rPr>
          <w:lang w:eastAsia="ja-JP"/>
        </w:rPr>
      </w:pPr>
    </w:p>
    <w:p w14:paraId="0FDA5D38" w14:textId="77777777" w:rsidR="00353192" w:rsidRDefault="00353192" w:rsidP="00DE222D">
      <w:pPr>
        <w:spacing w:after="0" w:line="240" w:lineRule="auto"/>
        <w:rPr>
          <w:lang w:eastAsia="ja-JP"/>
        </w:rPr>
      </w:pPr>
    </w:p>
    <w:p w14:paraId="21DCAD20" w14:textId="77777777" w:rsidR="00353192" w:rsidRDefault="00353192" w:rsidP="00DE222D">
      <w:pPr>
        <w:spacing w:after="0" w:line="240" w:lineRule="auto"/>
        <w:rPr>
          <w:lang w:eastAsia="ja-JP"/>
        </w:rPr>
      </w:pPr>
    </w:p>
    <w:p w14:paraId="1E738CEC" w14:textId="77777777" w:rsidR="00353192" w:rsidRDefault="00353192" w:rsidP="00DE222D">
      <w:pPr>
        <w:spacing w:after="0" w:line="240" w:lineRule="auto"/>
        <w:rPr>
          <w:lang w:eastAsia="ja-JP"/>
        </w:rPr>
      </w:pPr>
    </w:p>
    <w:p w14:paraId="4E63E93B" w14:textId="77777777" w:rsidR="00353192" w:rsidRDefault="00353192" w:rsidP="00DE222D">
      <w:pPr>
        <w:spacing w:after="0" w:line="240" w:lineRule="auto"/>
        <w:rPr>
          <w:lang w:eastAsia="ja-JP"/>
        </w:rPr>
      </w:pPr>
    </w:p>
    <w:p w14:paraId="661026D7" w14:textId="5EF91B53" w:rsidR="00C20D5A" w:rsidRPr="005D1E07" w:rsidRDefault="00C20D5A" w:rsidP="00C20D5A">
      <w:pPr>
        <w:spacing w:after="0" w:line="240" w:lineRule="auto"/>
        <w:rPr>
          <w:rFonts w:asciiTheme="majorEastAsia" w:eastAsiaTheme="majorEastAsia" w:hAnsiTheme="majorEastAsia"/>
          <w:b/>
          <w:bCs/>
          <w:sz w:val="24"/>
          <w:szCs w:val="24"/>
          <w:lang w:eastAsia="ja-JP"/>
        </w:rPr>
      </w:pPr>
      <w:r w:rsidRPr="005D1E07">
        <w:rPr>
          <w:rFonts w:asciiTheme="majorEastAsia" w:eastAsiaTheme="majorEastAsia" w:hAnsiTheme="majorEastAsia" w:hint="eastAsia"/>
          <w:b/>
          <w:bCs/>
          <w:sz w:val="24"/>
          <w:szCs w:val="24"/>
          <w:lang w:eastAsia="ja-JP"/>
        </w:rPr>
        <w:lastRenderedPageBreak/>
        <w:t>≪チェックポイント</w:t>
      </w:r>
      <w:r w:rsidR="00DC37C1" w:rsidRPr="005D1E07">
        <w:rPr>
          <w:rFonts w:asciiTheme="majorEastAsia" w:eastAsiaTheme="majorEastAsia" w:hAnsiTheme="majorEastAsia" w:hint="eastAsia"/>
          <w:b/>
          <w:bCs/>
          <w:sz w:val="24"/>
          <w:szCs w:val="24"/>
          <w:lang w:eastAsia="ja-JP"/>
        </w:rPr>
        <w:t xml:space="preserve">　収入</w:t>
      </w:r>
      <w:r w:rsidRPr="005D1E07">
        <w:rPr>
          <w:rFonts w:asciiTheme="majorEastAsia" w:eastAsiaTheme="majorEastAsia" w:hAnsiTheme="majorEastAsia" w:hint="eastAsia"/>
          <w:b/>
          <w:bCs/>
          <w:sz w:val="24"/>
          <w:szCs w:val="24"/>
          <w:lang w:eastAsia="ja-JP"/>
        </w:rPr>
        <w:t>≫</w:t>
      </w:r>
    </w:p>
    <w:p w14:paraId="1A41DA09" w14:textId="66FE1E29" w:rsidR="00C20D5A" w:rsidRPr="00375F0A" w:rsidRDefault="00C20D5A" w:rsidP="00DE222D">
      <w:pPr>
        <w:spacing w:after="0" w:line="240" w:lineRule="auto"/>
        <w:rPr>
          <w:rFonts w:asciiTheme="majorEastAsia" w:eastAsiaTheme="majorEastAsia" w:hAnsiTheme="majorEastAsia"/>
          <w:lang w:eastAsia="ja-JP"/>
        </w:rPr>
      </w:pPr>
      <w:r w:rsidRPr="00DC37C1">
        <w:rPr>
          <w:rFonts w:asciiTheme="majorEastAsia" w:eastAsiaTheme="majorEastAsia" w:hAnsiTheme="majorEastAsia" w:hint="eastAsia"/>
          <w:lang w:eastAsia="ja-JP"/>
        </w:rPr>
        <w:t>■繰越金の確認欄があります。</w:t>
      </w:r>
    </w:p>
    <w:p w14:paraId="06FA2E14" w14:textId="49149DDF" w:rsidR="00C20D5A" w:rsidRDefault="00375F0A" w:rsidP="00DE222D">
      <w:pPr>
        <w:spacing w:after="0" w:line="240" w:lineRule="auto"/>
        <w:rPr>
          <w:lang w:eastAsia="ja-JP"/>
        </w:rPr>
      </w:pPr>
      <w:r>
        <w:rPr>
          <w:rFonts w:hint="eastAsia"/>
          <w:noProof/>
          <w:lang w:val="ja-JP" w:eastAsia="ja-JP"/>
        </w:rPr>
        <w:drawing>
          <wp:anchor distT="0" distB="0" distL="114300" distR="114300" simplePos="0" relativeHeight="251740672" behindDoc="0" locked="0" layoutInCell="1" allowOverlap="1" wp14:anchorId="234F4AFD" wp14:editId="7FCC8D4E">
            <wp:simplePos x="0" y="0"/>
            <wp:positionH relativeFrom="margin">
              <wp:posOffset>0</wp:posOffset>
            </wp:positionH>
            <wp:positionV relativeFrom="paragraph">
              <wp:posOffset>59055</wp:posOffset>
            </wp:positionV>
            <wp:extent cx="6170295" cy="2353945"/>
            <wp:effectExtent l="0" t="0" r="1905" b="8255"/>
            <wp:wrapNone/>
            <wp:docPr id="21488704" name="図 3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8704" name="図 34" descr="グラフィカル ユーザー インターフェイス, テキスト, アプリケーション&#10;&#10;AI 生成コンテンツは誤りを含む可能性があります。"/>
                    <pic:cNvPicPr/>
                  </pic:nvPicPr>
                  <pic:blipFill rotWithShape="1">
                    <a:blip r:embed="rId27"/>
                    <a:srcRect t="8849"/>
                    <a:stretch>
                      <a:fillRect/>
                    </a:stretch>
                  </pic:blipFill>
                  <pic:spPr bwMode="auto">
                    <a:xfrm>
                      <a:off x="0" y="0"/>
                      <a:ext cx="6170295"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E7D6E" w14:textId="164CB8A7" w:rsidR="00C20D5A" w:rsidRDefault="00C20D5A" w:rsidP="00DE222D">
      <w:pPr>
        <w:spacing w:after="0" w:line="240" w:lineRule="auto"/>
        <w:rPr>
          <w:lang w:eastAsia="ja-JP"/>
        </w:rPr>
      </w:pPr>
    </w:p>
    <w:p w14:paraId="64BDB67B" w14:textId="72B5005B" w:rsidR="00C20D5A" w:rsidRDefault="00C20D5A" w:rsidP="00DE222D">
      <w:pPr>
        <w:spacing w:after="0" w:line="240" w:lineRule="auto"/>
        <w:rPr>
          <w:lang w:eastAsia="ja-JP"/>
        </w:rPr>
      </w:pPr>
    </w:p>
    <w:p w14:paraId="0DF5A38B" w14:textId="37181675" w:rsidR="00C20D5A" w:rsidRDefault="00C20D5A" w:rsidP="00DE222D">
      <w:pPr>
        <w:spacing w:after="0" w:line="240" w:lineRule="auto"/>
        <w:rPr>
          <w:lang w:eastAsia="ja-JP"/>
        </w:rPr>
      </w:pPr>
    </w:p>
    <w:p w14:paraId="5CC0A693" w14:textId="28D90D0F" w:rsidR="00C20D5A" w:rsidRDefault="00C20D5A" w:rsidP="00DE222D">
      <w:pPr>
        <w:spacing w:after="0" w:line="240" w:lineRule="auto"/>
        <w:rPr>
          <w:lang w:eastAsia="ja-JP"/>
        </w:rPr>
      </w:pPr>
    </w:p>
    <w:p w14:paraId="0FFD40E6" w14:textId="36F94742" w:rsidR="00C20D5A" w:rsidRDefault="00881430" w:rsidP="00DE222D">
      <w:pPr>
        <w:spacing w:after="0" w:line="240" w:lineRule="auto"/>
        <w:rPr>
          <w:lang w:eastAsia="ja-JP"/>
        </w:rPr>
      </w:pPr>
      <w:r>
        <w:rPr>
          <w:noProof/>
          <w:lang w:eastAsia="ja-JP"/>
        </w:rPr>
        <mc:AlternateContent>
          <mc:Choice Requires="wps">
            <w:drawing>
              <wp:anchor distT="45720" distB="45720" distL="114300" distR="114300" simplePos="0" relativeHeight="251851264" behindDoc="0" locked="0" layoutInCell="1" allowOverlap="1" wp14:anchorId="124B019F" wp14:editId="7573F1CE">
                <wp:simplePos x="0" y="0"/>
                <wp:positionH relativeFrom="column">
                  <wp:posOffset>4450080</wp:posOffset>
                </wp:positionH>
                <wp:positionV relativeFrom="paragraph">
                  <wp:posOffset>67310</wp:posOffset>
                </wp:positionV>
                <wp:extent cx="464820" cy="266700"/>
                <wp:effectExtent l="0" t="0" r="11430" b="19050"/>
                <wp:wrapNone/>
                <wp:docPr id="456927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66700"/>
                        </a:xfrm>
                        <a:prstGeom prst="rect">
                          <a:avLst/>
                        </a:prstGeom>
                        <a:solidFill>
                          <a:srgbClr val="FFFFFF"/>
                        </a:solidFill>
                        <a:ln w="9525">
                          <a:solidFill>
                            <a:srgbClr val="000000"/>
                          </a:solidFill>
                          <a:miter lim="800000"/>
                          <a:headEnd/>
                          <a:tailEnd/>
                        </a:ln>
                      </wps:spPr>
                      <wps:txbx>
                        <w:txbxContent>
                          <w:p w14:paraId="26E4527A" w14:textId="1E8E72A8" w:rsidR="00881430" w:rsidRDefault="00881430" w:rsidP="00881430">
                            <w:pPr>
                              <w:jc w:val="center"/>
                              <w:rPr>
                                <w:lang w:eastAsia="ja-JP"/>
                              </w:rPr>
                            </w:pPr>
                            <w:r>
                              <w:rPr>
                                <w:rFonts w:hint="eastAsia"/>
                                <w:lang w:eastAsia="ja-JP"/>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019F" id="_x0000_s1045" type="#_x0000_t202" style="position:absolute;margin-left:350.4pt;margin-top:5.3pt;width:36.6pt;height:21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G7FAIAACYEAAAOAAAAZHJzL2Uyb0RvYy54bWysk82O2yAQx++V+g6Ie2MnSrKJFWe1zTZV&#10;pe2HtO0DYIxjVMzQgcROn74DyWajbXupygExDPyZ+c2wuh06ww4KvQZb8vEo50xZCbW2u5J/+7p9&#10;s+D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">
                <v:textbox>
                  <w:txbxContent>
                    <w:p w14:paraId="26E4527A" w14:textId="1E8E72A8" w:rsidR="00881430" w:rsidRDefault="00881430" w:rsidP="00881430">
                      <w:pPr>
                        <w:jc w:val="center"/>
                        <w:rPr>
                          <w:rFonts w:hint="eastAsia"/>
                          <w:lang w:eastAsia="ja-JP"/>
                        </w:rPr>
                      </w:pPr>
                      <w:r>
                        <w:rPr>
                          <w:rFonts w:hint="eastAsia"/>
                          <w:lang w:eastAsia="ja-JP"/>
                        </w:rPr>
                        <w:t>0</w:t>
                      </w:r>
                    </w:p>
                  </w:txbxContent>
                </v:textbox>
              </v:shape>
            </w:pict>
          </mc:Fallback>
        </mc:AlternateContent>
      </w:r>
      <w:r w:rsidR="00DC37C1">
        <w:rPr>
          <w:noProof/>
          <w:lang w:eastAsia="ja-JP"/>
        </w:rPr>
        <mc:AlternateContent>
          <mc:Choice Requires="wps">
            <w:drawing>
              <wp:anchor distT="0" distB="0" distL="114300" distR="114300" simplePos="0" relativeHeight="251746816" behindDoc="0" locked="0" layoutInCell="1" allowOverlap="1" wp14:anchorId="215F08E8" wp14:editId="346791A1">
                <wp:simplePos x="0" y="0"/>
                <wp:positionH relativeFrom="column">
                  <wp:posOffset>3990975</wp:posOffset>
                </wp:positionH>
                <wp:positionV relativeFrom="paragraph">
                  <wp:posOffset>26035</wp:posOffset>
                </wp:positionV>
                <wp:extent cx="1343025" cy="342900"/>
                <wp:effectExtent l="19050" t="19050" r="47625" b="38100"/>
                <wp:wrapNone/>
                <wp:docPr id="2018828214" name="楕円 26"/>
                <wp:cNvGraphicFramePr/>
                <a:graphic xmlns:a="http://schemas.openxmlformats.org/drawingml/2006/main">
                  <a:graphicData uri="http://schemas.microsoft.com/office/word/2010/wordprocessingShape">
                    <wps:wsp>
                      <wps:cNvSpPr/>
                      <wps:spPr>
                        <a:xfrm>
                          <a:off x="0" y="0"/>
                          <a:ext cx="1343025"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313A2" id="楕円 26" o:spid="_x0000_s1026" style="position:absolute;margin-left:314.25pt;margin-top:2.05pt;width:105.75pt;height: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" filled="f" strokecolor="#e00" strokeweight="4.5pt"/>
            </w:pict>
          </mc:Fallback>
        </mc:AlternateContent>
      </w:r>
    </w:p>
    <w:p w14:paraId="6A1BCFBE" w14:textId="4D77AF8C" w:rsidR="00C20D5A" w:rsidRDefault="00C20D5A" w:rsidP="00DE222D">
      <w:pPr>
        <w:spacing w:after="0" w:line="240" w:lineRule="auto"/>
        <w:rPr>
          <w:lang w:eastAsia="ja-JP"/>
        </w:rPr>
      </w:pPr>
    </w:p>
    <w:p w14:paraId="5A818B18" w14:textId="256C06CF" w:rsidR="00DE222D" w:rsidRDefault="00DE222D" w:rsidP="00DE222D">
      <w:pPr>
        <w:spacing w:after="0" w:line="240" w:lineRule="auto"/>
        <w:rPr>
          <w:lang w:eastAsia="ja-JP"/>
        </w:rPr>
      </w:pPr>
    </w:p>
    <w:p w14:paraId="7FBA1438" w14:textId="1119B360" w:rsidR="00C20D5A" w:rsidRDefault="00C20D5A" w:rsidP="00DE222D">
      <w:pPr>
        <w:spacing w:after="0" w:line="240" w:lineRule="auto"/>
        <w:rPr>
          <w:lang w:eastAsia="ja-JP"/>
        </w:rPr>
      </w:pPr>
    </w:p>
    <w:p w14:paraId="346636FD" w14:textId="63488B05" w:rsidR="00C20D5A" w:rsidRDefault="00DC37C1"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42720" behindDoc="0" locked="0" layoutInCell="1" allowOverlap="1" wp14:anchorId="5613196C" wp14:editId="0EA005C1">
                <wp:simplePos x="0" y="0"/>
                <wp:positionH relativeFrom="margin">
                  <wp:posOffset>3000375</wp:posOffset>
                </wp:positionH>
                <wp:positionV relativeFrom="paragraph">
                  <wp:posOffset>103505</wp:posOffset>
                </wp:positionV>
                <wp:extent cx="3228975" cy="857250"/>
                <wp:effectExtent l="0" t="0" r="28575" b="19050"/>
                <wp:wrapNone/>
                <wp:docPr id="1077181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57250"/>
                        </a:xfrm>
                        <a:prstGeom prst="rect">
                          <a:avLst/>
                        </a:prstGeom>
                        <a:solidFill>
                          <a:srgbClr val="FFFFFF"/>
                        </a:solidFill>
                        <a:ln w="9525">
                          <a:solidFill>
                            <a:srgbClr val="000000"/>
                          </a:solidFill>
                          <a:miter lim="800000"/>
                          <a:headEnd/>
                          <a:tailEnd/>
                        </a:ln>
                      </wps:spPr>
                      <wps:txbx>
                        <w:txbxContent>
                          <w:p w14:paraId="3DB2ED6F" w14:textId="77777777" w:rsidR="00DC37C1" w:rsidRDefault="00DC37C1" w:rsidP="00C20D5A">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繰越金の確認欄があります。繰越金の割合が25％以下になっていることを確認の上、チェックボックスに</w:t>
                            </w:r>
                            <w:r>
                              <w:rPr>
                                <w:rFonts w:ascii="ＭＳ ゴシック" w:eastAsia="ＭＳ ゴシック" w:hAnsi="ＭＳ ゴシック" w:hint="eastAsia"/>
                                <w:sz w:val="21"/>
                                <w:szCs w:val="21"/>
                                <w:lang w:eastAsia="ja-JP"/>
                              </w:rPr>
                              <w:t>☑</w:t>
                            </w:r>
                            <w:r w:rsidRPr="00DC37C1">
                              <w:rPr>
                                <w:rFonts w:ascii="ＭＳ ゴシック" w:eastAsia="ＭＳ ゴシック" w:hAnsi="ＭＳ ゴシック" w:hint="eastAsia"/>
                                <w:sz w:val="21"/>
                                <w:szCs w:val="21"/>
                                <w:lang w:eastAsia="ja-JP"/>
                              </w:rPr>
                              <w:t>を入れてください。</w:t>
                            </w:r>
                          </w:p>
                          <w:p w14:paraId="13D94D43" w14:textId="144B8535" w:rsidR="00C20D5A" w:rsidRPr="00DE222D"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この項目を☑しないと保存ができません。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3196C" id="_x0000_s1046" type="#_x0000_t202" style="position:absolute;margin-left:236.25pt;margin-top:8.15pt;width:254.25pt;height:67.5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">
                <v:textbox>
                  <w:txbxContent>
                    <w:p w14:paraId="3DB2ED6F" w14:textId="77777777" w:rsidR="00DC37C1" w:rsidRDefault="00DC37C1" w:rsidP="00C20D5A">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繰越金の確認欄があります。繰越金の割合が25％以下になっていることを確認の上、チェックボックスに</w:t>
                      </w:r>
                      <w:r>
                        <w:rPr>
                          <w:rFonts w:ascii="ＭＳ ゴシック" w:eastAsia="ＭＳ ゴシック" w:hAnsi="ＭＳ ゴシック" w:hint="eastAsia"/>
                          <w:sz w:val="21"/>
                          <w:szCs w:val="21"/>
                          <w:lang w:eastAsia="ja-JP"/>
                        </w:rPr>
                        <w:t>☑</w:t>
                      </w:r>
                      <w:r w:rsidRPr="00DC37C1">
                        <w:rPr>
                          <w:rFonts w:ascii="ＭＳ ゴシック" w:eastAsia="ＭＳ ゴシック" w:hAnsi="ＭＳ ゴシック" w:hint="eastAsia"/>
                          <w:sz w:val="21"/>
                          <w:szCs w:val="21"/>
                          <w:lang w:eastAsia="ja-JP"/>
                        </w:rPr>
                        <w:t>を入れてください。</w:t>
                      </w:r>
                    </w:p>
                    <w:p w14:paraId="13D94D43" w14:textId="144B8535" w:rsidR="00C20D5A" w:rsidRPr="00DE222D" w:rsidRDefault="00C20D5A" w:rsidP="00C20D5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この項目を☑しないと保存ができません。</w:t>
                      </w:r>
                    </w:p>
                  </w:txbxContent>
                </v:textbox>
                <w10:wrap anchorx="margin"/>
              </v:shape>
            </w:pict>
          </mc:Fallback>
        </mc:AlternateContent>
      </w:r>
    </w:p>
    <w:p w14:paraId="69D5F27B" w14:textId="30D0D228" w:rsidR="00C20D5A" w:rsidRDefault="00C20D5A" w:rsidP="00DE222D">
      <w:pPr>
        <w:spacing w:after="0" w:line="240" w:lineRule="auto"/>
        <w:rPr>
          <w:lang w:eastAsia="ja-JP"/>
        </w:rPr>
      </w:pPr>
    </w:p>
    <w:p w14:paraId="36FDD764" w14:textId="27BAD8BD" w:rsidR="00C20D5A" w:rsidRDefault="00C20D5A" w:rsidP="00DE222D">
      <w:pPr>
        <w:spacing w:after="0" w:line="240" w:lineRule="auto"/>
        <w:rPr>
          <w:lang w:eastAsia="ja-JP"/>
        </w:rPr>
      </w:pPr>
    </w:p>
    <w:p w14:paraId="15755F5B" w14:textId="27D491B8" w:rsidR="00C20D5A" w:rsidRDefault="00C20D5A" w:rsidP="00DE222D">
      <w:pPr>
        <w:spacing w:after="0" w:line="240" w:lineRule="auto"/>
        <w:rPr>
          <w:lang w:eastAsia="ja-JP"/>
        </w:rPr>
      </w:pPr>
    </w:p>
    <w:p w14:paraId="3D459401" w14:textId="456AF6A7" w:rsidR="00C20D5A" w:rsidRDefault="00C20D5A" w:rsidP="00DE222D">
      <w:pPr>
        <w:spacing w:after="0" w:line="240" w:lineRule="auto"/>
        <w:rPr>
          <w:lang w:eastAsia="ja-JP"/>
        </w:rPr>
      </w:pPr>
    </w:p>
    <w:p w14:paraId="40710A8F" w14:textId="0698673F" w:rsidR="00C20D5A" w:rsidRDefault="00C20D5A" w:rsidP="00DE222D">
      <w:pPr>
        <w:spacing w:after="0" w:line="240" w:lineRule="auto"/>
        <w:rPr>
          <w:lang w:eastAsia="ja-JP"/>
        </w:rPr>
      </w:pPr>
    </w:p>
    <w:p w14:paraId="0DE1B7DD" w14:textId="591AFF1C" w:rsidR="00C20D5A" w:rsidRDefault="00C20D5A" w:rsidP="00DE222D">
      <w:pPr>
        <w:spacing w:after="0" w:line="240" w:lineRule="auto"/>
        <w:rPr>
          <w:lang w:eastAsia="ja-JP"/>
        </w:rPr>
      </w:pPr>
    </w:p>
    <w:p w14:paraId="0316D511" w14:textId="4A617B42" w:rsidR="006C2584" w:rsidRDefault="006C2584" w:rsidP="00DE222D">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94944" behindDoc="0" locked="0" layoutInCell="1" allowOverlap="1" wp14:anchorId="2B449E16" wp14:editId="0DB79854">
                <wp:simplePos x="0" y="0"/>
                <wp:positionH relativeFrom="margin">
                  <wp:posOffset>85725</wp:posOffset>
                </wp:positionH>
                <wp:positionV relativeFrom="paragraph">
                  <wp:posOffset>8890</wp:posOffset>
                </wp:positionV>
                <wp:extent cx="6219825" cy="857250"/>
                <wp:effectExtent l="0" t="0" r="28575" b="19050"/>
                <wp:wrapNone/>
                <wp:docPr id="1878659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57250"/>
                        </a:xfrm>
                        <a:prstGeom prst="rect">
                          <a:avLst/>
                        </a:prstGeom>
                        <a:solidFill>
                          <a:srgbClr val="FFFFFF"/>
                        </a:solidFill>
                        <a:ln w="9525">
                          <a:solidFill>
                            <a:srgbClr val="000000"/>
                          </a:solidFill>
                          <a:miter lim="800000"/>
                          <a:headEnd/>
                          <a:tailEnd/>
                        </a:ln>
                      </wps:spPr>
                      <wps:txbx>
                        <w:txbxContent>
                          <w:p w14:paraId="5C78B736" w14:textId="77777777" w:rsidR="006C2584" w:rsidRPr="00AA4858" w:rsidRDefault="006C2584" w:rsidP="006C2584">
                            <w:pPr>
                              <w:spacing w:after="0" w:line="240" w:lineRule="auto"/>
                              <w:rPr>
                                <w:rFonts w:asciiTheme="majorEastAsia" w:eastAsiaTheme="majorEastAsia" w:hAnsiTheme="majorEastAsia"/>
                                <w:b/>
                                <w:bCs/>
                                <w:u w:val="single"/>
                                <w:lang w:eastAsia="ja-JP"/>
                              </w:rPr>
                            </w:pPr>
                            <w:r w:rsidRPr="00AA4858">
                              <w:rPr>
                                <w:rFonts w:asciiTheme="majorEastAsia" w:eastAsiaTheme="majorEastAsia" w:hAnsiTheme="majorEastAsia" w:cs="Segoe UI Symbol"/>
                                <w:b/>
                                <w:bCs/>
                                <w:u w:val="single"/>
                                <w:lang w:eastAsia="ja-JP"/>
                              </w:rPr>
                              <w:t>✔</w:t>
                            </w:r>
                            <w:r w:rsidRPr="00AA4858">
                              <w:rPr>
                                <w:rFonts w:asciiTheme="majorEastAsia" w:eastAsiaTheme="majorEastAsia" w:hAnsiTheme="majorEastAsia"/>
                                <w:b/>
                                <w:bCs/>
                                <w:u w:val="single"/>
                                <w:lang w:eastAsia="ja-JP"/>
                              </w:rPr>
                              <w:t xml:space="preserve"> </w:t>
                            </w:r>
                            <w:r w:rsidRPr="00AA4858">
                              <w:rPr>
                                <w:rFonts w:asciiTheme="majorEastAsia" w:eastAsiaTheme="majorEastAsia" w:hAnsiTheme="majorEastAsia" w:hint="eastAsia"/>
                                <w:b/>
                                <w:bCs/>
                                <w:u w:val="single"/>
                                <w:lang w:eastAsia="ja-JP"/>
                              </w:rPr>
                              <w:t>繰越金の割合チェック</w:t>
                            </w:r>
                          </w:p>
                          <w:p w14:paraId="1E196976"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「繰越金の割合は25％以下になっていますか」</w:t>
                            </w:r>
                          </w:p>
                          <w:p w14:paraId="4FEF9B59"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なっていればチェック</w:t>
                            </w:r>
                            <w:r>
                              <w:rPr>
                                <w:rFonts w:asciiTheme="majorEastAsia" w:eastAsiaTheme="majorEastAsia" w:hAnsiTheme="majorEastAsia" w:hint="eastAsia"/>
                                <w:lang w:eastAsia="ja-JP"/>
                              </w:rPr>
                              <w:t>☑</w:t>
                            </w:r>
                          </w:p>
                          <w:p w14:paraId="36278A1D"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25％</w:t>
                            </w:r>
                            <w:r>
                              <w:rPr>
                                <w:rFonts w:asciiTheme="majorEastAsia" w:eastAsiaTheme="majorEastAsia" w:hAnsiTheme="majorEastAsia" w:hint="eastAsia"/>
                                <w:lang w:eastAsia="ja-JP"/>
                              </w:rPr>
                              <w:t>を</w:t>
                            </w:r>
                            <w:r w:rsidRPr="00AA4858">
                              <w:rPr>
                                <w:rFonts w:asciiTheme="majorEastAsia" w:eastAsiaTheme="majorEastAsia" w:hAnsiTheme="majorEastAsia" w:hint="eastAsia"/>
                                <w:lang w:eastAsia="ja-JP"/>
                              </w:rPr>
                              <w:t>超えていれば区社協へ相談が必要</w:t>
                            </w:r>
                            <w:r>
                              <w:rPr>
                                <w:rFonts w:asciiTheme="majorEastAsia" w:eastAsiaTheme="majorEastAsia" w:hAnsiTheme="majorEastAsia" w:hint="eastAsia"/>
                                <w:lang w:eastAsia="ja-JP"/>
                              </w:rPr>
                              <w:t>となります</w:t>
                            </w:r>
                          </w:p>
                          <w:p w14:paraId="702F4464" w14:textId="44BEC17A" w:rsidR="006C2584" w:rsidRPr="006C2584" w:rsidRDefault="006C2584" w:rsidP="006C2584">
                            <w:pPr>
                              <w:spacing w:after="0" w:line="240" w:lineRule="auto"/>
                              <w:rPr>
                                <w:rFonts w:ascii="ＭＳ ゴシック" w:eastAsia="ＭＳ ゴシック" w:hAnsi="ＭＳ ゴシック"/>
                                <w:sz w:val="21"/>
                                <w:szCs w:val="2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449E16" id="_x0000_s1047" type="#_x0000_t202" style="position:absolute;margin-left:6.75pt;margin-top:.7pt;width:489.75pt;height:67.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">
                <v:textbox>
                  <w:txbxContent>
                    <w:p w14:paraId="5C78B736" w14:textId="77777777" w:rsidR="006C2584" w:rsidRPr="00AA4858" w:rsidRDefault="006C2584" w:rsidP="006C2584">
                      <w:pPr>
                        <w:spacing w:after="0" w:line="240" w:lineRule="auto"/>
                        <w:rPr>
                          <w:rFonts w:asciiTheme="majorEastAsia" w:eastAsiaTheme="majorEastAsia" w:hAnsiTheme="majorEastAsia"/>
                          <w:b/>
                          <w:bCs/>
                          <w:u w:val="single"/>
                          <w:lang w:eastAsia="ja-JP"/>
                        </w:rPr>
                      </w:pPr>
                      <w:r w:rsidRPr="00AA4858">
                        <w:rPr>
                          <w:rFonts w:asciiTheme="majorEastAsia" w:eastAsiaTheme="majorEastAsia" w:hAnsiTheme="majorEastAsia" w:cs="Segoe UI Symbol"/>
                          <w:b/>
                          <w:bCs/>
                          <w:u w:val="single"/>
                          <w:lang w:eastAsia="ja-JP"/>
                        </w:rPr>
                        <w:t>✔</w:t>
                      </w:r>
                      <w:r w:rsidRPr="00AA4858">
                        <w:rPr>
                          <w:rFonts w:asciiTheme="majorEastAsia" w:eastAsiaTheme="majorEastAsia" w:hAnsiTheme="majorEastAsia"/>
                          <w:b/>
                          <w:bCs/>
                          <w:u w:val="single"/>
                          <w:lang w:eastAsia="ja-JP"/>
                        </w:rPr>
                        <w:t xml:space="preserve"> </w:t>
                      </w:r>
                      <w:r w:rsidRPr="00AA4858">
                        <w:rPr>
                          <w:rFonts w:asciiTheme="majorEastAsia" w:eastAsiaTheme="majorEastAsia" w:hAnsiTheme="majorEastAsia" w:hint="eastAsia"/>
                          <w:b/>
                          <w:bCs/>
                          <w:u w:val="single"/>
                          <w:lang w:eastAsia="ja-JP"/>
                        </w:rPr>
                        <w:t>繰越金の割合チェック</w:t>
                      </w:r>
                    </w:p>
                    <w:p w14:paraId="1E196976"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「繰越金の割合は25％以下になっていますか」</w:t>
                      </w:r>
                    </w:p>
                    <w:p w14:paraId="4FEF9B59"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なっていればチェック</w:t>
                      </w:r>
                      <w:r>
                        <w:rPr>
                          <w:rFonts w:asciiTheme="majorEastAsia" w:eastAsiaTheme="majorEastAsia" w:hAnsiTheme="majorEastAsia" w:hint="eastAsia"/>
                          <w:lang w:eastAsia="ja-JP"/>
                        </w:rPr>
                        <w:t>☑</w:t>
                      </w:r>
                    </w:p>
                    <w:p w14:paraId="36278A1D" w14:textId="77777777" w:rsidR="006C2584" w:rsidRPr="00AA4858" w:rsidRDefault="006C2584" w:rsidP="006C2584">
                      <w:pPr>
                        <w:spacing w:after="0" w:line="240" w:lineRule="auto"/>
                        <w:rPr>
                          <w:rFonts w:asciiTheme="majorEastAsia" w:eastAsiaTheme="majorEastAsia" w:hAnsiTheme="majorEastAsia"/>
                          <w:lang w:eastAsia="ja-JP"/>
                        </w:rPr>
                      </w:pPr>
                      <w:r w:rsidRPr="00AA4858">
                        <w:rPr>
                          <w:rFonts w:asciiTheme="majorEastAsia" w:eastAsiaTheme="majorEastAsia" w:hAnsiTheme="majorEastAsia" w:hint="eastAsia"/>
                          <w:lang w:eastAsia="ja-JP"/>
                        </w:rPr>
                        <w:t>→ 25％</w:t>
                      </w:r>
                      <w:r>
                        <w:rPr>
                          <w:rFonts w:asciiTheme="majorEastAsia" w:eastAsiaTheme="majorEastAsia" w:hAnsiTheme="majorEastAsia" w:hint="eastAsia"/>
                          <w:lang w:eastAsia="ja-JP"/>
                        </w:rPr>
                        <w:t>を</w:t>
                      </w:r>
                      <w:r w:rsidRPr="00AA4858">
                        <w:rPr>
                          <w:rFonts w:asciiTheme="majorEastAsia" w:eastAsiaTheme="majorEastAsia" w:hAnsiTheme="majorEastAsia" w:hint="eastAsia"/>
                          <w:lang w:eastAsia="ja-JP"/>
                        </w:rPr>
                        <w:t>超えていれば区社協へ相談が必要</w:t>
                      </w:r>
                      <w:r>
                        <w:rPr>
                          <w:rFonts w:asciiTheme="majorEastAsia" w:eastAsiaTheme="majorEastAsia" w:hAnsiTheme="majorEastAsia" w:hint="eastAsia"/>
                          <w:lang w:eastAsia="ja-JP"/>
                        </w:rPr>
                        <w:t>となります</w:t>
                      </w:r>
                    </w:p>
                    <w:p w14:paraId="702F4464" w14:textId="44BEC17A" w:rsidR="006C2584" w:rsidRPr="006C2584" w:rsidRDefault="006C2584" w:rsidP="006C2584">
                      <w:pPr>
                        <w:spacing w:after="0" w:line="240" w:lineRule="auto"/>
                        <w:rPr>
                          <w:rFonts w:ascii="ＭＳ ゴシック" w:eastAsia="ＭＳ ゴシック" w:hAnsi="ＭＳ ゴシック"/>
                          <w:sz w:val="21"/>
                          <w:szCs w:val="21"/>
                          <w:lang w:eastAsia="ja-JP"/>
                        </w:rPr>
                      </w:pPr>
                    </w:p>
                  </w:txbxContent>
                </v:textbox>
                <w10:wrap anchorx="margin"/>
              </v:shape>
            </w:pict>
          </mc:Fallback>
        </mc:AlternateContent>
      </w:r>
    </w:p>
    <w:p w14:paraId="678B2914" w14:textId="6460E449" w:rsidR="006C2584" w:rsidRDefault="006C2584" w:rsidP="00DE222D">
      <w:pPr>
        <w:spacing w:after="0" w:line="240" w:lineRule="auto"/>
        <w:rPr>
          <w:lang w:eastAsia="ja-JP"/>
        </w:rPr>
      </w:pPr>
    </w:p>
    <w:p w14:paraId="6FCF4715" w14:textId="39F9F5EB" w:rsidR="006C2584" w:rsidRDefault="006C2584" w:rsidP="00DE222D">
      <w:pPr>
        <w:spacing w:after="0" w:line="240" w:lineRule="auto"/>
        <w:rPr>
          <w:lang w:eastAsia="ja-JP"/>
        </w:rPr>
      </w:pPr>
    </w:p>
    <w:p w14:paraId="1EAC58D2" w14:textId="77777777" w:rsidR="006C2584" w:rsidRDefault="006C2584" w:rsidP="00DE222D">
      <w:pPr>
        <w:spacing w:after="0" w:line="240" w:lineRule="auto"/>
        <w:rPr>
          <w:lang w:eastAsia="ja-JP"/>
        </w:rPr>
      </w:pPr>
    </w:p>
    <w:p w14:paraId="0747B52F" w14:textId="77777777" w:rsidR="006C2584" w:rsidRDefault="006C2584" w:rsidP="00DE222D">
      <w:pPr>
        <w:spacing w:after="0" w:line="240" w:lineRule="auto"/>
        <w:rPr>
          <w:lang w:eastAsia="ja-JP"/>
        </w:rPr>
      </w:pPr>
    </w:p>
    <w:p w14:paraId="0EFAF5C0" w14:textId="3B07F088" w:rsidR="00D0681C" w:rsidRDefault="00D0681C" w:rsidP="00DE222D">
      <w:pPr>
        <w:spacing w:after="0" w:line="240" w:lineRule="auto"/>
        <w:rPr>
          <w:lang w:eastAsia="ja-JP"/>
        </w:rPr>
      </w:pPr>
    </w:p>
    <w:p w14:paraId="5BA440F3" w14:textId="060929D0" w:rsidR="00C20D5A" w:rsidRPr="005D1E07" w:rsidRDefault="00DC37C1" w:rsidP="00DE222D">
      <w:pPr>
        <w:spacing w:after="0" w:line="240" w:lineRule="auto"/>
        <w:rPr>
          <w:rFonts w:ascii="ＭＳ ゴシック" w:eastAsia="ＭＳ ゴシック" w:hAnsi="ＭＳ ゴシック"/>
          <w:b/>
          <w:bCs/>
          <w:sz w:val="24"/>
          <w:szCs w:val="24"/>
          <w:lang w:eastAsia="ja-JP"/>
        </w:rPr>
      </w:pPr>
      <w:r w:rsidRPr="005D1E07">
        <w:rPr>
          <w:rFonts w:ascii="ＭＳ ゴシック" w:eastAsia="ＭＳ ゴシック" w:hAnsi="ＭＳ ゴシック" w:hint="eastAsia"/>
          <w:b/>
          <w:bCs/>
          <w:sz w:val="24"/>
          <w:szCs w:val="24"/>
          <w:lang w:eastAsia="ja-JP"/>
        </w:rPr>
        <w:t>≪チェックポイント　支出≫</w:t>
      </w:r>
    </w:p>
    <w:p w14:paraId="45648C21" w14:textId="6ED29A1E" w:rsidR="00C20D5A" w:rsidRPr="00DC37C1" w:rsidRDefault="00DC37C1" w:rsidP="00DE222D">
      <w:pPr>
        <w:spacing w:after="0" w:line="240" w:lineRule="auto"/>
        <w:rPr>
          <w:rFonts w:ascii="ＭＳ ゴシック" w:eastAsia="ＭＳ ゴシック" w:hAnsi="ＭＳ ゴシック"/>
          <w:lang w:eastAsia="ja-JP"/>
        </w:rPr>
      </w:pPr>
      <w:r w:rsidRPr="00DC37C1">
        <w:rPr>
          <w:rFonts w:ascii="ＭＳ ゴシック" w:eastAsia="ＭＳ ゴシック" w:hAnsi="ＭＳ ゴシック" w:hint="eastAsia"/>
          <w:lang w:eastAsia="ja-JP"/>
        </w:rPr>
        <w:t>■助成金額が10万円以上の団体のみ領収書を添付してください。</w:t>
      </w:r>
    </w:p>
    <w:p w14:paraId="3E447682" w14:textId="3A95CFC3" w:rsidR="00C20D5A" w:rsidRDefault="00DC37C1" w:rsidP="00DE222D">
      <w:pPr>
        <w:spacing w:after="0" w:line="240" w:lineRule="auto"/>
        <w:rPr>
          <w:rFonts w:ascii="ＭＳ ゴシック" w:eastAsia="ＭＳ ゴシック" w:hAnsi="ＭＳ ゴシック"/>
          <w:lang w:eastAsia="ja-JP"/>
        </w:rPr>
      </w:pPr>
      <w:r>
        <w:rPr>
          <w:noProof/>
          <w:lang w:eastAsia="ja-JP"/>
        </w:rPr>
        <mc:AlternateContent>
          <mc:Choice Requires="wps">
            <w:drawing>
              <wp:anchor distT="0" distB="0" distL="114300" distR="114300" simplePos="0" relativeHeight="251749888" behindDoc="0" locked="0" layoutInCell="1" allowOverlap="1" wp14:anchorId="169D8E9C" wp14:editId="28F212DC">
                <wp:simplePos x="0" y="0"/>
                <wp:positionH relativeFrom="column">
                  <wp:posOffset>714375</wp:posOffset>
                </wp:positionH>
                <wp:positionV relativeFrom="paragraph">
                  <wp:posOffset>148590</wp:posOffset>
                </wp:positionV>
                <wp:extent cx="1514475" cy="742950"/>
                <wp:effectExtent l="19050" t="19050" r="47625" b="38100"/>
                <wp:wrapNone/>
                <wp:docPr id="258539686" name="楕円 26"/>
                <wp:cNvGraphicFramePr/>
                <a:graphic xmlns:a="http://schemas.openxmlformats.org/drawingml/2006/main">
                  <a:graphicData uri="http://schemas.microsoft.com/office/word/2010/wordprocessingShape">
                    <wps:wsp>
                      <wps:cNvSpPr/>
                      <wps:spPr>
                        <a:xfrm>
                          <a:off x="0" y="0"/>
                          <a:ext cx="1514475" cy="74295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C15B3" id="楕円 26" o:spid="_x0000_s1026" style="position:absolute;margin-left:56.25pt;margin-top:11.7pt;width:119.25pt;height:5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" filled="f" strokecolor="#e00" strokeweight="4.5pt"/>
            </w:pict>
          </mc:Fallback>
        </mc:AlternateContent>
      </w:r>
      <w:r>
        <w:rPr>
          <w:rFonts w:ascii="ＭＳ ゴシック" w:eastAsia="ＭＳ ゴシック" w:hAnsi="ＭＳ ゴシック" w:hint="eastAsia"/>
          <w:noProof/>
          <w:lang w:eastAsia="ja-JP"/>
        </w:rPr>
        <w:drawing>
          <wp:anchor distT="0" distB="0" distL="114300" distR="114300" simplePos="0" relativeHeight="251747840" behindDoc="0" locked="0" layoutInCell="1" allowOverlap="1" wp14:anchorId="0CB41B4C" wp14:editId="7856CB90">
            <wp:simplePos x="0" y="0"/>
            <wp:positionH relativeFrom="margin">
              <wp:posOffset>0</wp:posOffset>
            </wp:positionH>
            <wp:positionV relativeFrom="paragraph">
              <wp:posOffset>34290</wp:posOffset>
            </wp:positionV>
            <wp:extent cx="6858000" cy="938530"/>
            <wp:effectExtent l="0" t="0" r="0" b="0"/>
            <wp:wrapNone/>
            <wp:docPr id="1523851294" name="図 36"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1294" name="図 36" descr="テキスト&#10;&#10;AI 生成コンテンツは誤りを含む可能性があります。"/>
                    <pic:cNvPicPr/>
                  </pic:nvPicPr>
                  <pic:blipFill rotWithShape="1">
                    <a:blip r:embed="rId28"/>
                    <a:srcRect t="41151" b="1739"/>
                    <a:stretch>
                      <a:fillRect/>
                    </a:stretch>
                  </pic:blipFill>
                  <pic:spPr bwMode="auto">
                    <a:xfrm>
                      <a:off x="0" y="0"/>
                      <a:ext cx="6858000" cy="93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77B14" w14:textId="11D4C754" w:rsidR="00DC37C1" w:rsidRPr="00DC37C1" w:rsidRDefault="00DC37C1" w:rsidP="00DE222D">
      <w:pPr>
        <w:spacing w:after="0" w:line="240" w:lineRule="auto"/>
        <w:rPr>
          <w:rFonts w:ascii="ＭＳ ゴシック" w:eastAsia="ＭＳ ゴシック" w:hAnsi="ＭＳ ゴシック"/>
          <w:lang w:eastAsia="ja-JP"/>
        </w:rPr>
      </w:pPr>
    </w:p>
    <w:p w14:paraId="28472EA1" w14:textId="2C5868BE" w:rsidR="00DC37C1" w:rsidRPr="00DC37C1" w:rsidRDefault="00DC37C1" w:rsidP="00DE222D">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51936" behindDoc="0" locked="0" layoutInCell="1" allowOverlap="1" wp14:anchorId="6A542176" wp14:editId="2A74D554">
                <wp:simplePos x="0" y="0"/>
                <wp:positionH relativeFrom="margin">
                  <wp:posOffset>2724150</wp:posOffset>
                </wp:positionH>
                <wp:positionV relativeFrom="paragraph">
                  <wp:posOffset>147955</wp:posOffset>
                </wp:positionV>
                <wp:extent cx="3962400" cy="638175"/>
                <wp:effectExtent l="0" t="0" r="19050" b="28575"/>
                <wp:wrapNone/>
                <wp:docPr id="1277038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38175"/>
                        </a:xfrm>
                        <a:prstGeom prst="rect">
                          <a:avLst/>
                        </a:prstGeom>
                        <a:solidFill>
                          <a:srgbClr val="FFFFFF"/>
                        </a:solidFill>
                        <a:ln w="9525">
                          <a:solidFill>
                            <a:srgbClr val="000000"/>
                          </a:solidFill>
                          <a:miter lim="800000"/>
                          <a:headEnd/>
                          <a:tailEnd/>
                        </a:ln>
                      </wps:spPr>
                      <wps:txbx>
                        <w:txbxContent>
                          <w:p w14:paraId="5105CE92" w14:textId="77777777" w:rsidR="00DC37C1"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領収書の写真を撮り、パソコンに保存します。</w:t>
                            </w:r>
                          </w:p>
                          <w:p w14:paraId="7A9FE7E6" w14:textId="467E7CD4" w:rsidR="00DC37C1" w:rsidRPr="00DE222D"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なるべく支出科目ごとにまとめて１枚の写真にしてください。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542176" id="_x0000_s1048" type="#_x0000_t202" style="position:absolute;margin-left:214.5pt;margin-top:11.65pt;width:312pt;height:50.2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">
                <v:textbox>
                  <w:txbxContent>
                    <w:p w14:paraId="5105CE92" w14:textId="77777777" w:rsidR="00DC37C1"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領収書の写真を撮り、パソコンに保存します。</w:t>
                      </w:r>
                    </w:p>
                    <w:p w14:paraId="7A9FE7E6" w14:textId="467E7CD4" w:rsidR="00DC37C1" w:rsidRPr="00DE222D"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なるべく支出科目ごとにまとめて１枚の写真にしてください。</w:t>
                      </w:r>
                    </w:p>
                  </w:txbxContent>
                </v:textbox>
                <w10:wrap anchorx="margin"/>
              </v:shape>
            </w:pict>
          </mc:Fallback>
        </mc:AlternateContent>
      </w:r>
    </w:p>
    <w:p w14:paraId="70052026" w14:textId="44499055" w:rsidR="00DC37C1" w:rsidRPr="00DC37C1" w:rsidRDefault="00DC37C1" w:rsidP="00DE222D">
      <w:pPr>
        <w:spacing w:after="0" w:line="240" w:lineRule="auto"/>
        <w:rPr>
          <w:rFonts w:ascii="ＭＳ ゴシック" w:eastAsia="ＭＳ ゴシック" w:hAnsi="ＭＳ ゴシック"/>
          <w:lang w:eastAsia="ja-JP"/>
        </w:rPr>
      </w:pPr>
    </w:p>
    <w:p w14:paraId="4F357E96" w14:textId="4B1AFFF9" w:rsidR="00DC37C1" w:rsidRPr="00DC37C1" w:rsidRDefault="00DC37C1" w:rsidP="00DE222D">
      <w:pPr>
        <w:spacing w:after="0" w:line="240" w:lineRule="auto"/>
        <w:rPr>
          <w:rFonts w:ascii="ＭＳ ゴシック" w:eastAsia="ＭＳ ゴシック" w:hAnsi="ＭＳ ゴシック"/>
          <w:lang w:eastAsia="ja-JP"/>
        </w:rPr>
      </w:pPr>
    </w:p>
    <w:p w14:paraId="666A20AE" w14:textId="6D4C6EF3" w:rsidR="00DC37C1" w:rsidRPr="00DC37C1" w:rsidRDefault="00DB4BDE" w:rsidP="00DE222D">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59104" behindDoc="0" locked="0" layoutInCell="1" allowOverlap="1" wp14:anchorId="6BAFE7C4" wp14:editId="5E83FCC6">
                <wp:simplePos x="0" y="0"/>
                <wp:positionH relativeFrom="margin">
                  <wp:posOffset>723900</wp:posOffset>
                </wp:positionH>
                <wp:positionV relativeFrom="paragraph">
                  <wp:posOffset>176529</wp:posOffset>
                </wp:positionV>
                <wp:extent cx="1104900" cy="333375"/>
                <wp:effectExtent l="0" t="0" r="0" b="0"/>
                <wp:wrapNone/>
                <wp:docPr id="406861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noFill/>
                        <a:ln w="9525">
                          <a:noFill/>
                          <a:miter lim="800000"/>
                          <a:headEnd/>
                          <a:tailEnd/>
                        </a:ln>
                      </wps:spPr>
                      <wps:txbx>
                        <w:txbxContent>
                          <w:p w14:paraId="26F22DE2" w14:textId="1B949F61" w:rsidR="00DB4BDE" w:rsidRPr="00DE222D" w:rsidRDefault="00DB4BDE" w:rsidP="00DB4BDE">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物品購入費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FE7C4" id="_x0000_s1049" type="#_x0000_t202" style="position:absolute;margin-left:57pt;margin-top:13.9pt;width:87pt;height:26.2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" filled="f" stroked="f">
                <v:textbox>
                  <w:txbxContent>
                    <w:p w14:paraId="26F22DE2" w14:textId="1B949F61" w:rsidR="00DB4BDE" w:rsidRPr="00DE222D" w:rsidRDefault="00DB4BDE" w:rsidP="00DB4BDE">
                      <w:pPr>
                        <w:spacing w:after="0" w:line="240" w:lineRule="auto"/>
                        <w:jc w:val="center"/>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物品購入費</w:t>
                      </w:r>
                    </w:p>
                  </w:txbxContent>
                </v:textbox>
                <w10:wrap anchorx="margin"/>
              </v:shape>
            </w:pict>
          </mc:Fallback>
        </mc:AlternateContent>
      </w:r>
    </w:p>
    <w:p w14:paraId="3CEBB219" w14:textId="2CE3B41A" w:rsidR="00C20D5A" w:rsidRPr="00DC37C1" w:rsidRDefault="00DC37C1" w:rsidP="00DE222D">
      <w:pPr>
        <w:spacing w:after="0" w:line="240" w:lineRule="auto"/>
        <w:rPr>
          <w:rFonts w:ascii="ＭＳ ゴシック" w:eastAsia="ＭＳ ゴシック" w:hAnsi="ＭＳ ゴシック"/>
          <w:lang w:eastAsia="ja-JP"/>
        </w:rPr>
      </w:pPr>
      <w:r>
        <w:rPr>
          <w:noProof/>
        </w:rPr>
        <mc:AlternateContent>
          <mc:Choice Requires="wps">
            <w:drawing>
              <wp:anchor distT="0" distB="0" distL="114300" distR="114300" simplePos="0" relativeHeight="251753984" behindDoc="0" locked="0" layoutInCell="1" allowOverlap="1" wp14:anchorId="0F18DBC6" wp14:editId="134D5808">
                <wp:simplePos x="0" y="0"/>
                <wp:positionH relativeFrom="column">
                  <wp:posOffset>28575</wp:posOffset>
                </wp:positionH>
                <wp:positionV relativeFrom="paragraph">
                  <wp:posOffset>13970</wp:posOffset>
                </wp:positionV>
                <wp:extent cx="2514600" cy="1847850"/>
                <wp:effectExtent l="0" t="0" r="19050" b="19050"/>
                <wp:wrapNone/>
                <wp:docPr id="13" name="正方形/長方形 12">
                  <a:extLst xmlns:a="http://schemas.openxmlformats.org/drawingml/2006/main">
                    <a:ext uri="{FF2B5EF4-FFF2-40B4-BE49-F238E27FC236}">
                      <a16:creationId xmlns:a16="http://schemas.microsoft.com/office/drawing/2014/main" id="{F58AB7F7-F8EF-2A09-7EF1-8400E8116BFD}"/>
                    </a:ext>
                  </a:extLst>
                </wp:docPr>
                <wp:cNvGraphicFramePr/>
                <a:graphic xmlns:a="http://schemas.openxmlformats.org/drawingml/2006/main">
                  <a:graphicData uri="http://schemas.microsoft.com/office/word/2010/wordprocessingShape">
                    <wps:wsp>
                      <wps:cNvSpPr/>
                      <wps:spPr>
                        <a:xfrm>
                          <a:off x="0" y="0"/>
                          <a:ext cx="2514600" cy="1847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EE44338" id="正方形/長方形 12" o:spid="_x0000_s1026" style="position:absolute;margin-left:2.25pt;margin-top:1.1pt;width:198pt;height:14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" filled="f" strokecolor="#0a121c [484]" strokeweight="2pt"/>
            </w:pict>
          </mc:Fallback>
        </mc:AlternateContent>
      </w:r>
    </w:p>
    <w:p w14:paraId="08DEF056" w14:textId="26E18BE2" w:rsidR="00C20D5A" w:rsidRPr="00DC37C1" w:rsidRDefault="00DB4BDE" w:rsidP="00DE222D">
      <w:pPr>
        <w:spacing w:after="0" w:line="240" w:lineRule="auto"/>
        <w:rPr>
          <w:rFonts w:ascii="ＭＳ ゴシック" w:eastAsia="ＭＳ ゴシック" w:hAnsi="ＭＳ ゴシック"/>
          <w:lang w:eastAsia="ja-JP"/>
        </w:rPr>
      </w:pPr>
      <w:r>
        <w:rPr>
          <w:noProof/>
        </w:rPr>
        <w:drawing>
          <wp:anchor distT="0" distB="0" distL="114300" distR="114300" simplePos="0" relativeHeight="251757056" behindDoc="0" locked="0" layoutInCell="1" allowOverlap="1" wp14:anchorId="546D5B31" wp14:editId="15BEC3C3">
            <wp:simplePos x="0" y="0"/>
            <wp:positionH relativeFrom="column">
              <wp:posOffset>209550</wp:posOffset>
            </wp:positionH>
            <wp:positionV relativeFrom="paragraph">
              <wp:posOffset>133350</wp:posOffset>
            </wp:positionV>
            <wp:extent cx="2124075" cy="1507624"/>
            <wp:effectExtent l="0" t="0" r="0" b="0"/>
            <wp:wrapNone/>
            <wp:docPr id="2039201001" name="図 5" descr="ホワイトボードに書かれた人の絵&#10;&#10;低い精度で自動的に生成された説明">
              <a:extLst xmlns:a="http://schemas.openxmlformats.org/drawingml/2006/main">
                <a:ext uri="{FF2B5EF4-FFF2-40B4-BE49-F238E27FC236}">
                  <a16:creationId xmlns:a16="http://schemas.microsoft.com/office/drawing/2014/main" id="{AE76F11E-AE40-71D7-43EE-05FAA2CD9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ホワイトボードに書かれた人の絵&#10;&#10;低い精度で自動的に生成された説明">
                      <a:extLst>
                        <a:ext uri="{FF2B5EF4-FFF2-40B4-BE49-F238E27FC236}">
                          <a16:creationId xmlns:a16="http://schemas.microsoft.com/office/drawing/2014/main" id="{AE76F11E-AE40-71D7-43EE-05FAA2CD962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24075" cy="1507624"/>
                    </a:xfrm>
                    <a:prstGeom prst="rect">
                      <a:avLst/>
                    </a:prstGeom>
                  </pic:spPr>
                </pic:pic>
              </a:graphicData>
            </a:graphic>
            <wp14:sizeRelH relativeFrom="page">
              <wp14:pctWidth>0</wp14:pctWidth>
            </wp14:sizeRelH>
            <wp14:sizeRelV relativeFrom="page">
              <wp14:pctHeight>0</wp14:pctHeight>
            </wp14:sizeRelV>
          </wp:anchor>
        </w:drawing>
      </w:r>
    </w:p>
    <w:p w14:paraId="5FCC9D2D" w14:textId="7FA5A8CE" w:rsidR="00C20D5A" w:rsidRPr="00DC37C1" w:rsidRDefault="00DA09FA" w:rsidP="00DE222D">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56032" behindDoc="0" locked="0" layoutInCell="1" allowOverlap="1" wp14:anchorId="76694299" wp14:editId="170DB24A">
                <wp:simplePos x="0" y="0"/>
                <wp:positionH relativeFrom="margin">
                  <wp:posOffset>2743200</wp:posOffset>
                </wp:positionH>
                <wp:positionV relativeFrom="paragraph">
                  <wp:posOffset>179070</wp:posOffset>
                </wp:positionV>
                <wp:extent cx="3962400" cy="1057275"/>
                <wp:effectExtent l="0" t="0" r="19050" b="28575"/>
                <wp:wrapNone/>
                <wp:docPr id="286969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057275"/>
                        </a:xfrm>
                        <a:prstGeom prst="rect">
                          <a:avLst/>
                        </a:prstGeom>
                        <a:solidFill>
                          <a:srgbClr val="FFFFFF"/>
                        </a:solidFill>
                        <a:ln w="9525">
                          <a:solidFill>
                            <a:srgbClr val="000000"/>
                          </a:solidFill>
                          <a:miter lim="800000"/>
                          <a:headEnd/>
                          <a:tailEnd/>
                        </a:ln>
                      </wps:spPr>
                      <wps:txbx>
                        <w:txbxContent>
                          <w:p w14:paraId="517D1841" w14:textId="77777777" w:rsidR="00DC37C1"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「参照」ボタンを押して、領収書の写真をご自身のパソコンのフォルダより選択し、添付してください。</w:t>
                            </w:r>
                          </w:p>
                          <w:p w14:paraId="440985B8" w14:textId="55C71751" w:rsidR="00DA09FA" w:rsidRPr="00DA09FA" w:rsidRDefault="00DA09FA" w:rsidP="00DC37C1">
                            <w:pPr>
                              <w:spacing w:after="0" w:line="240" w:lineRule="auto"/>
                              <w:rPr>
                                <w:rFonts w:asciiTheme="majorEastAsia" w:eastAsiaTheme="majorEastAsia" w:hAnsiTheme="majorEastAsia"/>
                                <w:lang w:eastAsia="ja-JP"/>
                              </w:rPr>
                            </w:pPr>
                            <w:r>
                              <w:rPr>
                                <w:rFonts w:ascii="ＭＳ ゴシック" w:eastAsia="ＭＳ ゴシック" w:hAnsi="ＭＳ ゴシック" w:hint="eastAsia"/>
                                <w:sz w:val="21"/>
                                <w:szCs w:val="21"/>
                                <w:lang w:eastAsia="ja-JP"/>
                              </w:rPr>
                              <w:t>※</w:t>
                            </w:r>
                            <w:r w:rsidRPr="00AA4858">
                              <w:rPr>
                                <w:rFonts w:asciiTheme="majorEastAsia" w:eastAsiaTheme="majorEastAsia" w:hAnsiTheme="majorEastAsia" w:hint="eastAsia"/>
                                <w:lang w:eastAsia="ja-JP"/>
                              </w:rPr>
                              <w:t>支出科目ごとに1枚にまとめて撮影すると</w:t>
                            </w:r>
                            <w:r>
                              <w:rPr>
                                <w:rFonts w:asciiTheme="majorEastAsia" w:eastAsiaTheme="majorEastAsia" w:hAnsiTheme="majorEastAsia" w:hint="eastAsia"/>
                                <w:lang w:eastAsia="ja-JP"/>
                              </w:rPr>
                              <w:t>確認</w:t>
                            </w:r>
                            <w:r w:rsidRPr="00AA4858">
                              <w:rPr>
                                <w:rFonts w:asciiTheme="majorEastAsia" w:eastAsiaTheme="majorEastAsia" w:hAnsiTheme="majorEastAsia" w:hint="eastAsia"/>
                                <w:lang w:eastAsia="ja-JP"/>
                              </w:rPr>
                              <w:t>がスムーズです。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94299" id="_x0000_s1050" type="#_x0000_t202" style="position:absolute;margin-left:3in;margin-top:14.1pt;width:312pt;height:83.25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">
                <v:textbox>
                  <w:txbxContent>
                    <w:p w14:paraId="517D1841" w14:textId="77777777" w:rsidR="00DC37C1" w:rsidRDefault="00DC37C1" w:rsidP="00DC37C1">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「参照」ボタンを押して、領収書の写真をご自身のパソコンのフォルダより選択し、添付してください。</w:t>
                      </w:r>
                    </w:p>
                    <w:p w14:paraId="440985B8" w14:textId="55C71751" w:rsidR="00DA09FA" w:rsidRPr="00DA09FA" w:rsidRDefault="00DA09FA" w:rsidP="00DC37C1">
                      <w:pPr>
                        <w:spacing w:after="0" w:line="240" w:lineRule="auto"/>
                        <w:rPr>
                          <w:rFonts w:asciiTheme="majorEastAsia" w:eastAsiaTheme="majorEastAsia" w:hAnsiTheme="majorEastAsia"/>
                          <w:lang w:eastAsia="ja-JP"/>
                        </w:rPr>
                      </w:pPr>
                      <w:r>
                        <w:rPr>
                          <w:rFonts w:ascii="ＭＳ ゴシック" w:eastAsia="ＭＳ ゴシック" w:hAnsi="ＭＳ ゴシック" w:hint="eastAsia"/>
                          <w:sz w:val="21"/>
                          <w:szCs w:val="21"/>
                          <w:lang w:eastAsia="ja-JP"/>
                        </w:rPr>
                        <w:t>※</w:t>
                      </w:r>
                      <w:r w:rsidRPr="00AA4858">
                        <w:rPr>
                          <w:rFonts w:asciiTheme="majorEastAsia" w:eastAsiaTheme="majorEastAsia" w:hAnsiTheme="majorEastAsia" w:hint="eastAsia"/>
                          <w:lang w:eastAsia="ja-JP"/>
                        </w:rPr>
                        <w:t>支出科目ごとに1枚にまとめて撮影すると</w:t>
                      </w:r>
                      <w:r>
                        <w:rPr>
                          <w:rFonts w:asciiTheme="majorEastAsia" w:eastAsiaTheme="majorEastAsia" w:hAnsiTheme="majorEastAsia" w:hint="eastAsia"/>
                          <w:lang w:eastAsia="ja-JP"/>
                        </w:rPr>
                        <w:t>確認</w:t>
                      </w:r>
                      <w:r w:rsidRPr="00AA4858">
                        <w:rPr>
                          <w:rFonts w:asciiTheme="majorEastAsia" w:eastAsiaTheme="majorEastAsia" w:hAnsiTheme="majorEastAsia" w:hint="eastAsia"/>
                          <w:lang w:eastAsia="ja-JP"/>
                        </w:rPr>
                        <w:t>がスムーズです。</w:t>
                      </w:r>
                    </w:p>
                  </w:txbxContent>
                </v:textbox>
                <w10:wrap anchorx="margin"/>
              </v:shape>
            </w:pict>
          </mc:Fallback>
        </mc:AlternateContent>
      </w:r>
    </w:p>
    <w:p w14:paraId="45D96E85" w14:textId="76C1B0B9" w:rsidR="00C20D5A" w:rsidRPr="00DC37C1" w:rsidRDefault="00C20D5A" w:rsidP="00DE222D">
      <w:pPr>
        <w:spacing w:after="0" w:line="240" w:lineRule="auto"/>
        <w:rPr>
          <w:rFonts w:ascii="ＭＳ ゴシック" w:eastAsia="ＭＳ ゴシック" w:hAnsi="ＭＳ ゴシック"/>
          <w:lang w:eastAsia="ja-JP"/>
        </w:rPr>
      </w:pPr>
    </w:p>
    <w:p w14:paraId="45C67D1D" w14:textId="10A619D8" w:rsidR="00C20D5A" w:rsidRDefault="00C20D5A" w:rsidP="00DE222D">
      <w:pPr>
        <w:spacing w:after="0" w:line="240" w:lineRule="auto"/>
        <w:rPr>
          <w:rFonts w:ascii="ＭＳ ゴシック" w:eastAsia="ＭＳ ゴシック" w:hAnsi="ＭＳ ゴシック"/>
          <w:lang w:eastAsia="ja-JP"/>
        </w:rPr>
      </w:pPr>
    </w:p>
    <w:p w14:paraId="0973E05D" w14:textId="039554A7" w:rsidR="00DC37C1" w:rsidRDefault="00DC37C1" w:rsidP="00DE222D">
      <w:pPr>
        <w:spacing w:after="0" w:line="240" w:lineRule="auto"/>
        <w:rPr>
          <w:rFonts w:ascii="ＭＳ ゴシック" w:eastAsia="ＭＳ ゴシック" w:hAnsi="ＭＳ ゴシック"/>
          <w:lang w:eastAsia="ja-JP"/>
        </w:rPr>
      </w:pPr>
    </w:p>
    <w:p w14:paraId="2DACB276" w14:textId="25973F1D" w:rsidR="00DC37C1" w:rsidRDefault="00DC37C1" w:rsidP="00DE222D">
      <w:pPr>
        <w:spacing w:after="0" w:line="240" w:lineRule="auto"/>
        <w:rPr>
          <w:rFonts w:ascii="ＭＳ ゴシック" w:eastAsia="ＭＳ ゴシック" w:hAnsi="ＭＳ ゴシック"/>
          <w:lang w:eastAsia="ja-JP"/>
        </w:rPr>
      </w:pPr>
    </w:p>
    <w:p w14:paraId="27881A65" w14:textId="07E34884" w:rsidR="00DC37C1" w:rsidRDefault="00DC37C1" w:rsidP="00DE222D">
      <w:pPr>
        <w:spacing w:after="0" w:line="240" w:lineRule="auto"/>
        <w:rPr>
          <w:rFonts w:ascii="ＭＳ ゴシック" w:eastAsia="ＭＳ ゴシック" w:hAnsi="ＭＳ ゴシック"/>
          <w:lang w:eastAsia="ja-JP"/>
        </w:rPr>
      </w:pPr>
    </w:p>
    <w:p w14:paraId="01C022C3" w14:textId="7B3635B4" w:rsidR="00DC37C1" w:rsidRDefault="00DC37C1" w:rsidP="00DE222D">
      <w:pPr>
        <w:spacing w:after="0" w:line="240" w:lineRule="auto"/>
        <w:rPr>
          <w:rFonts w:ascii="ＭＳ ゴシック" w:eastAsia="ＭＳ ゴシック" w:hAnsi="ＭＳ ゴシック"/>
          <w:lang w:eastAsia="ja-JP"/>
        </w:rPr>
      </w:pPr>
    </w:p>
    <w:p w14:paraId="48BAE9D3" w14:textId="66C5A363" w:rsidR="00DC37C1" w:rsidRDefault="00DC37C1" w:rsidP="00DE222D">
      <w:pPr>
        <w:spacing w:after="0" w:line="240" w:lineRule="auto"/>
        <w:rPr>
          <w:rFonts w:ascii="ＭＳ ゴシック" w:eastAsia="ＭＳ ゴシック" w:hAnsi="ＭＳ ゴシック"/>
          <w:lang w:eastAsia="ja-JP"/>
        </w:rPr>
      </w:pPr>
    </w:p>
    <w:p w14:paraId="04DD10F0" w14:textId="47A534EA" w:rsidR="00DC37C1" w:rsidRPr="00DC37C1" w:rsidRDefault="00DB4BDE" w:rsidP="00DE222D">
      <w:pPr>
        <w:spacing w:after="0" w:line="240" w:lineRule="auto"/>
        <w:rPr>
          <w:rFonts w:ascii="ＭＳ ゴシック" w:eastAsia="ＭＳ ゴシック" w:hAnsi="ＭＳ ゴシック"/>
          <w:lang w:eastAsia="ja-JP"/>
        </w:rPr>
      </w:pPr>
      <w:r>
        <w:rPr>
          <w:noProof/>
        </w:rPr>
        <mc:AlternateContent>
          <mc:Choice Requires="wps">
            <w:drawing>
              <wp:anchor distT="0" distB="0" distL="114300" distR="114300" simplePos="0" relativeHeight="251761152" behindDoc="0" locked="0" layoutInCell="1" allowOverlap="1" wp14:anchorId="3F1E3852" wp14:editId="1C8665F7">
                <wp:simplePos x="0" y="0"/>
                <wp:positionH relativeFrom="column">
                  <wp:posOffset>542925</wp:posOffset>
                </wp:positionH>
                <wp:positionV relativeFrom="paragraph">
                  <wp:posOffset>116840</wp:posOffset>
                </wp:positionV>
                <wp:extent cx="1400175" cy="333375"/>
                <wp:effectExtent l="0" t="0" r="0" b="0"/>
                <wp:wrapNone/>
                <wp:docPr id="492949305" name="テキスト ボックス 7"/>
                <wp:cNvGraphicFramePr/>
                <a:graphic xmlns:a="http://schemas.openxmlformats.org/drawingml/2006/main">
                  <a:graphicData uri="http://schemas.microsoft.com/office/word/2010/wordprocessingShape">
                    <wps:wsp>
                      <wps:cNvSpPr txBox="1"/>
                      <wps:spPr>
                        <a:xfrm>
                          <a:off x="0" y="0"/>
                          <a:ext cx="1400175" cy="333375"/>
                        </a:xfrm>
                        <a:prstGeom prst="rect">
                          <a:avLst/>
                        </a:prstGeom>
                        <a:noFill/>
                      </wps:spPr>
                      <wps:txbx>
                        <w:txbxContent>
                          <w:p w14:paraId="60C9BD5F" w14:textId="6BC7BB63" w:rsidR="00DB4BDE" w:rsidRPr="00DB4BDE" w:rsidRDefault="00DB4BDE" w:rsidP="00DB4BDE">
                            <w:pPr>
                              <w:rPr>
                                <w:rFonts w:asciiTheme="majorEastAsia" w:eastAsiaTheme="majorEastAsia" w:hAnsiTheme="majorEastAsia"/>
                                <w:color w:val="000000" w:themeColor="text1"/>
                                <w:kern w:val="24"/>
                              </w:rPr>
                            </w:pPr>
                            <w:proofErr w:type="spellStart"/>
                            <w:r w:rsidRPr="00DB4BDE">
                              <w:rPr>
                                <w:rFonts w:asciiTheme="majorEastAsia" w:eastAsiaTheme="majorEastAsia" w:hAnsiTheme="majorEastAsia"/>
                                <w:color w:val="000000" w:themeColor="text1"/>
                                <w:kern w:val="24"/>
                              </w:rPr>
                              <w:t>領収書の撮影見本</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1E3852" id="テキスト ボックス 7" o:spid="_x0000_s1051" type="#_x0000_t202" style="position:absolute;margin-left:42.75pt;margin-top:9.2pt;width:110.25pt;height:26.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" filled="f" stroked="f">
                <v:textbox>
                  <w:txbxContent>
                    <w:p w14:paraId="60C9BD5F" w14:textId="6BC7BB63" w:rsidR="00DB4BDE" w:rsidRPr="00DB4BDE" w:rsidRDefault="00DB4BDE" w:rsidP="00DB4BDE">
                      <w:pPr>
                        <w:rPr>
                          <w:rFonts w:asciiTheme="majorEastAsia" w:eastAsiaTheme="majorEastAsia" w:hAnsiTheme="majorEastAsia"/>
                          <w:color w:val="000000" w:themeColor="text1"/>
                          <w:kern w:val="24"/>
                        </w:rPr>
                      </w:pPr>
                      <w:proofErr w:type="spellStart"/>
                      <w:r w:rsidRPr="00DB4BDE">
                        <w:rPr>
                          <w:rFonts w:asciiTheme="majorEastAsia" w:eastAsiaTheme="majorEastAsia" w:hAnsiTheme="majorEastAsia"/>
                          <w:color w:val="000000" w:themeColor="text1"/>
                          <w:kern w:val="24"/>
                        </w:rPr>
                        <w:t>領収書の撮影見本</w:t>
                      </w:r>
                      <w:proofErr w:type="spellEnd"/>
                    </w:p>
                  </w:txbxContent>
                </v:textbox>
              </v:shape>
            </w:pict>
          </mc:Fallback>
        </mc:AlternateContent>
      </w:r>
    </w:p>
    <w:p w14:paraId="14C1F9B9" w14:textId="0CD26864" w:rsidR="00C20D5A" w:rsidRPr="00DC37C1" w:rsidRDefault="00C20D5A" w:rsidP="00DE222D">
      <w:pPr>
        <w:spacing w:after="0" w:line="240" w:lineRule="auto"/>
        <w:rPr>
          <w:rFonts w:ascii="ＭＳ ゴシック" w:eastAsia="ＭＳ ゴシック" w:hAnsi="ＭＳ ゴシック"/>
          <w:lang w:eastAsia="ja-JP"/>
        </w:rPr>
      </w:pPr>
    </w:p>
    <w:p w14:paraId="3FFD13E3" w14:textId="228383DC" w:rsidR="00C20D5A" w:rsidRDefault="00936730" w:rsidP="00DE222D">
      <w:pPr>
        <w:spacing w:after="0" w:line="240" w:lineRule="auto"/>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anchor distT="0" distB="0" distL="114300" distR="114300" simplePos="0" relativeHeight="251762176" behindDoc="0" locked="0" layoutInCell="1" allowOverlap="1" wp14:anchorId="1CEF0623" wp14:editId="325B0EB0">
            <wp:simplePos x="0" y="0"/>
            <wp:positionH relativeFrom="margin">
              <wp:posOffset>104775</wp:posOffset>
            </wp:positionH>
            <wp:positionV relativeFrom="paragraph">
              <wp:posOffset>36195</wp:posOffset>
            </wp:positionV>
            <wp:extent cx="5676265" cy="1771488"/>
            <wp:effectExtent l="0" t="0" r="635" b="635"/>
            <wp:wrapNone/>
            <wp:docPr id="1464833947" name="図 39"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33947" name="図 39" descr="グラフィカル ユーザー インターフェイス, テキスト, アプリケーション, メール&#10;&#10;AI 生成コンテンツは誤りを含む可能性があります。"/>
                    <pic:cNvPicPr/>
                  </pic:nvPicPr>
                  <pic:blipFill rotWithShape="1">
                    <a:blip r:embed="rId30"/>
                    <a:srcRect t="5641" b="6925"/>
                    <a:stretch>
                      <a:fillRect/>
                    </a:stretch>
                  </pic:blipFill>
                  <pic:spPr bwMode="auto">
                    <a:xfrm>
                      <a:off x="0" y="0"/>
                      <a:ext cx="5676265" cy="1771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70175" w14:textId="3229E6C6" w:rsidR="006C2584" w:rsidRDefault="006C2584" w:rsidP="00DE222D">
      <w:pPr>
        <w:spacing w:after="0" w:line="240" w:lineRule="auto"/>
        <w:rPr>
          <w:rFonts w:ascii="ＭＳ ゴシック" w:eastAsia="ＭＳ ゴシック" w:hAnsi="ＭＳ ゴシック"/>
          <w:lang w:eastAsia="ja-JP"/>
        </w:rPr>
      </w:pPr>
    </w:p>
    <w:p w14:paraId="0318CEEB" w14:textId="5CDE1717" w:rsidR="006C2584" w:rsidRDefault="006C2584" w:rsidP="00DE222D">
      <w:pPr>
        <w:spacing w:after="0" w:line="240" w:lineRule="auto"/>
        <w:rPr>
          <w:rFonts w:ascii="ＭＳ ゴシック" w:eastAsia="ＭＳ ゴシック" w:hAnsi="ＭＳ ゴシック"/>
          <w:lang w:eastAsia="ja-JP"/>
        </w:rPr>
      </w:pPr>
    </w:p>
    <w:p w14:paraId="0AFD7E32" w14:textId="6D0DC568" w:rsidR="006C2584" w:rsidRDefault="006C2584" w:rsidP="00DE222D">
      <w:pPr>
        <w:spacing w:after="0" w:line="240" w:lineRule="auto"/>
        <w:rPr>
          <w:rFonts w:ascii="ＭＳ ゴシック" w:eastAsia="ＭＳ ゴシック" w:hAnsi="ＭＳ ゴシック"/>
          <w:lang w:eastAsia="ja-JP"/>
        </w:rPr>
      </w:pPr>
    </w:p>
    <w:p w14:paraId="3C10E642" w14:textId="1E4EDF71" w:rsidR="006C2584" w:rsidRDefault="006C2584" w:rsidP="00DE222D">
      <w:pPr>
        <w:spacing w:after="0" w:line="240" w:lineRule="auto"/>
        <w:rPr>
          <w:rFonts w:ascii="ＭＳ ゴシック" w:eastAsia="ＭＳ ゴシック" w:hAnsi="ＭＳ ゴシック"/>
          <w:lang w:eastAsia="ja-JP"/>
        </w:rPr>
      </w:pPr>
    </w:p>
    <w:p w14:paraId="0C172A90" w14:textId="4649D468" w:rsidR="006C2584" w:rsidRDefault="00936730" w:rsidP="00DE222D">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64224" behindDoc="0" locked="0" layoutInCell="1" allowOverlap="1" wp14:anchorId="42BB60D6" wp14:editId="5749A011">
                <wp:simplePos x="0" y="0"/>
                <wp:positionH relativeFrom="margin">
                  <wp:posOffset>3019425</wp:posOffset>
                </wp:positionH>
                <wp:positionV relativeFrom="paragraph">
                  <wp:posOffset>54610</wp:posOffset>
                </wp:positionV>
                <wp:extent cx="3667125" cy="419100"/>
                <wp:effectExtent l="0" t="0" r="28575" b="19050"/>
                <wp:wrapNone/>
                <wp:docPr id="555724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19100"/>
                        </a:xfrm>
                        <a:prstGeom prst="rect">
                          <a:avLst/>
                        </a:prstGeom>
                        <a:solidFill>
                          <a:srgbClr val="FFFFFF"/>
                        </a:solidFill>
                        <a:ln w="9525">
                          <a:solidFill>
                            <a:srgbClr val="000000"/>
                          </a:solidFill>
                          <a:miter lim="800000"/>
                          <a:headEnd/>
                          <a:tailEnd/>
                        </a:ln>
                      </wps:spPr>
                      <wps:txbx>
                        <w:txbxContent>
                          <w:p w14:paraId="48F7A955" w14:textId="0D9CD6B7" w:rsidR="00DB4BDE" w:rsidRPr="00DE222D" w:rsidRDefault="00DB4BDE" w:rsidP="00DB4BDE">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w:t>
                            </w:r>
                            <w:r w:rsidR="00C819B2" w:rsidRPr="00C819B2">
                              <w:rPr>
                                <w:rFonts w:ascii="ＭＳ ゴシック" w:eastAsia="ＭＳ ゴシック" w:hAnsi="ＭＳ ゴシック" w:hint="eastAsia"/>
                                <w:sz w:val="21"/>
                                <w:szCs w:val="21"/>
                                <w:lang w:eastAsia="ja-JP"/>
                              </w:rPr>
                              <w:t>入力状況に</w:t>
                            </w:r>
                            <w:r w:rsidR="00C819B2" w:rsidRPr="00C819B2">
                              <w:rPr>
                                <w:rFonts w:ascii="ＭＳ ゴシック" w:eastAsia="ＭＳ ゴシック" w:hAnsi="ＭＳ ゴシック"/>
                                <w:sz w:val="21"/>
                                <w:szCs w:val="21"/>
                                <w:lang w:eastAsia="ja-JP"/>
                              </w:rPr>
                              <w:t>☑</w:t>
                            </w:r>
                            <w:r w:rsidR="00C819B2" w:rsidRPr="00C819B2">
                              <w:rPr>
                                <w:rFonts w:ascii="ＭＳ ゴシック" w:eastAsia="ＭＳ ゴシック" w:hAnsi="ＭＳ ゴシック" w:hint="eastAsia"/>
                                <w:sz w:val="21"/>
                                <w:szCs w:val="21"/>
                                <w:lang w:eastAsia="ja-JP"/>
                              </w:rPr>
                              <w:t>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B60D6" id="_x0000_s1052" type="#_x0000_t202" style="position:absolute;margin-left:237.75pt;margin-top:4.3pt;width:288.75pt;height:33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">
                <v:textbox>
                  <w:txbxContent>
                    <w:p w14:paraId="48F7A955" w14:textId="0D9CD6B7" w:rsidR="00DB4BDE" w:rsidRPr="00DE222D" w:rsidRDefault="00DB4BDE" w:rsidP="00DB4BDE">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w:t>
                      </w:r>
                      <w:r w:rsidR="00C819B2" w:rsidRPr="00C819B2">
                        <w:rPr>
                          <w:rFonts w:ascii="ＭＳ ゴシック" w:eastAsia="ＭＳ ゴシック" w:hAnsi="ＭＳ ゴシック" w:hint="eastAsia"/>
                          <w:sz w:val="21"/>
                          <w:szCs w:val="21"/>
                          <w:lang w:eastAsia="ja-JP"/>
                        </w:rPr>
                        <w:t>入力状況に</w:t>
                      </w:r>
                      <w:r w:rsidR="00C819B2" w:rsidRPr="00C819B2">
                        <w:rPr>
                          <w:rFonts w:ascii="ＭＳ ゴシック" w:eastAsia="ＭＳ ゴシック" w:hAnsi="ＭＳ ゴシック"/>
                          <w:sz w:val="21"/>
                          <w:szCs w:val="21"/>
                          <w:lang w:eastAsia="ja-JP"/>
                        </w:rPr>
                        <w:t>☑</w:t>
                      </w:r>
                      <w:r w:rsidR="00C819B2" w:rsidRPr="00C819B2">
                        <w:rPr>
                          <w:rFonts w:ascii="ＭＳ ゴシック" w:eastAsia="ＭＳ ゴシック" w:hAnsi="ＭＳ ゴシック" w:hint="eastAsia"/>
                          <w:sz w:val="21"/>
                          <w:szCs w:val="21"/>
                          <w:lang w:eastAsia="ja-JP"/>
                        </w:rPr>
                        <w:t>を入れて回答してください。</w:t>
                      </w:r>
                    </w:p>
                  </w:txbxContent>
                </v:textbox>
                <w10:wrap anchorx="margin"/>
              </v:shape>
            </w:pict>
          </mc:Fallback>
        </mc:AlternateContent>
      </w:r>
    </w:p>
    <w:p w14:paraId="7C690FE5" w14:textId="736C01B9" w:rsidR="006C2584" w:rsidRDefault="006C2584" w:rsidP="00DE222D">
      <w:pPr>
        <w:spacing w:after="0" w:line="240" w:lineRule="auto"/>
        <w:rPr>
          <w:rFonts w:ascii="ＭＳ ゴシック" w:eastAsia="ＭＳ ゴシック" w:hAnsi="ＭＳ ゴシック"/>
          <w:lang w:eastAsia="ja-JP"/>
        </w:rPr>
      </w:pPr>
    </w:p>
    <w:p w14:paraId="70412FAE" w14:textId="56014B16" w:rsidR="006C2584" w:rsidRDefault="006C2584" w:rsidP="00DE222D">
      <w:pPr>
        <w:spacing w:after="0" w:line="240" w:lineRule="auto"/>
        <w:rPr>
          <w:rFonts w:ascii="ＭＳ ゴシック" w:eastAsia="ＭＳ ゴシック" w:hAnsi="ＭＳ ゴシック"/>
          <w:lang w:eastAsia="ja-JP"/>
        </w:rPr>
      </w:pPr>
    </w:p>
    <w:p w14:paraId="1452D843" w14:textId="0824EC7B" w:rsidR="006C2584" w:rsidRDefault="006C2584" w:rsidP="00DE222D">
      <w:pPr>
        <w:spacing w:after="0" w:line="240" w:lineRule="auto"/>
        <w:rPr>
          <w:rFonts w:ascii="ＭＳ ゴシック" w:eastAsia="ＭＳ ゴシック" w:hAnsi="ＭＳ ゴシック"/>
          <w:lang w:eastAsia="ja-JP"/>
        </w:rPr>
      </w:pPr>
    </w:p>
    <w:p w14:paraId="19D7FAE7" w14:textId="4AF2799E" w:rsidR="006C2584" w:rsidRPr="00DC37C1" w:rsidRDefault="006C2584" w:rsidP="00DE222D">
      <w:pPr>
        <w:spacing w:after="0" w:line="240" w:lineRule="auto"/>
        <w:rPr>
          <w:rFonts w:ascii="ＭＳ ゴシック" w:eastAsia="ＭＳ ゴシック" w:hAnsi="ＭＳ ゴシック"/>
          <w:lang w:eastAsia="ja-JP"/>
        </w:rPr>
      </w:pPr>
    </w:p>
    <w:p w14:paraId="61890FCB" w14:textId="48C33B92" w:rsidR="006F4112" w:rsidRPr="006D1079" w:rsidRDefault="006F4112" w:rsidP="006F4112">
      <w:pPr>
        <w:spacing w:after="0" w:line="240" w:lineRule="auto"/>
        <w:rPr>
          <w:rFonts w:asciiTheme="majorEastAsia" w:eastAsiaTheme="majorEastAsia" w:hAnsiTheme="majorEastAsia"/>
          <w:b/>
          <w:bCs/>
          <w:sz w:val="24"/>
          <w:szCs w:val="24"/>
          <w:lang w:eastAsia="ja-JP"/>
        </w:rPr>
      </w:pPr>
      <w:r w:rsidRPr="006D1079">
        <w:rPr>
          <w:rFonts w:asciiTheme="majorEastAsia" w:eastAsiaTheme="majorEastAsia" w:hAnsiTheme="majorEastAsia" w:hint="eastAsia"/>
          <w:b/>
          <w:bCs/>
          <w:sz w:val="24"/>
          <w:szCs w:val="24"/>
          <w:lang w:eastAsia="ja-JP"/>
        </w:rPr>
        <w:lastRenderedPageBreak/>
        <w:t>【</w:t>
      </w:r>
      <w:r w:rsidRPr="006F4112">
        <w:rPr>
          <w:rFonts w:asciiTheme="majorEastAsia" w:eastAsiaTheme="majorEastAsia" w:hAnsiTheme="majorEastAsia" w:hint="eastAsia"/>
          <w:b/>
          <w:bCs/>
          <w:sz w:val="24"/>
          <w:szCs w:val="24"/>
          <w:lang w:eastAsia="ja-JP"/>
        </w:rPr>
        <w:t>報告（振り返り）</w:t>
      </w:r>
      <w:r w:rsidRPr="006D1079">
        <w:rPr>
          <w:rFonts w:asciiTheme="majorEastAsia" w:eastAsiaTheme="majorEastAsia" w:hAnsiTheme="majorEastAsia" w:hint="eastAsia"/>
          <w:b/>
          <w:bCs/>
          <w:sz w:val="24"/>
          <w:szCs w:val="24"/>
          <w:lang w:eastAsia="ja-JP"/>
        </w:rPr>
        <w:t>】</w:t>
      </w:r>
    </w:p>
    <w:p w14:paraId="622FCFD0" w14:textId="43555868" w:rsidR="006F4112" w:rsidRPr="00CD27A6" w:rsidRDefault="006F4112" w:rsidP="006F4112">
      <w:pPr>
        <w:spacing w:after="0" w:line="240" w:lineRule="auto"/>
        <w:rPr>
          <w:rFonts w:ascii="ＭＳ ゴシック" w:eastAsia="ＭＳ ゴシック" w:hAnsi="ＭＳ ゴシック"/>
          <w:lang w:eastAsia="ja-JP"/>
        </w:rPr>
      </w:pPr>
      <w:r w:rsidRPr="00CD27A6">
        <w:rPr>
          <w:rFonts w:ascii="ＭＳ ゴシック" w:eastAsia="ＭＳ ゴシック" w:hAnsi="ＭＳ ゴシック" w:hint="eastAsia"/>
          <w:lang w:eastAsia="ja-JP"/>
        </w:rPr>
        <w:t>≪報告（</w:t>
      </w:r>
      <w:r>
        <w:rPr>
          <w:rFonts w:ascii="ＭＳ ゴシック" w:eastAsia="ＭＳ ゴシック" w:hAnsi="ＭＳ ゴシック" w:hint="eastAsia"/>
          <w:lang w:eastAsia="ja-JP"/>
        </w:rPr>
        <w:t>振り返り</w:t>
      </w:r>
      <w:r w:rsidRPr="00CD27A6">
        <w:rPr>
          <w:rFonts w:ascii="ＭＳ ゴシック" w:eastAsia="ＭＳ ゴシック" w:hAnsi="ＭＳ ゴシック" w:hint="eastAsia"/>
          <w:lang w:eastAsia="ja-JP"/>
        </w:rPr>
        <w:t>）の入力画面≫</w:t>
      </w:r>
    </w:p>
    <w:p w14:paraId="32B3EF65" w14:textId="5FAE0EF3" w:rsidR="00AD7A33" w:rsidRDefault="00DA0493" w:rsidP="006F4112">
      <w:pPr>
        <w:spacing w:after="0" w:line="240" w:lineRule="auto"/>
        <w:rPr>
          <w:rFonts w:ascii="ＭＳ ゴシック" w:eastAsia="ＭＳ ゴシック" w:hAnsi="ＭＳ ゴシック"/>
          <w:lang w:eastAsia="ja-JP"/>
        </w:rPr>
      </w:pPr>
      <w:r>
        <w:rPr>
          <w:rFonts w:ascii="ＭＳ ゴシック" w:eastAsia="ＭＳ ゴシック" w:hAnsi="ＭＳ ゴシック"/>
          <w:noProof/>
          <w:lang w:eastAsia="ja-JP"/>
        </w:rPr>
        <w:drawing>
          <wp:anchor distT="0" distB="0" distL="114300" distR="114300" simplePos="0" relativeHeight="251765248" behindDoc="0" locked="0" layoutInCell="1" allowOverlap="1" wp14:anchorId="64DEFF1E" wp14:editId="0C3D71E8">
            <wp:simplePos x="0" y="0"/>
            <wp:positionH relativeFrom="margin">
              <wp:posOffset>19050</wp:posOffset>
            </wp:positionH>
            <wp:positionV relativeFrom="paragraph">
              <wp:posOffset>20955</wp:posOffset>
            </wp:positionV>
            <wp:extent cx="5781183" cy="3467100"/>
            <wp:effectExtent l="0" t="0" r="0" b="0"/>
            <wp:wrapNone/>
            <wp:docPr id="774487458" name="図 36"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7458" name="図 36" descr="グラフィカル ユーザー インターフェイス, アプリケーション&#10;&#10;AI 生成コンテンツは誤りを含む可能性があります。"/>
                    <pic:cNvPicPr/>
                  </pic:nvPicPr>
                  <pic:blipFill rotWithShape="1">
                    <a:blip r:embed="rId31"/>
                    <a:srcRect l="19723" t="14225" r="18749" b="20179"/>
                    <a:stretch>
                      <a:fillRect/>
                    </a:stretch>
                  </pic:blipFill>
                  <pic:spPr bwMode="auto">
                    <a:xfrm>
                      <a:off x="0" y="0"/>
                      <a:ext cx="5781183"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3370C" w14:textId="47E7AE3E" w:rsidR="006F4112" w:rsidRDefault="006F4112" w:rsidP="006F4112">
      <w:pPr>
        <w:spacing w:after="0" w:line="240" w:lineRule="auto"/>
        <w:rPr>
          <w:rFonts w:ascii="ＭＳ ゴシック" w:eastAsia="ＭＳ ゴシック" w:hAnsi="ＭＳ ゴシック"/>
          <w:lang w:eastAsia="ja-JP"/>
        </w:rPr>
      </w:pPr>
    </w:p>
    <w:p w14:paraId="1D73AA9C" w14:textId="1563EAF2" w:rsidR="006F4112" w:rsidRDefault="006F4112" w:rsidP="006F4112">
      <w:pPr>
        <w:spacing w:after="0" w:line="240" w:lineRule="auto"/>
        <w:rPr>
          <w:rFonts w:ascii="ＭＳ ゴシック" w:eastAsia="ＭＳ ゴシック" w:hAnsi="ＭＳ ゴシック"/>
          <w:lang w:eastAsia="ja-JP"/>
        </w:rPr>
      </w:pPr>
    </w:p>
    <w:p w14:paraId="2EF664C4" w14:textId="4D46A070" w:rsidR="006F4112" w:rsidRDefault="006F4112" w:rsidP="006F4112">
      <w:pPr>
        <w:spacing w:after="0" w:line="240" w:lineRule="auto"/>
        <w:rPr>
          <w:rFonts w:ascii="ＭＳ ゴシック" w:eastAsia="ＭＳ ゴシック" w:hAnsi="ＭＳ ゴシック"/>
          <w:lang w:eastAsia="ja-JP"/>
        </w:rPr>
      </w:pPr>
    </w:p>
    <w:p w14:paraId="21F2A75C" w14:textId="77777777" w:rsidR="006F4112" w:rsidRDefault="006F4112" w:rsidP="006F4112">
      <w:pPr>
        <w:spacing w:after="0" w:line="240" w:lineRule="auto"/>
        <w:rPr>
          <w:rFonts w:ascii="ＭＳ ゴシック" w:eastAsia="ＭＳ ゴシック" w:hAnsi="ＭＳ ゴシック"/>
          <w:lang w:eastAsia="ja-JP"/>
        </w:rPr>
      </w:pPr>
    </w:p>
    <w:p w14:paraId="497C236A" w14:textId="28055929" w:rsidR="006F4112" w:rsidRDefault="006F4112" w:rsidP="006F4112">
      <w:pPr>
        <w:spacing w:after="0" w:line="240" w:lineRule="auto"/>
        <w:rPr>
          <w:rFonts w:ascii="ＭＳ ゴシック" w:eastAsia="ＭＳ ゴシック" w:hAnsi="ＭＳ ゴシック"/>
          <w:lang w:eastAsia="ja-JP"/>
        </w:rPr>
      </w:pPr>
    </w:p>
    <w:p w14:paraId="2DE36D74" w14:textId="42D3ED80" w:rsidR="006F4112" w:rsidRDefault="006F4112" w:rsidP="006F4112">
      <w:pPr>
        <w:spacing w:after="0" w:line="240" w:lineRule="auto"/>
        <w:rPr>
          <w:rFonts w:ascii="ＭＳ ゴシック" w:eastAsia="ＭＳ ゴシック" w:hAnsi="ＭＳ ゴシック"/>
          <w:lang w:eastAsia="ja-JP"/>
        </w:rPr>
      </w:pPr>
    </w:p>
    <w:p w14:paraId="323EC6C6" w14:textId="08527162" w:rsidR="006F4112" w:rsidRDefault="006F4112" w:rsidP="006F4112">
      <w:pPr>
        <w:spacing w:after="0" w:line="240" w:lineRule="auto"/>
        <w:rPr>
          <w:rFonts w:ascii="ＭＳ ゴシック" w:eastAsia="ＭＳ ゴシック" w:hAnsi="ＭＳ ゴシック"/>
          <w:lang w:eastAsia="ja-JP"/>
        </w:rPr>
      </w:pPr>
    </w:p>
    <w:p w14:paraId="4C203D47" w14:textId="084CC125" w:rsidR="006F4112" w:rsidRDefault="006F4112" w:rsidP="006F4112">
      <w:pPr>
        <w:spacing w:after="0" w:line="240" w:lineRule="auto"/>
        <w:rPr>
          <w:rFonts w:ascii="ＭＳ ゴシック" w:eastAsia="ＭＳ ゴシック" w:hAnsi="ＭＳ ゴシック"/>
          <w:lang w:eastAsia="ja-JP"/>
        </w:rPr>
      </w:pPr>
    </w:p>
    <w:p w14:paraId="034135CA" w14:textId="0A47D5DB" w:rsidR="006F4112" w:rsidRDefault="00C819B2" w:rsidP="006F4112">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67296" behindDoc="0" locked="0" layoutInCell="1" allowOverlap="1" wp14:anchorId="404CD7A2" wp14:editId="2388BA69">
                <wp:simplePos x="0" y="0"/>
                <wp:positionH relativeFrom="margin">
                  <wp:posOffset>2657475</wp:posOffset>
                </wp:positionH>
                <wp:positionV relativeFrom="paragraph">
                  <wp:posOffset>153035</wp:posOffset>
                </wp:positionV>
                <wp:extent cx="4057650" cy="838200"/>
                <wp:effectExtent l="0" t="0" r="19050" b="19050"/>
                <wp:wrapNone/>
                <wp:docPr id="2006428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838200"/>
                        </a:xfrm>
                        <a:prstGeom prst="rect">
                          <a:avLst/>
                        </a:prstGeom>
                        <a:solidFill>
                          <a:srgbClr val="FFFFFF"/>
                        </a:solidFill>
                        <a:ln w="9525">
                          <a:solidFill>
                            <a:srgbClr val="000000"/>
                          </a:solidFill>
                          <a:miter lim="800000"/>
                          <a:headEnd/>
                          <a:tailEnd/>
                        </a:ln>
                      </wps:spPr>
                      <wps:txbx>
                        <w:txbxContent>
                          <w:p w14:paraId="36BD8E8D" w14:textId="77777777" w:rsidR="00C819B2" w:rsidRDefault="00C819B2" w:rsidP="006F4112">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振り返りを記載する項目です。</w:t>
                            </w:r>
                          </w:p>
                          <w:p w14:paraId="6C55E4AF" w14:textId="6DD2C1E7" w:rsidR="006F4112" w:rsidRPr="00A22176" w:rsidRDefault="00C819B2" w:rsidP="006F4112">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年間の活動について、メンバー間で振り返る機会として、活動について話し合っていただき、その内容を記載してください。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CD7A2" id="_x0000_s1053" type="#_x0000_t202" style="position:absolute;margin-left:209.25pt;margin-top:12.05pt;width:319.5pt;height:66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">
                <v:textbox>
                  <w:txbxContent>
                    <w:p w14:paraId="36BD8E8D" w14:textId="77777777" w:rsidR="00C819B2" w:rsidRDefault="00C819B2" w:rsidP="006F4112">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振り返りを記載する項目です。</w:t>
                      </w:r>
                    </w:p>
                    <w:p w14:paraId="6C55E4AF" w14:textId="6DD2C1E7" w:rsidR="006F4112" w:rsidRPr="00A22176" w:rsidRDefault="00C819B2" w:rsidP="006F4112">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年間の活動について、メンバー間で振り返る機会として、活動について話し合っていただき、その内容を記載してください。</w:t>
                      </w:r>
                    </w:p>
                  </w:txbxContent>
                </v:textbox>
                <w10:wrap anchorx="margin"/>
              </v:shape>
            </w:pict>
          </mc:Fallback>
        </mc:AlternateContent>
      </w:r>
    </w:p>
    <w:p w14:paraId="15FF14D8" w14:textId="2DEB5C43" w:rsidR="006F4112" w:rsidRDefault="006F4112" w:rsidP="006F4112">
      <w:pPr>
        <w:spacing w:after="0" w:line="240" w:lineRule="auto"/>
        <w:rPr>
          <w:rFonts w:ascii="ＭＳ ゴシック" w:eastAsia="ＭＳ ゴシック" w:hAnsi="ＭＳ ゴシック"/>
          <w:lang w:eastAsia="ja-JP"/>
        </w:rPr>
      </w:pPr>
    </w:p>
    <w:p w14:paraId="2E82B231" w14:textId="5A5C81AF" w:rsidR="006F4112" w:rsidRDefault="006F4112" w:rsidP="006F4112">
      <w:pPr>
        <w:spacing w:after="0" w:line="240" w:lineRule="auto"/>
        <w:rPr>
          <w:rFonts w:ascii="ＭＳ ゴシック" w:eastAsia="ＭＳ ゴシック" w:hAnsi="ＭＳ ゴシック"/>
          <w:lang w:eastAsia="ja-JP"/>
        </w:rPr>
      </w:pPr>
    </w:p>
    <w:p w14:paraId="3CF7A039" w14:textId="3B23C54B" w:rsidR="006F4112" w:rsidRDefault="006F4112" w:rsidP="006F4112">
      <w:pPr>
        <w:spacing w:after="0" w:line="240" w:lineRule="auto"/>
        <w:rPr>
          <w:rFonts w:ascii="ＭＳ ゴシック" w:eastAsia="ＭＳ ゴシック" w:hAnsi="ＭＳ ゴシック"/>
          <w:lang w:eastAsia="ja-JP"/>
        </w:rPr>
      </w:pPr>
    </w:p>
    <w:p w14:paraId="2B7D20DD" w14:textId="2D7A0880" w:rsidR="006F4112" w:rsidRDefault="006F4112" w:rsidP="006F4112">
      <w:pPr>
        <w:spacing w:after="0" w:line="240" w:lineRule="auto"/>
        <w:rPr>
          <w:rFonts w:ascii="ＭＳ ゴシック" w:eastAsia="ＭＳ ゴシック" w:hAnsi="ＭＳ ゴシック"/>
          <w:lang w:eastAsia="ja-JP"/>
        </w:rPr>
      </w:pPr>
    </w:p>
    <w:p w14:paraId="6E4C8AC8" w14:textId="0B150C1A" w:rsidR="006F4112" w:rsidRDefault="006F4112" w:rsidP="006F4112">
      <w:pPr>
        <w:spacing w:after="0" w:line="240" w:lineRule="auto"/>
        <w:rPr>
          <w:rFonts w:ascii="ＭＳ ゴシック" w:eastAsia="ＭＳ ゴシック" w:hAnsi="ＭＳ ゴシック"/>
          <w:lang w:eastAsia="ja-JP"/>
        </w:rPr>
      </w:pPr>
    </w:p>
    <w:p w14:paraId="680AEFEA" w14:textId="151C948E" w:rsidR="006F4112" w:rsidRDefault="006F4112" w:rsidP="006F4112">
      <w:pPr>
        <w:spacing w:after="0" w:line="240" w:lineRule="auto"/>
        <w:rPr>
          <w:rFonts w:ascii="ＭＳ ゴシック" w:eastAsia="ＭＳ ゴシック" w:hAnsi="ＭＳ ゴシック"/>
          <w:lang w:eastAsia="ja-JP"/>
        </w:rPr>
      </w:pPr>
    </w:p>
    <w:p w14:paraId="2F9E79DF" w14:textId="54BAC8B7" w:rsidR="006F4112" w:rsidRDefault="006F4112" w:rsidP="006F4112">
      <w:pPr>
        <w:spacing w:after="0" w:line="240" w:lineRule="auto"/>
        <w:rPr>
          <w:rFonts w:ascii="ＭＳ ゴシック" w:eastAsia="ＭＳ ゴシック" w:hAnsi="ＭＳ ゴシック"/>
          <w:lang w:eastAsia="ja-JP"/>
        </w:rPr>
      </w:pPr>
    </w:p>
    <w:p w14:paraId="0146A3D9" w14:textId="255FCC57" w:rsidR="006F4112" w:rsidRDefault="00DA0493" w:rsidP="006F4112">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73440" behindDoc="0" locked="0" layoutInCell="1" allowOverlap="1" wp14:anchorId="1FFB14FB" wp14:editId="7D0FBEA1">
                <wp:simplePos x="0" y="0"/>
                <wp:positionH relativeFrom="margin">
                  <wp:align>right</wp:align>
                </wp:positionH>
                <wp:positionV relativeFrom="paragraph">
                  <wp:posOffset>8255</wp:posOffset>
                </wp:positionV>
                <wp:extent cx="4114800" cy="838200"/>
                <wp:effectExtent l="0" t="0" r="19050" b="19050"/>
                <wp:wrapNone/>
                <wp:docPr id="706187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38200"/>
                        </a:xfrm>
                        <a:prstGeom prst="rect">
                          <a:avLst/>
                        </a:prstGeom>
                        <a:solidFill>
                          <a:srgbClr val="FFFFFF"/>
                        </a:solidFill>
                        <a:ln w="9525">
                          <a:solidFill>
                            <a:srgbClr val="000000"/>
                          </a:solidFill>
                          <a:miter lim="800000"/>
                          <a:headEnd/>
                          <a:tailEnd/>
                        </a:ln>
                      </wps:spPr>
                      <wps:txbx>
                        <w:txbxContent>
                          <w:p w14:paraId="674C1C2A" w14:textId="4DBED0B8" w:rsidR="00DA0493" w:rsidRPr="00A22176" w:rsidRDefault="00DA0493" w:rsidP="00DA0493">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事業の様子が分かる写真や周知チラシなどを添付してください。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B14FB" id="_x0000_s1054" type="#_x0000_t202" style="position:absolute;margin-left:272.8pt;margin-top:.65pt;width:324pt;height:66pt;z-index:251773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">
                <v:textbox>
                  <w:txbxContent>
                    <w:p w14:paraId="674C1C2A" w14:textId="4DBED0B8" w:rsidR="00DA0493" w:rsidRPr="00A22176" w:rsidRDefault="00DA0493" w:rsidP="00DA0493">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事業の様子が分かる写真や周知チラシなどを添付してください。</w:t>
                      </w:r>
                    </w:p>
                  </w:txbxContent>
                </v:textbox>
                <w10:wrap anchorx="margin"/>
              </v:shape>
            </w:pict>
          </mc:Fallback>
        </mc:AlternateContent>
      </w:r>
    </w:p>
    <w:p w14:paraId="7430008B" w14:textId="3621333E" w:rsidR="006F4112" w:rsidRDefault="006F4112" w:rsidP="006F4112">
      <w:pPr>
        <w:spacing w:after="0" w:line="240" w:lineRule="auto"/>
        <w:rPr>
          <w:rFonts w:ascii="ＭＳ ゴシック" w:eastAsia="ＭＳ ゴシック" w:hAnsi="ＭＳ ゴシック"/>
          <w:lang w:eastAsia="ja-JP"/>
        </w:rPr>
      </w:pPr>
    </w:p>
    <w:p w14:paraId="2336D44C" w14:textId="1F7F0236" w:rsidR="006F4112" w:rsidRDefault="00806A8F" w:rsidP="006F4112">
      <w:pPr>
        <w:spacing w:after="0" w:line="240" w:lineRule="auto"/>
        <w:rPr>
          <w:rFonts w:ascii="ＭＳ ゴシック" w:eastAsia="ＭＳ ゴシック" w:hAnsi="ＭＳ ゴシック"/>
          <w:lang w:eastAsia="ja-JP"/>
        </w:rPr>
      </w:pPr>
      <w:r>
        <w:rPr>
          <w:noProof/>
          <w:lang w:eastAsia="ja-JP"/>
        </w:rPr>
        <mc:AlternateContent>
          <mc:Choice Requires="wps">
            <w:drawing>
              <wp:anchor distT="0" distB="0" distL="114300" distR="114300" simplePos="0" relativeHeight="251775488" behindDoc="0" locked="0" layoutInCell="1" allowOverlap="1" wp14:anchorId="352AB4AE" wp14:editId="37B5F50C">
                <wp:simplePos x="0" y="0"/>
                <wp:positionH relativeFrom="column">
                  <wp:posOffset>228600</wp:posOffset>
                </wp:positionH>
                <wp:positionV relativeFrom="paragraph">
                  <wp:posOffset>17144</wp:posOffset>
                </wp:positionV>
                <wp:extent cx="1695450" cy="790575"/>
                <wp:effectExtent l="19050" t="19050" r="38100" b="47625"/>
                <wp:wrapNone/>
                <wp:docPr id="1423862668" name="楕円 26"/>
                <wp:cNvGraphicFramePr/>
                <a:graphic xmlns:a="http://schemas.openxmlformats.org/drawingml/2006/main">
                  <a:graphicData uri="http://schemas.microsoft.com/office/word/2010/wordprocessingShape">
                    <wps:wsp>
                      <wps:cNvSpPr/>
                      <wps:spPr>
                        <a:xfrm>
                          <a:off x="0" y="0"/>
                          <a:ext cx="1695450" cy="790575"/>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61EE4" id="楕円 26" o:spid="_x0000_s1026" style="position:absolute;margin-left:18pt;margin-top:1.35pt;width:133.5pt;height:6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" filled="f" strokecolor="#e00" strokeweight="4.5pt"/>
            </w:pict>
          </mc:Fallback>
        </mc:AlternateContent>
      </w:r>
    </w:p>
    <w:p w14:paraId="534F26B7" w14:textId="742725D5" w:rsidR="006F4112" w:rsidRDefault="00DA0493" w:rsidP="006F4112">
      <w:pPr>
        <w:spacing w:after="0" w:line="240" w:lineRule="auto"/>
        <w:rPr>
          <w:rFonts w:ascii="ＭＳ ゴシック" w:eastAsia="ＭＳ ゴシック" w:hAnsi="ＭＳ ゴシック"/>
          <w:lang w:eastAsia="ja-JP"/>
        </w:rPr>
      </w:pPr>
      <w:r>
        <w:rPr>
          <w:rFonts w:ascii="ＭＳ ゴシック" w:eastAsia="ＭＳ ゴシック" w:hAnsi="ＭＳ ゴシック"/>
          <w:noProof/>
          <w:lang w:eastAsia="ja-JP"/>
        </w:rPr>
        <w:drawing>
          <wp:anchor distT="0" distB="0" distL="114300" distR="114300" simplePos="0" relativeHeight="251630591" behindDoc="0" locked="0" layoutInCell="1" allowOverlap="1" wp14:anchorId="293749E7" wp14:editId="050E5450">
            <wp:simplePos x="0" y="0"/>
            <wp:positionH relativeFrom="margin">
              <wp:posOffset>95250</wp:posOffset>
            </wp:positionH>
            <wp:positionV relativeFrom="paragraph">
              <wp:posOffset>7620</wp:posOffset>
            </wp:positionV>
            <wp:extent cx="5810250" cy="2571115"/>
            <wp:effectExtent l="0" t="0" r="0" b="635"/>
            <wp:wrapNone/>
            <wp:docPr id="979196667" name="図 37"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6667" name="図 37" descr="グラフィカル ユーザー インターフェイス, アプリケーション&#10;&#10;AI 生成コンテンツは誤りを含む可能性があります。"/>
                    <pic:cNvPicPr/>
                  </pic:nvPicPr>
                  <pic:blipFill rotWithShape="1">
                    <a:blip r:embed="rId32"/>
                    <a:srcRect l="20760" t="41030" r="21266" b="13333"/>
                    <a:stretch>
                      <a:fillRect/>
                    </a:stretch>
                  </pic:blipFill>
                  <pic:spPr bwMode="auto">
                    <a:xfrm>
                      <a:off x="0" y="0"/>
                      <a:ext cx="5810250" cy="257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E817F" w14:textId="78F8E5A4" w:rsidR="006F4112" w:rsidRDefault="006F4112" w:rsidP="006F4112">
      <w:pPr>
        <w:spacing w:after="0" w:line="240" w:lineRule="auto"/>
        <w:rPr>
          <w:rFonts w:ascii="ＭＳ ゴシック" w:eastAsia="ＭＳ ゴシック" w:hAnsi="ＭＳ ゴシック"/>
          <w:lang w:eastAsia="ja-JP"/>
        </w:rPr>
      </w:pPr>
    </w:p>
    <w:p w14:paraId="6E9919BC" w14:textId="33B263BE" w:rsidR="006F4112" w:rsidRDefault="006F4112" w:rsidP="006F4112">
      <w:pPr>
        <w:spacing w:after="0" w:line="240" w:lineRule="auto"/>
        <w:rPr>
          <w:rFonts w:ascii="ＭＳ ゴシック" w:eastAsia="ＭＳ ゴシック" w:hAnsi="ＭＳ ゴシック"/>
          <w:lang w:eastAsia="ja-JP"/>
        </w:rPr>
      </w:pPr>
    </w:p>
    <w:p w14:paraId="17893CCE" w14:textId="054C1892" w:rsidR="006F4112" w:rsidRDefault="006F4112" w:rsidP="006F4112">
      <w:pPr>
        <w:spacing w:after="0" w:line="240" w:lineRule="auto"/>
        <w:rPr>
          <w:rFonts w:ascii="ＭＳ ゴシック" w:eastAsia="ＭＳ ゴシック" w:hAnsi="ＭＳ ゴシック"/>
          <w:lang w:eastAsia="ja-JP"/>
        </w:rPr>
      </w:pPr>
    </w:p>
    <w:p w14:paraId="03D59286" w14:textId="26DB9D17" w:rsidR="006F4112" w:rsidRDefault="006F4112" w:rsidP="006F4112">
      <w:pPr>
        <w:spacing w:after="0" w:line="240" w:lineRule="auto"/>
        <w:rPr>
          <w:rFonts w:ascii="ＭＳ ゴシック" w:eastAsia="ＭＳ ゴシック" w:hAnsi="ＭＳ ゴシック"/>
          <w:lang w:eastAsia="ja-JP"/>
        </w:rPr>
      </w:pPr>
    </w:p>
    <w:p w14:paraId="7005A722" w14:textId="07B6F9A8" w:rsidR="006F4112" w:rsidRDefault="006F4112" w:rsidP="006F4112">
      <w:pPr>
        <w:spacing w:after="0" w:line="240" w:lineRule="auto"/>
        <w:rPr>
          <w:rFonts w:ascii="ＭＳ ゴシック" w:eastAsia="ＭＳ ゴシック" w:hAnsi="ＭＳ ゴシック"/>
          <w:lang w:eastAsia="ja-JP"/>
        </w:rPr>
      </w:pPr>
    </w:p>
    <w:p w14:paraId="7F58D7CE" w14:textId="7A014112" w:rsidR="00A40348" w:rsidRDefault="00A40348" w:rsidP="006F4112">
      <w:pPr>
        <w:spacing w:after="0" w:line="240" w:lineRule="auto"/>
        <w:rPr>
          <w:rFonts w:ascii="ＭＳ ゴシック" w:eastAsia="ＭＳ ゴシック" w:hAnsi="ＭＳ ゴシック"/>
          <w:lang w:eastAsia="ja-JP"/>
        </w:rPr>
      </w:pPr>
    </w:p>
    <w:p w14:paraId="7A93F7CB" w14:textId="1D2A38BE" w:rsidR="00A40348" w:rsidRDefault="00353192" w:rsidP="006F4112">
      <w:pPr>
        <w:spacing w:after="0" w:line="240" w:lineRule="auto"/>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71392" behindDoc="0" locked="0" layoutInCell="1" allowOverlap="1" wp14:anchorId="072C0972" wp14:editId="5349CDAC">
                <wp:simplePos x="0" y="0"/>
                <wp:positionH relativeFrom="margin">
                  <wp:posOffset>2247900</wp:posOffset>
                </wp:positionH>
                <wp:positionV relativeFrom="paragraph">
                  <wp:posOffset>168275</wp:posOffset>
                </wp:positionV>
                <wp:extent cx="4476750" cy="838200"/>
                <wp:effectExtent l="0" t="0" r="19050" b="19050"/>
                <wp:wrapNone/>
                <wp:docPr id="1591322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38200"/>
                        </a:xfrm>
                        <a:prstGeom prst="rect">
                          <a:avLst/>
                        </a:prstGeom>
                        <a:solidFill>
                          <a:srgbClr val="FFFFFF"/>
                        </a:solidFill>
                        <a:ln w="9525">
                          <a:solidFill>
                            <a:srgbClr val="000000"/>
                          </a:solidFill>
                          <a:miter lim="800000"/>
                          <a:headEnd/>
                          <a:tailEnd/>
                        </a:ln>
                      </wps:spPr>
                      <wps:txbx>
                        <w:txbxContent>
                          <w:p w14:paraId="3D32AC5B" w14:textId="77777777" w:rsidR="004620E7" w:rsidRDefault="00C819B2" w:rsidP="00A22176">
                            <w:pPr>
                              <w:spacing w:after="0" w:line="240" w:lineRule="auto"/>
                              <w:rPr>
                                <w:rFonts w:ascii="ＭＳ ゴシック" w:eastAsia="ＭＳ ゴシック" w:hAnsi="ＭＳ ゴシック"/>
                                <w:sz w:val="21"/>
                                <w:szCs w:val="21"/>
                                <w:lang w:eastAsia="ja-JP"/>
                              </w:rPr>
                            </w:pPr>
                            <w:r w:rsidRPr="00C819B2">
                              <w:rPr>
                                <w:rFonts w:ascii="ＭＳ ゴシック" w:eastAsia="ＭＳ ゴシック" w:hAnsi="ＭＳ ゴシック" w:hint="eastAsia"/>
                                <w:sz w:val="21"/>
                                <w:szCs w:val="21"/>
                                <w:lang w:eastAsia="ja-JP"/>
                              </w:rPr>
                              <w:t>全て入力が終わりましたら、入力状況に</w:t>
                            </w:r>
                            <w:r w:rsidRPr="00C819B2">
                              <w:rPr>
                                <w:rFonts w:ascii="ＭＳ ゴシック" w:eastAsia="ＭＳ ゴシック" w:hAnsi="ＭＳ ゴシック"/>
                                <w:sz w:val="21"/>
                                <w:szCs w:val="21"/>
                                <w:lang w:eastAsia="ja-JP"/>
                              </w:rPr>
                              <w:t>☑</w:t>
                            </w:r>
                            <w:r w:rsidRPr="00C819B2">
                              <w:rPr>
                                <w:rFonts w:ascii="ＭＳ ゴシック" w:eastAsia="ＭＳ ゴシック" w:hAnsi="ＭＳ ゴシック" w:hint="eastAsia"/>
                                <w:sz w:val="21"/>
                                <w:szCs w:val="21"/>
                                <w:lang w:eastAsia="ja-JP"/>
                              </w:rPr>
                              <w:t>を入れて回答してください。</w:t>
                            </w:r>
                            <w:r w:rsidR="00DA0493">
                              <w:rPr>
                                <w:rFonts w:ascii="ＭＳ ゴシック" w:eastAsia="ＭＳ ゴシック" w:hAnsi="ＭＳ ゴシック" w:hint="eastAsia"/>
                                <w:sz w:val="21"/>
                                <w:szCs w:val="21"/>
                                <w:lang w:eastAsia="ja-JP"/>
                              </w:rPr>
                              <w:t>この項目の入力状況をチェックすると、</w:t>
                            </w:r>
                          </w:p>
                          <w:p w14:paraId="2C91DDD3" w14:textId="281EB5D6" w:rsidR="00A22176" w:rsidRPr="00A40348" w:rsidRDefault="00A22176" w:rsidP="00A22176">
                            <w:pPr>
                              <w:spacing w:after="0" w:line="240" w:lineRule="auto"/>
                              <w:rPr>
                                <w:rFonts w:ascii="ＭＳ ゴシック" w:eastAsia="ＭＳ ゴシック" w:hAnsi="ＭＳ ゴシック"/>
                                <w:sz w:val="21"/>
                                <w:szCs w:val="21"/>
                                <w:lang w:eastAsia="ja-JP"/>
                              </w:rPr>
                            </w:pPr>
                            <w:r w:rsidRPr="00A22176">
                              <w:rPr>
                                <w:rFonts w:ascii="ＭＳ ゴシック" w:eastAsia="ＭＳ ゴシック" w:hAnsi="ＭＳ ゴシック" w:hint="eastAsia"/>
                                <w:sz w:val="21"/>
                                <w:szCs w:val="21"/>
                                <w:lang w:eastAsia="ja-JP"/>
                              </w:rPr>
                              <w:t>登録完了（お知らせ）メールが届きます。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2C0972" id="_x0000_s1055" type="#_x0000_t202" style="position:absolute;margin-left:177pt;margin-top:13.25pt;width:352.5pt;height:66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">
                <v:textbox>
                  <w:txbxContent>
                    <w:p w14:paraId="3D32AC5B" w14:textId="77777777" w:rsidR="004620E7" w:rsidRDefault="00C819B2" w:rsidP="00A22176">
                      <w:pPr>
                        <w:spacing w:after="0" w:line="240" w:lineRule="auto"/>
                        <w:rPr>
                          <w:rFonts w:ascii="ＭＳ ゴシック" w:eastAsia="ＭＳ ゴシック" w:hAnsi="ＭＳ ゴシック"/>
                          <w:sz w:val="21"/>
                          <w:szCs w:val="21"/>
                          <w:lang w:eastAsia="ja-JP"/>
                        </w:rPr>
                      </w:pPr>
                      <w:r w:rsidRPr="00C819B2">
                        <w:rPr>
                          <w:rFonts w:ascii="ＭＳ ゴシック" w:eastAsia="ＭＳ ゴシック" w:hAnsi="ＭＳ ゴシック" w:hint="eastAsia"/>
                          <w:sz w:val="21"/>
                          <w:szCs w:val="21"/>
                          <w:lang w:eastAsia="ja-JP"/>
                        </w:rPr>
                        <w:t>全て入力が終わりましたら、入力状況に</w:t>
                      </w:r>
                      <w:r w:rsidRPr="00C819B2">
                        <w:rPr>
                          <w:rFonts w:ascii="ＭＳ ゴシック" w:eastAsia="ＭＳ ゴシック" w:hAnsi="ＭＳ ゴシック"/>
                          <w:sz w:val="21"/>
                          <w:szCs w:val="21"/>
                          <w:lang w:eastAsia="ja-JP"/>
                        </w:rPr>
                        <w:t>☑</w:t>
                      </w:r>
                      <w:r w:rsidRPr="00C819B2">
                        <w:rPr>
                          <w:rFonts w:ascii="ＭＳ ゴシック" w:eastAsia="ＭＳ ゴシック" w:hAnsi="ＭＳ ゴシック" w:hint="eastAsia"/>
                          <w:sz w:val="21"/>
                          <w:szCs w:val="21"/>
                          <w:lang w:eastAsia="ja-JP"/>
                        </w:rPr>
                        <w:t>を入れて回答してください。</w:t>
                      </w:r>
                      <w:r w:rsidR="00DA0493">
                        <w:rPr>
                          <w:rFonts w:ascii="ＭＳ ゴシック" w:eastAsia="ＭＳ ゴシック" w:hAnsi="ＭＳ ゴシック" w:hint="eastAsia"/>
                          <w:sz w:val="21"/>
                          <w:szCs w:val="21"/>
                          <w:lang w:eastAsia="ja-JP"/>
                        </w:rPr>
                        <w:t>この項目の入力状況をチェックすると、</w:t>
                      </w:r>
                    </w:p>
                    <w:p w14:paraId="2C91DDD3" w14:textId="281EB5D6" w:rsidR="00A22176" w:rsidRPr="00A40348" w:rsidRDefault="00A22176" w:rsidP="00A22176">
                      <w:pPr>
                        <w:spacing w:after="0" w:line="240" w:lineRule="auto"/>
                        <w:rPr>
                          <w:rFonts w:ascii="ＭＳ ゴシック" w:eastAsia="ＭＳ ゴシック" w:hAnsi="ＭＳ ゴシック"/>
                          <w:sz w:val="21"/>
                          <w:szCs w:val="21"/>
                          <w:lang w:eastAsia="ja-JP"/>
                        </w:rPr>
                      </w:pPr>
                      <w:r w:rsidRPr="00A22176">
                        <w:rPr>
                          <w:rFonts w:ascii="ＭＳ ゴシック" w:eastAsia="ＭＳ ゴシック" w:hAnsi="ＭＳ ゴシック" w:hint="eastAsia"/>
                          <w:sz w:val="21"/>
                          <w:szCs w:val="21"/>
                          <w:lang w:eastAsia="ja-JP"/>
                        </w:rPr>
                        <w:t>登録完了（お知らせ）メールが届きます。</w:t>
                      </w:r>
                    </w:p>
                  </w:txbxContent>
                </v:textbox>
                <w10:wrap anchorx="margin"/>
              </v:shape>
            </w:pict>
          </mc:Fallback>
        </mc:AlternateContent>
      </w:r>
    </w:p>
    <w:p w14:paraId="2D16CFFE" w14:textId="3E5FB751" w:rsidR="00A40348" w:rsidRDefault="00A40348" w:rsidP="006F4112">
      <w:pPr>
        <w:spacing w:after="0" w:line="240" w:lineRule="auto"/>
        <w:rPr>
          <w:rFonts w:ascii="ＭＳ ゴシック" w:eastAsia="ＭＳ ゴシック" w:hAnsi="ＭＳ ゴシック"/>
          <w:lang w:eastAsia="ja-JP"/>
        </w:rPr>
      </w:pPr>
    </w:p>
    <w:p w14:paraId="3907DEB8" w14:textId="77777777" w:rsidR="00A40348" w:rsidRDefault="00A40348" w:rsidP="006F4112">
      <w:pPr>
        <w:spacing w:after="0" w:line="240" w:lineRule="auto"/>
        <w:rPr>
          <w:rFonts w:ascii="ＭＳ ゴシック" w:eastAsia="ＭＳ ゴシック" w:hAnsi="ＭＳ ゴシック"/>
          <w:lang w:eastAsia="ja-JP"/>
        </w:rPr>
      </w:pPr>
    </w:p>
    <w:p w14:paraId="2E59931F" w14:textId="660A7712" w:rsidR="00A40348" w:rsidRDefault="00A40348" w:rsidP="006F4112">
      <w:pPr>
        <w:spacing w:after="0" w:line="240" w:lineRule="auto"/>
        <w:rPr>
          <w:rFonts w:ascii="ＭＳ ゴシック" w:eastAsia="ＭＳ ゴシック" w:hAnsi="ＭＳ ゴシック"/>
          <w:lang w:eastAsia="ja-JP"/>
        </w:rPr>
      </w:pPr>
    </w:p>
    <w:p w14:paraId="3B01D20D" w14:textId="176CA88B" w:rsidR="00A40348" w:rsidRDefault="00A40348" w:rsidP="006F4112">
      <w:pPr>
        <w:spacing w:after="0" w:line="240" w:lineRule="auto"/>
        <w:rPr>
          <w:rFonts w:ascii="ＭＳ ゴシック" w:eastAsia="ＭＳ ゴシック" w:hAnsi="ＭＳ ゴシック"/>
          <w:lang w:eastAsia="ja-JP"/>
        </w:rPr>
      </w:pPr>
    </w:p>
    <w:p w14:paraId="7AB5B5D4" w14:textId="0EDC03CA" w:rsidR="00A40348" w:rsidRDefault="00A40348" w:rsidP="006F4112">
      <w:pPr>
        <w:spacing w:after="0" w:line="240" w:lineRule="auto"/>
        <w:rPr>
          <w:rFonts w:ascii="ＭＳ ゴシック" w:eastAsia="ＭＳ ゴシック" w:hAnsi="ＭＳ ゴシック"/>
          <w:lang w:eastAsia="ja-JP"/>
        </w:rPr>
      </w:pPr>
    </w:p>
    <w:p w14:paraId="28CEF082" w14:textId="2D155C14" w:rsidR="00A40348" w:rsidRDefault="00A40348" w:rsidP="006F4112">
      <w:pPr>
        <w:spacing w:after="0" w:line="240" w:lineRule="auto"/>
        <w:rPr>
          <w:rFonts w:ascii="ＭＳ ゴシック" w:eastAsia="ＭＳ ゴシック" w:hAnsi="ＭＳ ゴシック"/>
          <w:lang w:eastAsia="ja-JP"/>
        </w:rPr>
      </w:pPr>
    </w:p>
    <w:p w14:paraId="211CF11F" w14:textId="5EBF796F" w:rsidR="00A40348" w:rsidRDefault="00A40348" w:rsidP="006F4112">
      <w:pPr>
        <w:spacing w:after="0" w:line="240" w:lineRule="auto"/>
        <w:rPr>
          <w:rFonts w:ascii="ＭＳ ゴシック" w:eastAsia="ＭＳ ゴシック" w:hAnsi="ＭＳ ゴシック"/>
          <w:lang w:eastAsia="ja-JP"/>
        </w:rPr>
      </w:pPr>
    </w:p>
    <w:p w14:paraId="5873422E" w14:textId="285711C9" w:rsidR="006F4112" w:rsidRDefault="00375F0A" w:rsidP="006F4112">
      <w:pPr>
        <w:spacing w:after="0" w:line="240" w:lineRule="auto"/>
        <w:rPr>
          <w:rFonts w:ascii="ＭＳ ゴシック" w:eastAsia="ＭＳ ゴシック" w:hAnsi="ＭＳ ゴシック"/>
          <w:lang w:eastAsia="ja-JP"/>
        </w:rPr>
      </w:pPr>
      <w:r>
        <w:rPr>
          <w:rFonts w:ascii="ＭＳ ゴシック" w:eastAsia="ＭＳ ゴシック" w:hAnsi="ＭＳ ゴシック"/>
          <w:noProof/>
          <w:lang w:eastAsia="ja-JP"/>
        </w:rPr>
        <w:drawing>
          <wp:anchor distT="0" distB="0" distL="114300" distR="114300" simplePos="0" relativeHeight="251770368" behindDoc="0" locked="0" layoutInCell="1" allowOverlap="1" wp14:anchorId="0392985A" wp14:editId="2C90716C">
            <wp:simplePos x="0" y="0"/>
            <wp:positionH relativeFrom="column">
              <wp:posOffset>66675</wp:posOffset>
            </wp:positionH>
            <wp:positionV relativeFrom="paragraph">
              <wp:posOffset>13971</wp:posOffset>
            </wp:positionV>
            <wp:extent cx="5295900" cy="2724150"/>
            <wp:effectExtent l="0" t="0" r="0" b="0"/>
            <wp:wrapNone/>
            <wp:docPr id="2039122871" name="図 38"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22871" name="図 38" descr="テキスト&#10;&#10;AI 生成コンテンツは誤りを含む可能性があります。"/>
                    <pic:cNvPicPr/>
                  </pic:nvPicPr>
                  <pic:blipFill rotWithShape="1">
                    <a:blip r:embed="rId33"/>
                    <a:srcRect l="7917" t="7632" r="8472" b="15896"/>
                    <a:stretch>
                      <a:fillRect/>
                    </a:stretch>
                  </pic:blipFill>
                  <pic:spPr bwMode="auto">
                    <a:xfrm>
                      <a:off x="0" y="0"/>
                      <a:ext cx="529590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4F775" w14:textId="58983899" w:rsidR="00C819B2" w:rsidRDefault="00C819B2" w:rsidP="006F4112">
      <w:pPr>
        <w:spacing w:after="0" w:line="240" w:lineRule="auto"/>
        <w:rPr>
          <w:rFonts w:ascii="ＭＳ ゴシック" w:eastAsia="ＭＳ ゴシック" w:hAnsi="ＭＳ ゴシック"/>
          <w:lang w:eastAsia="ja-JP"/>
        </w:rPr>
      </w:pPr>
    </w:p>
    <w:p w14:paraId="169BEF2B" w14:textId="77777777" w:rsidR="00C819B2" w:rsidRDefault="00C819B2" w:rsidP="006F4112">
      <w:pPr>
        <w:spacing w:after="0" w:line="240" w:lineRule="auto"/>
        <w:rPr>
          <w:rFonts w:ascii="ＭＳ ゴシック" w:eastAsia="ＭＳ ゴシック" w:hAnsi="ＭＳ ゴシック"/>
          <w:lang w:eastAsia="ja-JP"/>
        </w:rPr>
      </w:pPr>
    </w:p>
    <w:p w14:paraId="7DB1A2B8" w14:textId="20A3B8BB" w:rsidR="00C819B2" w:rsidRDefault="00C819B2" w:rsidP="006F4112">
      <w:pPr>
        <w:spacing w:after="0" w:line="240" w:lineRule="auto"/>
        <w:rPr>
          <w:rFonts w:ascii="ＭＳ ゴシック" w:eastAsia="ＭＳ ゴシック" w:hAnsi="ＭＳ ゴシック"/>
          <w:lang w:eastAsia="ja-JP"/>
        </w:rPr>
      </w:pPr>
    </w:p>
    <w:p w14:paraId="330367D9" w14:textId="77777777" w:rsidR="00C819B2" w:rsidRDefault="00C819B2" w:rsidP="006F4112">
      <w:pPr>
        <w:spacing w:after="0" w:line="240" w:lineRule="auto"/>
        <w:rPr>
          <w:rFonts w:ascii="ＭＳ ゴシック" w:eastAsia="ＭＳ ゴシック" w:hAnsi="ＭＳ ゴシック"/>
          <w:lang w:eastAsia="ja-JP"/>
        </w:rPr>
      </w:pPr>
    </w:p>
    <w:p w14:paraId="1D641EA7" w14:textId="037C3419" w:rsidR="00C819B2" w:rsidRDefault="00C819B2" w:rsidP="006F4112">
      <w:pPr>
        <w:spacing w:after="0" w:line="240" w:lineRule="auto"/>
        <w:rPr>
          <w:rFonts w:ascii="ＭＳ ゴシック" w:eastAsia="ＭＳ ゴシック" w:hAnsi="ＭＳ ゴシック"/>
          <w:lang w:eastAsia="ja-JP"/>
        </w:rPr>
      </w:pPr>
    </w:p>
    <w:p w14:paraId="75CD6771" w14:textId="70B3B5E8" w:rsidR="00C819B2" w:rsidRDefault="00C819B2" w:rsidP="006F4112">
      <w:pPr>
        <w:spacing w:after="0" w:line="240" w:lineRule="auto"/>
        <w:rPr>
          <w:rFonts w:ascii="ＭＳ ゴシック" w:eastAsia="ＭＳ ゴシック" w:hAnsi="ＭＳ ゴシック"/>
          <w:lang w:eastAsia="ja-JP"/>
        </w:rPr>
      </w:pPr>
    </w:p>
    <w:p w14:paraId="5F5A4878" w14:textId="77777777" w:rsidR="00C819B2" w:rsidRDefault="00C819B2" w:rsidP="006F4112">
      <w:pPr>
        <w:spacing w:after="0" w:line="240" w:lineRule="auto"/>
        <w:rPr>
          <w:rFonts w:ascii="ＭＳ ゴシック" w:eastAsia="ＭＳ ゴシック" w:hAnsi="ＭＳ ゴシック"/>
          <w:lang w:eastAsia="ja-JP"/>
        </w:rPr>
      </w:pPr>
    </w:p>
    <w:p w14:paraId="490FD96E" w14:textId="37DE58AF" w:rsidR="00C819B2" w:rsidRDefault="00C819B2" w:rsidP="006F4112">
      <w:pPr>
        <w:spacing w:after="0" w:line="240" w:lineRule="auto"/>
        <w:rPr>
          <w:rFonts w:ascii="ＭＳ ゴシック" w:eastAsia="ＭＳ ゴシック" w:hAnsi="ＭＳ ゴシック"/>
          <w:lang w:eastAsia="ja-JP"/>
        </w:rPr>
      </w:pPr>
    </w:p>
    <w:p w14:paraId="49AA0E87" w14:textId="0567D448" w:rsidR="00C819B2" w:rsidRDefault="00C819B2" w:rsidP="006F4112">
      <w:pPr>
        <w:spacing w:after="0" w:line="240" w:lineRule="auto"/>
        <w:rPr>
          <w:rFonts w:ascii="ＭＳ ゴシック" w:eastAsia="ＭＳ ゴシック" w:hAnsi="ＭＳ ゴシック"/>
          <w:lang w:eastAsia="ja-JP"/>
        </w:rPr>
      </w:pPr>
    </w:p>
    <w:p w14:paraId="364205AD" w14:textId="2FC37909" w:rsidR="00C819B2" w:rsidRDefault="00C819B2" w:rsidP="006F4112">
      <w:pPr>
        <w:spacing w:after="0" w:line="240" w:lineRule="auto"/>
        <w:rPr>
          <w:rFonts w:ascii="ＭＳ ゴシック" w:eastAsia="ＭＳ ゴシック" w:hAnsi="ＭＳ ゴシック"/>
          <w:lang w:eastAsia="ja-JP"/>
        </w:rPr>
      </w:pPr>
    </w:p>
    <w:p w14:paraId="358EE70C" w14:textId="6D418EB7" w:rsidR="00353192" w:rsidRDefault="00353192" w:rsidP="006F4112">
      <w:pPr>
        <w:spacing w:after="0" w:line="240" w:lineRule="auto"/>
        <w:rPr>
          <w:rFonts w:ascii="ＭＳ ゴシック" w:eastAsia="ＭＳ ゴシック" w:hAnsi="ＭＳ ゴシック"/>
          <w:lang w:eastAsia="ja-JP"/>
        </w:rPr>
      </w:pPr>
    </w:p>
    <w:p w14:paraId="01E8ED4A" w14:textId="2F521826" w:rsidR="00353192" w:rsidRDefault="00076C79" w:rsidP="006F4112">
      <w:pPr>
        <w:spacing w:after="0" w:line="240" w:lineRule="auto"/>
        <w:rPr>
          <w:rFonts w:ascii="ＭＳ ゴシック" w:eastAsia="ＭＳ ゴシック" w:hAnsi="ＭＳ ゴシック"/>
          <w:lang w:eastAsia="ja-JP"/>
        </w:rPr>
      </w:pPr>
      <w:r>
        <w:rPr>
          <w:noProof/>
          <w:lang w:eastAsia="ja-JP"/>
        </w:rPr>
        <mc:AlternateContent>
          <mc:Choice Requires="wps">
            <w:drawing>
              <wp:anchor distT="45720" distB="45720" distL="114300" distR="114300" simplePos="0" relativeHeight="251847168" behindDoc="0" locked="0" layoutInCell="1" allowOverlap="1" wp14:anchorId="5671DD88" wp14:editId="12CED5D0">
                <wp:simplePos x="0" y="0"/>
                <wp:positionH relativeFrom="column">
                  <wp:posOffset>655320</wp:posOffset>
                </wp:positionH>
                <wp:positionV relativeFrom="paragraph">
                  <wp:posOffset>52070</wp:posOffset>
                </wp:positionV>
                <wp:extent cx="4343400" cy="350520"/>
                <wp:effectExtent l="0" t="0" r="19050" b="11430"/>
                <wp:wrapNone/>
                <wp:docPr id="1056521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0520"/>
                        </a:xfrm>
                        <a:prstGeom prst="rect">
                          <a:avLst/>
                        </a:prstGeom>
                        <a:solidFill>
                          <a:srgbClr val="FFFFFF"/>
                        </a:solidFill>
                        <a:ln w="9525">
                          <a:solidFill>
                            <a:srgbClr val="000000"/>
                          </a:solidFill>
                          <a:miter lim="800000"/>
                          <a:headEnd/>
                          <a:tailEnd/>
                        </a:ln>
                      </wps:spPr>
                      <wps:txbx>
                        <w:txbxContent>
                          <w:p w14:paraId="77F0C100" w14:textId="77777777" w:rsidR="00076C79" w:rsidRPr="00076C79" w:rsidRDefault="00076C79" w:rsidP="00076C79">
                            <w:pPr>
                              <w:rPr>
                                <w:sz w:val="16"/>
                                <w:szCs w:val="16"/>
                              </w:rPr>
                            </w:pPr>
                            <w:r w:rsidRPr="00076C79">
                              <w:rPr>
                                <w:sz w:val="16"/>
                                <w:szCs w:val="16"/>
                              </w:rPr>
                              <w:t>https://yokohamashakyo.viewer.kintoneapp.com/public/7ba9ec8573bc72a192fe4eb959ab49207de6d896d526b63d169b557841ed1686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1DD88" id="_x0000_s1056" type="#_x0000_t202" style="position:absolute;margin-left:51.6pt;margin-top:4.1pt;width:342pt;height:27.6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">
                <v:textbox>
                  <w:txbxContent>
                    <w:p w14:paraId="77F0C100" w14:textId="77777777" w:rsidR="00076C79" w:rsidRPr="00076C79" w:rsidRDefault="00076C79" w:rsidP="00076C79">
                      <w:pPr>
                        <w:rPr>
                          <w:sz w:val="16"/>
                          <w:szCs w:val="16"/>
                        </w:rPr>
                      </w:pPr>
                      <w:r w:rsidRPr="00076C79">
                        <w:rPr>
                          <w:sz w:val="16"/>
                          <w:szCs w:val="16"/>
                        </w:rPr>
                        <w:t>https://yokohamashakyo.viewer.kintoneapp.com/public/7ba9ec8573bc72a192fe4eb959ab49207de6d896d526b63d169b557841ed1686</w:t>
                      </w:r>
                    </w:p>
                  </w:txbxContent>
                </v:textbox>
              </v:shape>
            </w:pict>
          </mc:Fallback>
        </mc:AlternateContent>
      </w:r>
    </w:p>
    <w:p w14:paraId="46B279C8" w14:textId="77777777" w:rsidR="00353192" w:rsidRDefault="00353192" w:rsidP="006F4112">
      <w:pPr>
        <w:spacing w:after="0" w:line="240" w:lineRule="auto"/>
        <w:rPr>
          <w:rFonts w:ascii="ＭＳ ゴシック" w:eastAsia="ＭＳ ゴシック" w:hAnsi="ＭＳ ゴシック"/>
          <w:lang w:eastAsia="ja-JP"/>
        </w:rPr>
      </w:pPr>
    </w:p>
    <w:p w14:paraId="1A7006F2" w14:textId="7FC04946" w:rsidR="00DA0493" w:rsidRDefault="00DA0493" w:rsidP="006F4112">
      <w:pPr>
        <w:spacing w:after="0" w:line="240" w:lineRule="auto"/>
        <w:rPr>
          <w:rFonts w:ascii="ＭＳ ゴシック" w:eastAsia="ＭＳ ゴシック" w:hAnsi="ＭＳ ゴシック"/>
          <w:lang w:eastAsia="ja-JP"/>
        </w:rPr>
      </w:pPr>
    </w:p>
    <w:p w14:paraId="03A99FDA" w14:textId="15D06093" w:rsidR="00806A8F" w:rsidRPr="00485E4A" w:rsidRDefault="00806A8F" w:rsidP="00806A8F">
      <w:pPr>
        <w:rPr>
          <w:rFonts w:ascii="ＭＳ 明朝" w:eastAsia="ＭＳ 明朝" w:hAnsi="ＭＳ 明朝"/>
          <w:sz w:val="20"/>
          <w:szCs w:val="20"/>
          <w:lang w:eastAsia="ja-JP"/>
        </w:rPr>
      </w:pPr>
      <w:r>
        <w:rPr>
          <w:rFonts w:ascii="BIZ UDPゴシック" w:eastAsia="BIZ UDPゴシック" w:hAnsi="BIZ UDPゴシック" w:hint="eastAsia"/>
          <w:sz w:val="28"/>
          <w:szCs w:val="28"/>
          <w:lang w:eastAsia="ja-JP"/>
        </w:rPr>
        <w:lastRenderedPageBreak/>
        <w:t>７．申請の確認・修正・入力について</w:t>
      </w:r>
    </w:p>
    <w:p w14:paraId="1D66104A" w14:textId="090C7D5A" w:rsidR="00806A8F" w:rsidRPr="005B4B48" w:rsidRDefault="005D1E07" w:rsidP="00806A8F">
      <w:pPr>
        <w:spacing w:after="0" w:line="240" w:lineRule="auto"/>
        <w:rPr>
          <w:rFonts w:ascii="ＭＳ ゴシック" w:eastAsia="ＭＳ ゴシック" w:hAnsi="ＭＳ ゴシック"/>
          <w:lang w:eastAsia="ja-JP"/>
        </w:rPr>
      </w:pPr>
      <w:r>
        <w:rPr>
          <w:rFonts w:ascii="ＭＳ ゴシック" w:eastAsia="ＭＳ ゴシック" w:hAnsi="ＭＳ ゴシック"/>
          <w:noProof/>
          <w:lang w:eastAsia="ja-JP"/>
        </w:rPr>
        <w:drawing>
          <wp:anchor distT="0" distB="0" distL="114300" distR="114300" simplePos="0" relativeHeight="251778560" behindDoc="0" locked="0" layoutInCell="1" allowOverlap="1" wp14:anchorId="1F3851B2" wp14:editId="7A1C9F1C">
            <wp:simplePos x="0" y="0"/>
            <wp:positionH relativeFrom="margin">
              <wp:posOffset>-171450</wp:posOffset>
            </wp:positionH>
            <wp:positionV relativeFrom="paragraph">
              <wp:posOffset>187960</wp:posOffset>
            </wp:positionV>
            <wp:extent cx="7142700" cy="3600450"/>
            <wp:effectExtent l="0" t="0" r="1270" b="0"/>
            <wp:wrapNone/>
            <wp:docPr id="913035273" name="図 39" descr="グラフィカル ユーザー インターフェイス, アプリケーション, Team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35273" name="図 39" descr="グラフィカル ユーザー インターフェイス, アプリケーション, Teams&#10;&#10;AI 生成コンテンツは誤りを含む可能性があります。"/>
                    <pic:cNvPicPr/>
                  </pic:nvPicPr>
                  <pic:blipFill>
                    <a:blip r:embed="rId34"/>
                    <a:stretch>
                      <a:fillRect/>
                    </a:stretch>
                  </pic:blipFill>
                  <pic:spPr>
                    <a:xfrm>
                      <a:off x="0" y="0"/>
                      <a:ext cx="7142700" cy="3600450"/>
                    </a:xfrm>
                    <a:prstGeom prst="rect">
                      <a:avLst/>
                    </a:prstGeom>
                  </pic:spPr>
                </pic:pic>
              </a:graphicData>
            </a:graphic>
            <wp14:sizeRelH relativeFrom="page">
              <wp14:pctWidth>0</wp14:pctWidth>
            </wp14:sizeRelH>
            <wp14:sizeRelV relativeFrom="page">
              <wp14:pctHeight>0</wp14:pctHeight>
            </wp14:sizeRelV>
          </wp:anchor>
        </w:drawing>
      </w:r>
      <w:r w:rsidR="00806A8F">
        <w:rPr>
          <w:rFonts w:ascii="ＭＳ ゴシック" w:eastAsia="ＭＳ ゴシック" w:hAnsi="ＭＳ ゴシック" w:hint="eastAsia"/>
          <w:lang w:eastAsia="ja-JP"/>
        </w:rPr>
        <w:t>３</w:t>
      </w:r>
      <w:r w:rsidR="00806A8F" w:rsidRPr="005B4B48">
        <w:rPr>
          <w:rFonts w:ascii="ＭＳ ゴシック" w:eastAsia="ＭＳ ゴシック" w:hAnsi="ＭＳ ゴシック" w:hint="eastAsia"/>
          <w:lang w:eastAsia="ja-JP"/>
        </w:rPr>
        <w:t>つのフォームから該当する内容の入力をしてください。</w:t>
      </w:r>
      <w:r w:rsidR="00143DC6">
        <w:rPr>
          <w:rFonts w:ascii="ＭＳ ゴシック" w:eastAsia="ＭＳ ゴシック" w:hAnsi="ＭＳ ゴシック" w:hint="eastAsia"/>
          <w:lang w:eastAsia="ja-JP"/>
        </w:rPr>
        <w:t>申請</w:t>
      </w:r>
      <w:r w:rsidR="00143DC6" w:rsidRPr="00143DC6">
        <w:rPr>
          <w:rFonts w:ascii="ＭＳ ゴシック" w:eastAsia="ＭＳ ゴシック" w:hAnsi="ＭＳ ゴシック" w:hint="eastAsia"/>
          <w:lang w:eastAsia="ja-JP"/>
        </w:rPr>
        <w:t>の背景は</w:t>
      </w:r>
      <w:r w:rsidR="00143DC6" w:rsidRPr="00143DC6">
        <w:rPr>
          <w:rFonts w:ascii="ＭＳ ゴシック" w:eastAsia="ＭＳ ゴシック" w:hAnsi="ＭＳ ゴシック" w:hint="eastAsia"/>
          <w:b/>
          <w:bCs/>
          <w:sz w:val="24"/>
          <w:szCs w:val="24"/>
          <w:u w:val="single"/>
          <w:lang w:eastAsia="ja-JP"/>
        </w:rPr>
        <w:t>ピンク</w:t>
      </w:r>
      <w:r w:rsidR="00143DC6" w:rsidRPr="00143DC6">
        <w:rPr>
          <w:rFonts w:ascii="ＭＳ ゴシック" w:eastAsia="ＭＳ ゴシック" w:hAnsi="ＭＳ ゴシック" w:hint="eastAsia"/>
          <w:lang w:eastAsia="ja-JP"/>
        </w:rPr>
        <w:t>です。</w:t>
      </w:r>
    </w:p>
    <w:p w14:paraId="30FDBE7C" w14:textId="08E3EB03" w:rsidR="00DA0493" w:rsidRPr="00806A8F" w:rsidRDefault="00DA0493" w:rsidP="006F4112">
      <w:pPr>
        <w:spacing w:after="0" w:line="240" w:lineRule="auto"/>
        <w:rPr>
          <w:rFonts w:ascii="ＭＳ ゴシック" w:eastAsia="ＭＳ ゴシック" w:hAnsi="ＭＳ ゴシック"/>
          <w:lang w:eastAsia="ja-JP"/>
        </w:rPr>
      </w:pPr>
    </w:p>
    <w:p w14:paraId="3BF3C0C5" w14:textId="78AF647C" w:rsidR="00AD7A33" w:rsidRDefault="00AD7A33" w:rsidP="00143DC6">
      <w:pPr>
        <w:spacing w:after="0"/>
        <w:rPr>
          <w:rFonts w:ascii="ＭＳ ゴシック" w:eastAsia="ＭＳ ゴシック" w:hAnsi="ＭＳ ゴシック"/>
          <w:lang w:eastAsia="ja-JP"/>
        </w:rPr>
      </w:pPr>
    </w:p>
    <w:p w14:paraId="772FD9B3" w14:textId="60749BD6" w:rsidR="00143DC6" w:rsidRDefault="00143DC6" w:rsidP="00143DC6">
      <w:pPr>
        <w:spacing w:after="0" w:line="240" w:lineRule="auto"/>
        <w:rPr>
          <w:rFonts w:ascii="ＭＳ ゴシック" w:eastAsia="ＭＳ ゴシック" w:hAnsi="ＭＳ ゴシック"/>
          <w:lang w:eastAsia="ja-JP"/>
        </w:rPr>
      </w:pPr>
    </w:p>
    <w:p w14:paraId="30F90D5B" w14:textId="545C87A6" w:rsidR="00143DC6" w:rsidRDefault="00143DC6" w:rsidP="00143DC6">
      <w:pPr>
        <w:spacing w:after="0" w:line="240" w:lineRule="auto"/>
        <w:rPr>
          <w:rFonts w:ascii="ＭＳ ゴシック" w:eastAsia="ＭＳ ゴシック" w:hAnsi="ＭＳ ゴシック"/>
          <w:lang w:eastAsia="ja-JP"/>
        </w:rPr>
      </w:pPr>
    </w:p>
    <w:p w14:paraId="669FC9A2" w14:textId="0BEB0449" w:rsidR="00143DC6" w:rsidRDefault="00143DC6" w:rsidP="00143DC6">
      <w:pPr>
        <w:spacing w:after="0" w:line="240" w:lineRule="auto"/>
        <w:rPr>
          <w:rFonts w:ascii="ＭＳ ゴシック" w:eastAsia="ＭＳ ゴシック" w:hAnsi="ＭＳ ゴシック"/>
          <w:lang w:eastAsia="ja-JP"/>
        </w:rPr>
      </w:pPr>
    </w:p>
    <w:p w14:paraId="0076985A" w14:textId="77777777" w:rsidR="00143DC6" w:rsidRDefault="00143DC6" w:rsidP="00143DC6">
      <w:pPr>
        <w:spacing w:after="0" w:line="240" w:lineRule="auto"/>
        <w:rPr>
          <w:rFonts w:ascii="ＭＳ ゴシック" w:eastAsia="ＭＳ ゴシック" w:hAnsi="ＭＳ ゴシック"/>
          <w:lang w:eastAsia="ja-JP"/>
        </w:rPr>
      </w:pPr>
    </w:p>
    <w:p w14:paraId="27BC0C4D" w14:textId="48ED57AB" w:rsidR="00143DC6" w:rsidRDefault="00143DC6" w:rsidP="00143DC6">
      <w:pPr>
        <w:spacing w:after="0" w:line="240" w:lineRule="auto"/>
        <w:rPr>
          <w:rFonts w:ascii="ＭＳ ゴシック" w:eastAsia="ＭＳ ゴシック" w:hAnsi="ＭＳ ゴシック"/>
          <w:lang w:eastAsia="ja-JP"/>
        </w:rPr>
      </w:pPr>
    </w:p>
    <w:p w14:paraId="09DFE6E8" w14:textId="358B29A7" w:rsidR="00143DC6" w:rsidRDefault="00143DC6" w:rsidP="00143DC6">
      <w:pPr>
        <w:spacing w:after="0" w:line="240" w:lineRule="auto"/>
        <w:rPr>
          <w:rFonts w:ascii="ＭＳ ゴシック" w:eastAsia="ＭＳ ゴシック" w:hAnsi="ＭＳ ゴシック"/>
          <w:lang w:eastAsia="ja-JP"/>
        </w:rPr>
      </w:pPr>
    </w:p>
    <w:p w14:paraId="2F4CADE8" w14:textId="77777777" w:rsidR="00143DC6" w:rsidRDefault="00143DC6" w:rsidP="00143DC6">
      <w:pPr>
        <w:spacing w:after="0" w:line="240" w:lineRule="auto"/>
        <w:rPr>
          <w:rFonts w:ascii="ＭＳ ゴシック" w:eastAsia="ＭＳ ゴシック" w:hAnsi="ＭＳ ゴシック"/>
          <w:lang w:eastAsia="ja-JP"/>
        </w:rPr>
      </w:pPr>
    </w:p>
    <w:p w14:paraId="5E9C337C" w14:textId="5543577E" w:rsidR="00143DC6" w:rsidRDefault="00143DC6" w:rsidP="00143DC6">
      <w:pPr>
        <w:spacing w:after="0" w:line="240" w:lineRule="auto"/>
        <w:rPr>
          <w:rFonts w:ascii="ＭＳ ゴシック" w:eastAsia="ＭＳ ゴシック" w:hAnsi="ＭＳ ゴシック"/>
          <w:lang w:eastAsia="ja-JP"/>
        </w:rPr>
      </w:pPr>
    </w:p>
    <w:p w14:paraId="48D104C6" w14:textId="5CB73C73" w:rsidR="00143DC6" w:rsidRDefault="00143DC6" w:rsidP="00143DC6">
      <w:pPr>
        <w:spacing w:after="0" w:line="240" w:lineRule="auto"/>
        <w:rPr>
          <w:rFonts w:ascii="ＭＳ ゴシック" w:eastAsia="ＭＳ ゴシック" w:hAnsi="ＭＳ ゴシック"/>
          <w:lang w:eastAsia="ja-JP"/>
        </w:rPr>
      </w:pPr>
    </w:p>
    <w:p w14:paraId="3FE3DDD4" w14:textId="665A6AD0" w:rsidR="00143DC6" w:rsidRDefault="00143DC6" w:rsidP="00143DC6">
      <w:pPr>
        <w:spacing w:after="0" w:line="240" w:lineRule="auto"/>
        <w:rPr>
          <w:rFonts w:ascii="ＭＳ ゴシック" w:eastAsia="ＭＳ ゴシック" w:hAnsi="ＭＳ ゴシック"/>
          <w:lang w:eastAsia="ja-JP"/>
        </w:rPr>
      </w:pPr>
    </w:p>
    <w:p w14:paraId="5E9868DF" w14:textId="77777777" w:rsidR="00143DC6" w:rsidRDefault="00143DC6" w:rsidP="00143DC6">
      <w:pPr>
        <w:spacing w:after="0" w:line="240" w:lineRule="auto"/>
        <w:rPr>
          <w:rFonts w:ascii="ＭＳ ゴシック" w:eastAsia="ＭＳ ゴシック" w:hAnsi="ＭＳ ゴシック"/>
          <w:lang w:eastAsia="ja-JP"/>
        </w:rPr>
      </w:pPr>
    </w:p>
    <w:p w14:paraId="3C32511C" w14:textId="2832F3B1" w:rsidR="00143DC6" w:rsidRDefault="00143DC6" w:rsidP="00143DC6">
      <w:pPr>
        <w:spacing w:after="0" w:line="240" w:lineRule="auto"/>
        <w:rPr>
          <w:rFonts w:ascii="ＭＳ ゴシック" w:eastAsia="ＭＳ ゴシック" w:hAnsi="ＭＳ ゴシック"/>
          <w:lang w:eastAsia="ja-JP"/>
        </w:rPr>
      </w:pPr>
    </w:p>
    <w:p w14:paraId="4DB49806" w14:textId="77777777" w:rsidR="00143DC6" w:rsidRDefault="00143DC6" w:rsidP="00143DC6">
      <w:pPr>
        <w:spacing w:after="0" w:line="240" w:lineRule="auto"/>
        <w:rPr>
          <w:rFonts w:ascii="ＭＳ ゴシック" w:eastAsia="ＭＳ ゴシック" w:hAnsi="ＭＳ ゴシック"/>
          <w:lang w:eastAsia="ja-JP"/>
        </w:rPr>
      </w:pPr>
    </w:p>
    <w:p w14:paraId="3947A136" w14:textId="091EC4EE" w:rsidR="00143DC6" w:rsidRDefault="00143DC6" w:rsidP="00143DC6">
      <w:pPr>
        <w:spacing w:after="0" w:line="240" w:lineRule="auto"/>
        <w:rPr>
          <w:rFonts w:ascii="ＭＳ ゴシック" w:eastAsia="ＭＳ ゴシック" w:hAnsi="ＭＳ ゴシック"/>
          <w:lang w:eastAsia="ja-JP"/>
        </w:rPr>
      </w:pPr>
    </w:p>
    <w:p w14:paraId="084108AE" w14:textId="77777777" w:rsidR="00143DC6" w:rsidRDefault="00143DC6" w:rsidP="00143DC6">
      <w:pPr>
        <w:spacing w:after="0" w:line="240" w:lineRule="auto"/>
        <w:rPr>
          <w:rFonts w:ascii="ＭＳ ゴシック" w:eastAsia="ＭＳ ゴシック" w:hAnsi="ＭＳ ゴシック"/>
          <w:lang w:eastAsia="ja-JP"/>
        </w:rPr>
      </w:pPr>
    </w:p>
    <w:p w14:paraId="2E33F7A6" w14:textId="77777777" w:rsidR="00143DC6" w:rsidRPr="00DC37C1" w:rsidRDefault="00143DC6" w:rsidP="00143DC6">
      <w:pPr>
        <w:spacing w:after="0" w:line="240" w:lineRule="auto"/>
        <w:rPr>
          <w:rFonts w:ascii="ＭＳ ゴシック" w:eastAsia="ＭＳ ゴシック" w:hAnsi="ＭＳ ゴシック"/>
          <w:lang w:eastAsia="ja-JP"/>
        </w:rPr>
      </w:pPr>
    </w:p>
    <w:p w14:paraId="11371F8F" w14:textId="09A1FD43" w:rsidR="00AD7A33" w:rsidRDefault="00AD7A33" w:rsidP="00143DC6">
      <w:pPr>
        <w:spacing w:after="0" w:line="240" w:lineRule="auto"/>
        <w:rPr>
          <w:lang w:eastAsia="ja-JP"/>
        </w:rPr>
      </w:pPr>
    </w:p>
    <w:p w14:paraId="3FA5F861" w14:textId="77777777" w:rsidR="00143DC6" w:rsidRDefault="00143DC6" w:rsidP="00143DC6">
      <w:pPr>
        <w:spacing w:after="0" w:line="240" w:lineRule="auto"/>
        <w:rPr>
          <w:lang w:eastAsia="ja-JP"/>
        </w:rPr>
      </w:pPr>
    </w:p>
    <w:p w14:paraId="0E58DD3A" w14:textId="7D5EE3F9" w:rsidR="00143DC6" w:rsidRDefault="00143DC6" w:rsidP="00143DC6">
      <w:pPr>
        <w:spacing w:after="0" w:line="240" w:lineRule="auto"/>
        <w:rPr>
          <w:lang w:eastAsia="ja-JP"/>
        </w:rPr>
      </w:pPr>
    </w:p>
    <w:p w14:paraId="55DADBA3" w14:textId="6C799E06" w:rsidR="00491DF8" w:rsidRPr="006D1079" w:rsidRDefault="00491DF8" w:rsidP="00491DF8">
      <w:pPr>
        <w:spacing w:after="0" w:line="240" w:lineRule="auto"/>
        <w:rPr>
          <w:rFonts w:ascii="ＭＳ ゴシック" w:eastAsia="ＭＳ ゴシック" w:hAnsi="ＭＳ ゴシック"/>
          <w:b/>
          <w:bCs/>
          <w:sz w:val="24"/>
          <w:szCs w:val="24"/>
          <w:lang w:eastAsia="ja-JP"/>
        </w:rPr>
      </w:pPr>
      <w:r w:rsidRPr="006D1079">
        <w:rPr>
          <w:rFonts w:ascii="ＭＳ ゴシック" w:eastAsia="ＭＳ ゴシック" w:hAnsi="ＭＳ ゴシック" w:hint="eastAsia"/>
          <w:b/>
          <w:bCs/>
          <w:sz w:val="24"/>
          <w:szCs w:val="24"/>
          <w:lang w:eastAsia="ja-JP"/>
        </w:rPr>
        <w:t>【</w:t>
      </w:r>
      <w:r>
        <w:rPr>
          <w:rFonts w:ascii="ＭＳ ゴシック" w:eastAsia="ＭＳ ゴシック" w:hAnsi="ＭＳ ゴシック" w:hint="eastAsia"/>
          <w:b/>
          <w:bCs/>
          <w:sz w:val="24"/>
          <w:szCs w:val="24"/>
          <w:lang w:eastAsia="ja-JP"/>
        </w:rPr>
        <w:t>申請</w:t>
      </w:r>
      <w:r w:rsidRPr="006D1079">
        <w:rPr>
          <w:rFonts w:ascii="ＭＳ ゴシック" w:eastAsia="ＭＳ ゴシック" w:hAnsi="ＭＳ ゴシック" w:hint="eastAsia"/>
          <w:b/>
          <w:bCs/>
          <w:sz w:val="24"/>
          <w:szCs w:val="24"/>
          <w:lang w:eastAsia="ja-JP"/>
        </w:rPr>
        <w:t>（基本情報）】</w:t>
      </w:r>
    </w:p>
    <w:p w14:paraId="5F23D73F" w14:textId="0EEABD02" w:rsidR="00143DC6" w:rsidRDefault="00491DF8" w:rsidP="00491DF8">
      <w:pPr>
        <w:spacing w:after="0" w:line="240" w:lineRule="auto"/>
        <w:rPr>
          <w:lang w:eastAsia="ja-JP"/>
        </w:rPr>
      </w:pPr>
      <w:r w:rsidRPr="001148A3">
        <w:rPr>
          <w:rFonts w:ascii="ＭＳ ゴシック" w:eastAsia="ＭＳ ゴシック" w:hAnsi="ＭＳ ゴシック" w:hint="eastAsia"/>
          <w:lang w:eastAsia="ja-JP"/>
        </w:rPr>
        <w:t>≪</w:t>
      </w:r>
      <w:r>
        <w:rPr>
          <w:rFonts w:ascii="ＭＳ ゴシック" w:eastAsia="ＭＳ ゴシック" w:hAnsi="ＭＳ ゴシック" w:hint="eastAsia"/>
          <w:lang w:eastAsia="ja-JP"/>
        </w:rPr>
        <w:t>申請</w:t>
      </w:r>
      <w:r w:rsidRPr="001148A3">
        <w:rPr>
          <w:rFonts w:ascii="ＭＳ ゴシック" w:eastAsia="ＭＳ ゴシック" w:hAnsi="ＭＳ ゴシック" w:hint="eastAsia"/>
          <w:lang w:eastAsia="ja-JP"/>
        </w:rPr>
        <w:t>（基本情報）の入力画面</w:t>
      </w:r>
      <w:r w:rsidR="004620E7">
        <w:rPr>
          <w:rFonts w:ascii="ＭＳ ゴシック" w:eastAsia="ＭＳ ゴシック" w:hAnsi="ＭＳ ゴシック" w:hint="eastAsia"/>
          <w:lang w:eastAsia="ja-JP"/>
        </w:rPr>
        <w:t>≫</w:t>
      </w:r>
    </w:p>
    <w:p w14:paraId="572A2A8F" w14:textId="7CF7F715" w:rsidR="00143DC6" w:rsidRPr="004620E7" w:rsidRDefault="005D1E07" w:rsidP="00143DC6">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90848" behindDoc="0" locked="0" layoutInCell="1" allowOverlap="1" wp14:anchorId="2F267080" wp14:editId="57239117">
                <wp:simplePos x="0" y="0"/>
                <wp:positionH relativeFrom="margin">
                  <wp:posOffset>3295650</wp:posOffset>
                </wp:positionH>
                <wp:positionV relativeFrom="paragraph">
                  <wp:posOffset>2804160</wp:posOffset>
                </wp:positionV>
                <wp:extent cx="3695700" cy="876300"/>
                <wp:effectExtent l="0" t="0" r="19050" b="19050"/>
                <wp:wrapNone/>
                <wp:docPr id="295492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76300"/>
                        </a:xfrm>
                        <a:prstGeom prst="rect">
                          <a:avLst/>
                        </a:prstGeom>
                        <a:solidFill>
                          <a:srgbClr val="FFFFFF"/>
                        </a:solidFill>
                        <a:ln w="9525">
                          <a:solidFill>
                            <a:srgbClr val="000000"/>
                          </a:solidFill>
                          <a:miter lim="800000"/>
                          <a:headEnd/>
                          <a:tailEnd/>
                        </a:ln>
                      </wps:spPr>
                      <wps:txbx>
                        <w:txbxContent>
                          <w:p w14:paraId="2A8666EB" w14:textId="25CA42B1" w:rsidR="005D1E07" w:rsidRPr="005D1E07" w:rsidRDefault="005D1E07" w:rsidP="005D1E07">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継続して申請する団体は、入力の手間を省くため、令和</w:t>
                            </w:r>
                            <w:r>
                              <w:rPr>
                                <w:rFonts w:ascii="ＭＳ ゴシック" w:eastAsia="ＭＳ ゴシック" w:hAnsi="ＭＳ ゴシック" w:hint="eastAsia"/>
                                <w:sz w:val="21"/>
                                <w:szCs w:val="21"/>
                                <w:lang w:eastAsia="ja-JP"/>
                              </w:rPr>
                              <w:t>７</w:t>
                            </w:r>
                            <w:r w:rsidRPr="005D1E07">
                              <w:rPr>
                                <w:rFonts w:ascii="ＭＳ ゴシック" w:eastAsia="ＭＳ ゴシック" w:hAnsi="ＭＳ ゴシック" w:hint="eastAsia"/>
                                <w:sz w:val="21"/>
                                <w:szCs w:val="21"/>
                                <w:lang w:eastAsia="ja-JP"/>
                              </w:rPr>
                              <w:t>年度申請書の内容が一部登録されています。</w:t>
                            </w:r>
                          </w:p>
                          <w:p w14:paraId="5A4E1843" w14:textId="1819FE66" w:rsidR="005D1E07" w:rsidRPr="00DE222D" w:rsidRDefault="005D1E07" w:rsidP="005D1E07">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令和</w:t>
                            </w:r>
                            <w:r>
                              <w:rPr>
                                <w:rFonts w:ascii="ＭＳ ゴシック" w:eastAsia="ＭＳ ゴシック" w:hAnsi="ＭＳ ゴシック" w:hint="eastAsia"/>
                                <w:sz w:val="21"/>
                                <w:szCs w:val="21"/>
                                <w:lang w:eastAsia="ja-JP"/>
                              </w:rPr>
                              <w:t>８</w:t>
                            </w:r>
                            <w:r w:rsidRPr="005D1E07">
                              <w:rPr>
                                <w:rFonts w:ascii="ＭＳ ゴシック" w:eastAsia="ＭＳ ゴシック" w:hAnsi="ＭＳ ゴシック" w:hint="eastAsia"/>
                                <w:sz w:val="21"/>
                                <w:szCs w:val="21"/>
                                <w:lang w:eastAsia="ja-JP"/>
                              </w:rPr>
                              <w:t>年度の申請内容に変更して</w:t>
                            </w:r>
                            <w:r w:rsidR="00CF2DB3">
                              <w:rPr>
                                <w:rFonts w:ascii="ＭＳ ゴシック" w:eastAsia="ＭＳ ゴシック" w:hAnsi="ＭＳ ゴシック" w:hint="eastAsia"/>
                                <w:sz w:val="21"/>
                                <w:szCs w:val="21"/>
                                <w:lang w:eastAsia="ja-JP"/>
                              </w:rPr>
                              <w:t>く</w:t>
                            </w:r>
                            <w:r w:rsidRPr="005D1E07">
                              <w:rPr>
                                <w:rFonts w:ascii="ＭＳ ゴシック" w:eastAsia="ＭＳ ゴシック" w:hAnsi="ＭＳ ゴシック" w:hint="eastAsia"/>
                                <w:sz w:val="21"/>
                                <w:szCs w:val="21"/>
                                <w:lang w:eastAsia="ja-JP"/>
                              </w:rPr>
                              <w:t>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267080" id="_x0000_t202" coordsize="21600,21600" o:spt="202" path="m,l,21600r21600,l21600,xe">
                <v:stroke joinstyle="miter"/>
                <v:path gradientshapeok="t" o:connecttype="rect"/>
              </v:shapetype>
              <v:shape id="_x0000_s1057" type="#_x0000_t202" style="position:absolute;margin-left:259.5pt;margin-top:220.8pt;width:291pt;height:69pt;z-index:25179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">
                <v:textbox>
                  <w:txbxContent>
                    <w:p w14:paraId="2A8666EB" w14:textId="25CA42B1" w:rsidR="005D1E07" w:rsidRPr="005D1E07" w:rsidRDefault="005D1E07" w:rsidP="005D1E07">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継続して申請する団体は、入力の手間を省くため、令和</w:t>
                      </w:r>
                      <w:r>
                        <w:rPr>
                          <w:rFonts w:ascii="ＭＳ ゴシック" w:eastAsia="ＭＳ ゴシック" w:hAnsi="ＭＳ ゴシック" w:hint="eastAsia"/>
                          <w:sz w:val="21"/>
                          <w:szCs w:val="21"/>
                          <w:lang w:eastAsia="ja-JP"/>
                        </w:rPr>
                        <w:t>７</w:t>
                      </w:r>
                      <w:r w:rsidRPr="005D1E07">
                        <w:rPr>
                          <w:rFonts w:ascii="ＭＳ ゴシック" w:eastAsia="ＭＳ ゴシック" w:hAnsi="ＭＳ ゴシック" w:hint="eastAsia"/>
                          <w:sz w:val="21"/>
                          <w:szCs w:val="21"/>
                          <w:lang w:eastAsia="ja-JP"/>
                        </w:rPr>
                        <w:t>年度申請書の内容が一部登録されています。</w:t>
                      </w:r>
                    </w:p>
                    <w:p w14:paraId="5A4E1843" w14:textId="1819FE66" w:rsidR="005D1E07" w:rsidRPr="00DE222D" w:rsidRDefault="005D1E07" w:rsidP="005D1E07">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令和</w:t>
                      </w:r>
                      <w:r>
                        <w:rPr>
                          <w:rFonts w:ascii="ＭＳ ゴシック" w:eastAsia="ＭＳ ゴシック" w:hAnsi="ＭＳ ゴシック" w:hint="eastAsia"/>
                          <w:sz w:val="21"/>
                          <w:szCs w:val="21"/>
                          <w:lang w:eastAsia="ja-JP"/>
                        </w:rPr>
                        <w:t>８</w:t>
                      </w:r>
                      <w:r w:rsidRPr="005D1E07">
                        <w:rPr>
                          <w:rFonts w:ascii="ＭＳ ゴシック" w:eastAsia="ＭＳ ゴシック" w:hAnsi="ＭＳ ゴシック" w:hint="eastAsia"/>
                          <w:sz w:val="21"/>
                          <w:szCs w:val="21"/>
                          <w:lang w:eastAsia="ja-JP"/>
                        </w:rPr>
                        <w:t>年度の申請内容に変更して</w:t>
                      </w:r>
                      <w:r w:rsidR="00CF2DB3">
                        <w:rPr>
                          <w:rFonts w:ascii="ＭＳ ゴシック" w:eastAsia="ＭＳ ゴシック" w:hAnsi="ＭＳ ゴシック" w:hint="eastAsia"/>
                          <w:sz w:val="21"/>
                          <w:szCs w:val="21"/>
                          <w:lang w:eastAsia="ja-JP"/>
                        </w:rPr>
                        <w:t>く</w:t>
                      </w:r>
                      <w:r w:rsidRPr="005D1E07">
                        <w:rPr>
                          <w:rFonts w:ascii="ＭＳ ゴシック" w:eastAsia="ＭＳ ゴシック" w:hAnsi="ＭＳ ゴシック" w:hint="eastAsia"/>
                          <w:sz w:val="21"/>
                          <w:szCs w:val="21"/>
                          <w:lang w:eastAsia="ja-JP"/>
                        </w:rPr>
                        <w:t>ださい。</w:t>
                      </w:r>
                    </w:p>
                  </w:txbxContent>
                </v:textbox>
                <w10:wrap anchorx="margin"/>
              </v:shape>
            </w:pict>
          </mc:Fallback>
        </mc:AlternateContent>
      </w:r>
      <w:r w:rsidR="004620E7">
        <w:rPr>
          <w:noProof/>
          <w:lang w:eastAsia="ja-JP"/>
        </w:rPr>
        <w:drawing>
          <wp:inline distT="0" distB="0" distL="0" distR="0" wp14:anchorId="04701F73" wp14:editId="4203B354">
            <wp:extent cx="5229225" cy="3276600"/>
            <wp:effectExtent l="0" t="0" r="9525" b="0"/>
            <wp:docPr id="952432405" name="図 40"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32405" name="図 40" descr="グラフィカル ユーザー インターフェイス, アプリケーション&#10;&#10;AI 生成コンテンツは誤りを含む可能性があります。"/>
                    <pic:cNvPicPr/>
                  </pic:nvPicPr>
                  <pic:blipFill rotWithShape="1">
                    <a:blip r:embed="rId35"/>
                    <a:srcRect l="11896" t="7389" r="9421" b="4961"/>
                    <a:stretch>
                      <a:fillRect/>
                    </a:stretch>
                  </pic:blipFill>
                  <pic:spPr bwMode="auto">
                    <a:xfrm>
                      <a:off x="0" y="0"/>
                      <a:ext cx="5229225" cy="3276600"/>
                    </a:xfrm>
                    <a:prstGeom prst="rect">
                      <a:avLst/>
                    </a:prstGeom>
                    <a:ln>
                      <a:noFill/>
                    </a:ln>
                    <a:extLst>
                      <a:ext uri="{53640926-AAD7-44D8-BBD7-CCE9431645EC}">
                        <a14:shadowObscured xmlns:a14="http://schemas.microsoft.com/office/drawing/2010/main"/>
                      </a:ext>
                    </a:extLst>
                  </pic:spPr>
                </pic:pic>
              </a:graphicData>
            </a:graphic>
          </wp:inline>
        </w:drawing>
      </w:r>
    </w:p>
    <w:p w14:paraId="74235D9B" w14:textId="0D7FEABB" w:rsidR="00143DC6" w:rsidRDefault="00143DC6" w:rsidP="00143DC6">
      <w:pPr>
        <w:spacing w:after="0" w:line="240" w:lineRule="auto"/>
        <w:rPr>
          <w:lang w:eastAsia="ja-JP"/>
        </w:rPr>
      </w:pPr>
    </w:p>
    <w:p w14:paraId="022AFA31" w14:textId="6052EAB6" w:rsidR="00143DC6" w:rsidRDefault="005D1E07" w:rsidP="00143DC6">
      <w:pPr>
        <w:spacing w:after="0" w:line="240" w:lineRule="auto"/>
        <w:rPr>
          <w:lang w:eastAsia="ja-JP"/>
        </w:rPr>
      </w:pPr>
      <w:r>
        <w:rPr>
          <w:noProof/>
          <w:lang w:eastAsia="ja-JP"/>
        </w:rPr>
        <w:drawing>
          <wp:anchor distT="0" distB="0" distL="114300" distR="114300" simplePos="0" relativeHeight="251785728" behindDoc="0" locked="0" layoutInCell="1" allowOverlap="1" wp14:anchorId="6F9C8BCE" wp14:editId="37EFCCEF">
            <wp:simplePos x="0" y="0"/>
            <wp:positionH relativeFrom="column">
              <wp:posOffset>9525</wp:posOffset>
            </wp:positionH>
            <wp:positionV relativeFrom="paragraph">
              <wp:posOffset>50165</wp:posOffset>
            </wp:positionV>
            <wp:extent cx="5162550" cy="1162050"/>
            <wp:effectExtent l="0" t="0" r="0" b="0"/>
            <wp:wrapNone/>
            <wp:docPr id="646573983" name="図 4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3983" name="図 41" descr="グラフィカル ユーザー インターフェイス, アプリケーション&#10;&#10;AI 生成コンテンツは誤りを含む可能性があります。"/>
                    <pic:cNvPicPr/>
                  </pic:nvPicPr>
                  <pic:blipFill rotWithShape="1">
                    <a:blip r:embed="rId36"/>
                    <a:srcRect l="12326" t="38984" r="9994" b="29930"/>
                    <a:stretch>
                      <a:fillRect/>
                    </a:stretch>
                  </pic:blipFill>
                  <pic:spPr bwMode="auto">
                    <a:xfrm>
                      <a:off x="0" y="0"/>
                      <a:ext cx="516255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62407" w14:textId="3877AB6D" w:rsidR="00143DC6" w:rsidRDefault="00143DC6" w:rsidP="00143DC6">
      <w:pPr>
        <w:spacing w:after="0" w:line="240" w:lineRule="auto"/>
        <w:rPr>
          <w:lang w:eastAsia="ja-JP"/>
        </w:rPr>
      </w:pPr>
    </w:p>
    <w:p w14:paraId="6B330590" w14:textId="38A17F1C" w:rsidR="00143DC6" w:rsidRDefault="00143DC6" w:rsidP="00143DC6">
      <w:pPr>
        <w:spacing w:after="0" w:line="240" w:lineRule="auto"/>
        <w:rPr>
          <w:lang w:eastAsia="ja-JP"/>
        </w:rPr>
      </w:pPr>
    </w:p>
    <w:p w14:paraId="271DE516" w14:textId="3F509092" w:rsidR="00143DC6" w:rsidRDefault="005D1E07" w:rsidP="00143DC6">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86752" behindDoc="0" locked="0" layoutInCell="1" allowOverlap="1" wp14:anchorId="169FA18B" wp14:editId="52074E62">
                <wp:simplePos x="0" y="0"/>
                <wp:positionH relativeFrom="margin">
                  <wp:posOffset>2978785</wp:posOffset>
                </wp:positionH>
                <wp:positionV relativeFrom="paragraph">
                  <wp:posOffset>172085</wp:posOffset>
                </wp:positionV>
                <wp:extent cx="3695700" cy="514350"/>
                <wp:effectExtent l="0" t="0" r="19050" b="19050"/>
                <wp:wrapNone/>
                <wp:docPr id="1801434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4350"/>
                        </a:xfrm>
                        <a:prstGeom prst="rect">
                          <a:avLst/>
                        </a:prstGeom>
                        <a:solidFill>
                          <a:srgbClr val="FFFFFF"/>
                        </a:solidFill>
                        <a:ln w="9525">
                          <a:solidFill>
                            <a:srgbClr val="000000"/>
                          </a:solidFill>
                          <a:miter lim="800000"/>
                          <a:headEnd/>
                          <a:tailEnd/>
                        </a:ln>
                      </wps:spPr>
                      <wps:txbx>
                        <w:txbxContent>
                          <w:p w14:paraId="0CA95506" w14:textId="77777777" w:rsidR="005D1E07" w:rsidRPr="00DE222D" w:rsidRDefault="005D1E07" w:rsidP="005D1E07">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FA18B" id="_x0000_s1058" type="#_x0000_t202" style="position:absolute;margin-left:234.55pt;margin-top:13.55pt;width:291pt;height:40.5pt;z-index:25178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">
                <v:textbox>
                  <w:txbxContent>
                    <w:p w14:paraId="0CA95506" w14:textId="77777777" w:rsidR="005D1E07" w:rsidRPr="00DE222D" w:rsidRDefault="005D1E07" w:rsidP="005D1E07">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v:textbox>
                <w10:wrap anchorx="margin"/>
              </v:shape>
            </w:pict>
          </mc:Fallback>
        </mc:AlternateContent>
      </w:r>
    </w:p>
    <w:p w14:paraId="73CDD7B4" w14:textId="0EC32BFE" w:rsidR="00143DC6" w:rsidRDefault="00143DC6" w:rsidP="00143DC6">
      <w:pPr>
        <w:spacing w:after="0" w:line="240" w:lineRule="auto"/>
        <w:rPr>
          <w:lang w:eastAsia="ja-JP"/>
        </w:rPr>
      </w:pPr>
    </w:p>
    <w:p w14:paraId="315766AA" w14:textId="77777777" w:rsidR="00143DC6" w:rsidRDefault="00143DC6" w:rsidP="00143DC6">
      <w:pPr>
        <w:spacing w:after="0" w:line="240" w:lineRule="auto"/>
        <w:rPr>
          <w:lang w:eastAsia="ja-JP"/>
        </w:rPr>
      </w:pPr>
    </w:p>
    <w:p w14:paraId="32A79546" w14:textId="7AE2F2E8" w:rsidR="00143DC6" w:rsidRDefault="00143DC6" w:rsidP="00143DC6">
      <w:pPr>
        <w:spacing w:after="0" w:line="240" w:lineRule="auto"/>
        <w:rPr>
          <w:lang w:eastAsia="ja-JP"/>
        </w:rPr>
      </w:pPr>
    </w:p>
    <w:p w14:paraId="4C0FC7B8" w14:textId="2A28CAA0" w:rsidR="00D0681C" w:rsidRPr="006D1079" w:rsidRDefault="00D0681C" w:rsidP="00D0681C">
      <w:pPr>
        <w:spacing w:after="0" w:line="240" w:lineRule="auto"/>
        <w:rPr>
          <w:rFonts w:ascii="ＭＳ ゴシック" w:eastAsia="ＭＳ ゴシック" w:hAnsi="ＭＳ ゴシック"/>
          <w:b/>
          <w:bCs/>
          <w:sz w:val="24"/>
          <w:szCs w:val="24"/>
          <w:lang w:eastAsia="ja-JP"/>
        </w:rPr>
      </w:pPr>
      <w:r w:rsidRPr="006D1079">
        <w:rPr>
          <w:rFonts w:ascii="ＭＳ ゴシック" w:eastAsia="ＭＳ ゴシック" w:hAnsi="ＭＳ ゴシック" w:hint="eastAsia"/>
          <w:b/>
          <w:bCs/>
          <w:sz w:val="24"/>
          <w:szCs w:val="24"/>
          <w:lang w:eastAsia="ja-JP"/>
        </w:rPr>
        <w:lastRenderedPageBreak/>
        <w:t>【</w:t>
      </w:r>
      <w:r>
        <w:rPr>
          <w:rFonts w:ascii="ＭＳ ゴシック" w:eastAsia="ＭＳ ゴシック" w:hAnsi="ＭＳ ゴシック" w:hint="eastAsia"/>
          <w:b/>
          <w:bCs/>
          <w:sz w:val="24"/>
          <w:szCs w:val="24"/>
          <w:lang w:eastAsia="ja-JP"/>
        </w:rPr>
        <w:t>申請</w:t>
      </w:r>
      <w:r w:rsidRPr="006D1079">
        <w:rPr>
          <w:rFonts w:ascii="ＭＳ ゴシック" w:eastAsia="ＭＳ ゴシック" w:hAnsi="ＭＳ ゴシック" w:hint="eastAsia"/>
          <w:b/>
          <w:bCs/>
          <w:sz w:val="24"/>
          <w:szCs w:val="24"/>
          <w:lang w:eastAsia="ja-JP"/>
        </w:rPr>
        <w:t>（</w:t>
      </w:r>
      <w:r>
        <w:rPr>
          <w:rFonts w:ascii="ＭＳ ゴシック" w:eastAsia="ＭＳ ゴシック" w:hAnsi="ＭＳ ゴシック" w:hint="eastAsia"/>
          <w:b/>
          <w:bCs/>
          <w:sz w:val="24"/>
          <w:szCs w:val="24"/>
          <w:lang w:eastAsia="ja-JP"/>
        </w:rPr>
        <w:t>事業計画</w:t>
      </w:r>
      <w:r w:rsidRPr="006D1079">
        <w:rPr>
          <w:rFonts w:ascii="ＭＳ ゴシック" w:eastAsia="ＭＳ ゴシック" w:hAnsi="ＭＳ ゴシック" w:hint="eastAsia"/>
          <w:b/>
          <w:bCs/>
          <w:sz w:val="24"/>
          <w:szCs w:val="24"/>
          <w:lang w:eastAsia="ja-JP"/>
        </w:rPr>
        <w:t>）】</w:t>
      </w:r>
    </w:p>
    <w:p w14:paraId="146DC88B" w14:textId="0DD8A98D" w:rsidR="00D0681C" w:rsidRDefault="00D0681C" w:rsidP="00D0681C">
      <w:pPr>
        <w:spacing w:after="0" w:line="240" w:lineRule="auto"/>
        <w:rPr>
          <w:lang w:eastAsia="ja-JP"/>
        </w:rPr>
      </w:pPr>
      <w:r w:rsidRPr="001148A3">
        <w:rPr>
          <w:rFonts w:ascii="ＭＳ ゴシック" w:eastAsia="ＭＳ ゴシック" w:hAnsi="ＭＳ ゴシック" w:hint="eastAsia"/>
          <w:lang w:eastAsia="ja-JP"/>
        </w:rPr>
        <w:t>≪</w:t>
      </w:r>
      <w:r>
        <w:rPr>
          <w:rFonts w:ascii="ＭＳ ゴシック" w:eastAsia="ＭＳ ゴシック" w:hAnsi="ＭＳ ゴシック" w:hint="eastAsia"/>
          <w:lang w:eastAsia="ja-JP"/>
        </w:rPr>
        <w:t>申請</w:t>
      </w:r>
      <w:r w:rsidRPr="001148A3">
        <w:rPr>
          <w:rFonts w:ascii="ＭＳ ゴシック" w:eastAsia="ＭＳ ゴシック" w:hAnsi="ＭＳ ゴシック" w:hint="eastAsia"/>
          <w:lang w:eastAsia="ja-JP"/>
        </w:rPr>
        <w:t>（</w:t>
      </w:r>
      <w:r>
        <w:rPr>
          <w:rFonts w:ascii="ＭＳ ゴシック" w:eastAsia="ＭＳ ゴシック" w:hAnsi="ＭＳ ゴシック" w:hint="eastAsia"/>
          <w:lang w:eastAsia="ja-JP"/>
        </w:rPr>
        <w:t>事業計画</w:t>
      </w:r>
      <w:r w:rsidRPr="001148A3">
        <w:rPr>
          <w:rFonts w:ascii="ＭＳ ゴシック" w:eastAsia="ＭＳ ゴシック" w:hAnsi="ＭＳ ゴシック" w:hint="eastAsia"/>
          <w:lang w:eastAsia="ja-JP"/>
        </w:rPr>
        <w:t>）の入力画面</w:t>
      </w:r>
      <w:r>
        <w:rPr>
          <w:rFonts w:ascii="ＭＳ ゴシック" w:eastAsia="ＭＳ ゴシック" w:hAnsi="ＭＳ ゴシック" w:hint="eastAsia"/>
          <w:lang w:eastAsia="ja-JP"/>
        </w:rPr>
        <w:t>≫</w:t>
      </w:r>
    </w:p>
    <w:p w14:paraId="120E0C61" w14:textId="77DC053D" w:rsidR="00143DC6" w:rsidRPr="00D0681C" w:rsidRDefault="00D0681C" w:rsidP="00143DC6">
      <w:pPr>
        <w:spacing w:after="0" w:line="240" w:lineRule="auto"/>
        <w:rPr>
          <w:lang w:eastAsia="ja-JP"/>
        </w:rPr>
      </w:pPr>
      <w:r>
        <w:rPr>
          <w:noProof/>
        </w:rPr>
        <w:drawing>
          <wp:anchor distT="0" distB="0" distL="114300" distR="114300" simplePos="0" relativeHeight="251787776" behindDoc="0" locked="0" layoutInCell="1" allowOverlap="1" wp14:anchorId="3A26B635" wp14:editId="0085824F">
            <wp:simplePos x="0" y="0"/>
            <wp:positionH relativeFrom="column">
              <wp:posOffset>57150</wp:posOffset>
            </wp:positionH>
            <wp:positionV relativeFrom="paragraph">
              <wp:posOffset>78104</wp:posOffset>
            </wp:positionV>
            <wp:extent cx="6172746" cy="3800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26-02-16 105258.png"/>
                    <pic:cNvPicPr/>
                  </pic:nvPicPr>
                  <pic:blipFill>
                    <a:blip r:embed="rId37"/>
                    <a:stretch>
                      <a:fillRect/>
                    </a:stretch>
                  </pic:blipFill>
                  <pic:spPr>
                    <a:xfrm>
                      <a:off x="0" y="0"/>
                      <a:ext cx="6176934" cy="3803054"/>
                    </a:xfrm>
                    <a:prstGeom prst="rect">
                      <a:avLst/>
                    </a:prstGeom>
                  </pic:spPr>
                </pic:pic>
              </a:graphicData>
            </a:graphic>
            <wp14:sizeRelH relativeFrom="page">
              <wp14:pctWidth>0</wp14:pctWidth>
            </wp14:sizeRelH>
            <wp14:sizeRelV relativeFrom="page">
              <wp14:pctHeight>0</wp14:pctHeight>
            </wp14:sizeRelV>
          </wp:anchor>
        </w:drawing>
      </w:r>
    </w:p>
    <w:p w14:paraId="029E4AB4" w14:textId="77777777" w:rsidR="00143DC6" w:rsidRDefault="00143DC6" w:rsidP="00143DC6">
      <w:pPr>
        <w:spacing w:after="0" w:line="240" w:lineRule="auto"/>
        <w:rPr>
          <w:lang w:eastAsia="ja-JP"/>
        </w:rPr>
      </w:pPr>
    </w:p>
    <w:p w14:paraId="7C6E734E" w14:textId="77777777" w:rsidR="00143DC6" w:rsidRDefault="00143DC6" w:rsidP="00143DC6">
      <w:pPr>
        <w:spacing w:after="0" w:line="240" w:lineRule="auto"/>
        <w:rPr>
          <w:lang w:eastAsia="ja-JP"/>
        </w:rPr>
      </w:pPr>
    </w:p>
    <w:p w14:paraId="2455036F" w14:textId="5FC34C2C" w:rsidR="00143DC6" w:rsidRDefault="00143DC6" w:rsidP="00143DC6">
      <w:pPr>
        <w:spacing w:after="0" w:line="240" w:lineRule="auto"/>
        <w:rPr>
          <w:lang w:eastAsia="ja-JP"/>
        </w:rPr>
      </w:pPr>
    </w:p>
    <w:p w14:paraId="5C02259C" w14:textId="77777777" w:rsidR="00143DC6" w:rsidRDefault="00143DC6" w:rsidP="00143DC6">
      <w:pPr>
        <w:spacing w:after="0" w:line="240" w:lineRule="auto"/>
        <w:rPr>
          <w:lang w:eastAsia="ja-JP"/>
        </w:rPr>
      </w:pPr>
    </w:p>
    <w:p w14:paraId="481EB8A8" w14:textId="77777777" w:rsidR="00143DC6" w:rsidRDefault="00143DC6" w:rsidP="00143DC6">
      <w:pPr>
        <w:spacing w:after="0" w:line="240" w:lineRule="auto"/>
        <w:rPr>
          <w:lang w:eastAsia="ja-JP"/>
        </w:rPr>
      </w:pPr>
    </w:p>
    <w:p w14:paraId="313AF54F" w14:textId="7D962A5B" w:rsidR="00143DC6" w:rsidRDefault="00143DC6" w:rsidP="00143DC6">
      <w:pPr>
        <w:spacing w:after="0" w:line="240" w:lineRule="auto"/>
        <w:rPr>
          <w:lang w:eastAsia="ja-JP"/>
        </w:rPr>
      </w:pPr>
    </w:p>
    <w:p w14:paraId="1345B0C3" w14:textId="77777777" w:rsidR="00143DC6" w:rsidRDefault="00143DC6" w:rsidP="00143DC6">
      <w:pPr>
        <w:spacing w:after="0" w:line="240" w:lineRule="auto"/>
        <w:rPr>
          <w:lang w:eastAsia="ja-JP"/>
        </w:rPr>
      </w:pPr>
    </w:p>
    <w:p w14:paraId="16286AEE" w14:textId="669BA880" w:rsidR="00143DC6" w:rsidRDefault="00143DC6" w:rsidP="00143DC6">
      <w:pPr>
        <w:spacing w:after="0" w:line="240" w:lineRule="auto"/>
        <w:rPr>
          <w:lang w:eastAsia="ja-JP"/>
        </w:rPr>
      </w:pPr>
    </w:p>
    <w:p w14:paraId="7C73C183" w14:textId="0F943AB2" w:rsidR="00143DC6" w:rsidRDefault="00143DC6" w:rsidP="00143DC6">
      <w:pPr>
        <w:spacing w:after="0" w:line="240" w:lineRule="auto"/>
        <w:rPr>
          <w:lang w:eastAsia="ja-JP"/>
        </w:rPr>
      </w:pPr>
    </w:p>
    <w:p w14:paraId="75D02B95" w14:textId="77777777" w:rsidR="00143DC6" w:rsidRDefault="00143DC6" w:rsidP="00143DC6">
      <w:pPr>
        <w:spacing w:after="0" w:line="240" w:lineRule="auto"/>
        <w:rPr>
          <w:lang w:eastAsia="ja-JP"/>
        </w:rPr>
      </w:pPr>
    </w:p>
    <w:p w14:paraId="778FB88A" w14:textId="3CC6A4A6" w:rsidR="00143DC6" w:rsidRDefault="00143DC6" w:rsidP="00143DC6">
      <w:pPr>
        <w:spacing w:after="0" w:line="240" w:lineRule="auto"/>
        <w:rPr>
          <w:lang w:eastAsia="ja-JP"/>
        </w:rPr>
      </w:pPr>
    </w:p>
    <w:p w14:paraId="39D93768" w14:textId="77C3F958" w:rsidR="00143DC6" w:rsidRDefault="00143DC6" w:rsidP="00143DC6">
      <w:pPr>
        <w:spacing w:after="0" w:line="240" w:lineRule="auto"/>
        <w:rPr>
          <w:lang w:eastAsia="ja-JP"/>
        </w:rPr>
      </w:pPr>
    </w:p>
    <w:p w14:paraId="7BCFED53" w14:textId="01B503BF" w:rsidR="00143DC6" w:rsidRDefault="00D0681C" w:rsidP="00143DC6">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89824" behindDoc="0" locked="0" layoutInCell="1" allowOverlap="1" wp14:anchorId="78899B8F" wp14:editId="50E729A7">
                <wp:simplePos x="0" y="0"/>
                <wp:positionH relativeFrom="margin">
                  <wp:posOffset>2847975</wp:posOffset>
                </wp:positionH>
                <wp:positionV relativeFrom="paragraph">
                  <wp:posOffset>33020</wp:posOffset>
                </wp:positionV>
                <wp:extent cx="3695700" cy="1085850"/>
                <wp:effectExtent l="0" t="0" r="19050" b="19050"/>
                <wp:wrapNone/>
                <wp:docPr id="17537540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085850"/>
                        </a:xfrm>
                        <a:prstGeom prst="rect">
                          <a:avLst/>
                        </a:prstGeom>
                        <a:solidFill>
                          <a:srgbClr val="FFFFFF"/>
                        </a:solidFill>
                        <a:ln w="9525">
                          <a:solidFill>
                            <a:srgbClr val="000000"/>
                          </a:solidFill>
                          <a:miter lim="800000"/>
                          <a:headEnd/>
                          <a:tailEnd/>
                        </a:ln>
                      </wps:spPr>
                      <wps:txbx>
                        <w:txbxContent>
                          <w:p w14:paraId="7E35CC87" w14:textId="295B2A61" w:rsidR="00D0681C" w:rsidRPr="005D1E07" w:rsidRDefault="005D1E07" w:rsidP="00D0681C">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w:t>
                            </w:r>
                            <w:r w:rsidR="00D0681C" w:rsidRPr="005D1E07">
                              <w:rPr>
                                <w:rFonts w:ascii="ＭＳ ゴシック" w:eastAsia="ＭＳ ゴシック" w:hAnsi="ＭＳ ゴシック" w:hint="eastAsia"/>
                                <w:sz w:val="21"/>
                                <w:szCs w:val="21"/>
                                <w:lang w:eastAsia="ja-JP"/>
                              </w:rPr>
                              <w:t>間を省くため、令和</w:t>
                            </w:r>
                            <w:r w:rsidR="00D0681C">
                              <w:rPr>
                                <w:rFonts w:ascii="ＭＳ ゴシック" w:eastAsia="ＭＳ ゴシック" w:hAnsi="ＭＳ ゴシック" w:hint="eastAsia"/>
                                <w:sz w:val="21"/>
                                <w:szCs w:val="21"/>
                                <w:lang w:eastAsia="ja-JP"/>
                              </w:rPr>
                              <w:t>７</w:t>
                            </w:r>
                            <w:r w:rsidR="00D0681C" w:rsidRPr="005D1E07">
                              <w:rPr>
                                <w:rFonts w:ascii="ＭＳ ゴシック" w:eastAsia="ＭＳ ゴシック" w:hAnsi="ＭＳ ゴシック" w:hint="eastAsia"/>
                                <w:sz w:val="21"/>
                                <w:szCs w:val="21"/>
                                <w:lang w:eastAsia="ja-JP"/>
                              </w:rPr>
                              <w:t>年度申請書の</w:t>
                            </w:r>
                            <w:r w:rsidR="00D0681C">
                              <w:rPr>
                                <w:rFonts w:ascii="ＭＳ ゴシック" w:eastAsia="ＭＳ ゴシック" w:hAnsi="ＭＳ ゴシック" w:hint="eastAsia"/>
                                <w:sz w:val="21"/>
                                <w:szCs w:val="21"/>
                                <w:lang w:eastAsia="ja-JP"/>
                              </w:rPr>
                              <w:t>事業計画の</w:t>
                            </w:r>
                            <w:r w:rsidR="00D0681C" w:rsidRPr="005D1E07">
                              <w:rPr>
                                <w:rFonts w:ascii="ＭＳ ゴシック" w:eastAsia="ＭＳ ゴシック" w:hAnsi="ＭＳ ゴシック" w:hint="eastAsia"/>
                                <w:sz w:val="21"/>
                                <w:szCs w:val="21"/>
                                <w:lang w:eastAsia="ja-JP"/>
                              </w:rPr>
                              <w:t>内容が登録されています。</w:t>
                            </w:r>
                          </w:p>
                          <w:p w14:paraId="70F44A51" w14:textId="77777777" w:rsidR="00D0681C" w:rsidRPr="005D1E07" w:rsidRDefault="00D0681C" w:rsidP="00D0681C">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令和</w:t>
                            </w:r>
                            <w:r>
                              <w:rPr>
                                <w:rFonts w:ascii="ＭＳ ゴシック" w:eastAsia="ＭＳ ゴシック" w:hAnsi="ＭＳ ゴシック" w:hint="eastAsia"/>
                                <w:sz w:val="21"/>
                                <w:szCs w:val="21"/>
                                <w:lang w:eastAsia="ja-JP"/>
                              </w:rPr>
                              <w:t>８</w:t>
                            </w:r>
                            <w:r w:rsidRPr="005D1E07">
                              <w:rPr>
                                <w:rFonts w:ascii="ＭＳ ゴシック" w:eastAsia="ＭＳ ゴシック" w:hAnsi="ＭＳ ゴシック" w:hint="eastAsia"/>
                                <w:sz w:val="21"/>
                                <w:szCs w:val="21"/>
                                <w:lang w:eastAsia="ja-JP"/>
                              </w:rPr>
                              <w:t>年度の申請内容に変更してださい。</w:t>
                            </w:r>
                          </w:p>
                          <w:p w14:paraId="66D403FA" w14:textId="77777777" w:rsidR="00D0681C" w:rsidRPr="00DE222D"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99B8F" id="_x0000_s1059" type="#_x0000_t202" style="position:absolute;margin-left:224.25pt;margin-top:2.6pt;width:291pt;height:85.5pt;z-index:25178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">
                <v:textbox>
                  <w:txbxContent>
                    <w:p w14:paraId="7E35CC87" w14:textId="295B2A61" w:rsidR="00D0681C" w:rsidRPr="005D1E07" w:rsidRDefault="005D1E07" w:rsidP="00D0681C">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w:t>
                      </w:r>
                      <w:r w:rsidR="00D0681C" w:rsidRPr="005D1E07">
                        <w:rPr>
                          <w:rFonts w:ascii="ＭＳ ゴシック" w:eastAsia="ＭＳ ゴシック" w:hAnsi="ＭＳ ゴシック" w:hint="eastAsia"/>
                          <w:sz w:val="21"/>
                          <w:szCs w:val="21"/>
                          <w:lang w:eastAsia="ja-JP"/>
                        </w:rPr>
                        <w:t>間を省くため、令和</w:t>
                      </w:r>
                      <w:r w:rsidR="00D0681C">
                        <w:rPr>
                          <w:rFonts w:ascii="ＭＳ ゴシック" w:eastAsia="ＭＳ ゴシック" w:hAnsi="ＭＳ ゴシック" w:hint="eastAsia"/>
                          <w:sz w:val="21"/>
                          <w:szCs w:val="21"/>
                          <w:lang w:eastAsia="ja-JP"/>
                        </w:rPr>
                        <w:t>７</w:t>
                      </w:r>
                      <w:r w:rsidR="00D0681C" w:rsidRPr="005D1E07">
                        <w:rPr>
                          <w:rFonts w:ascii="ＭＳ ゴシック" w:eastAsia="ＭＳ ゴシック" w:hAnsi="ＭＳ ゴシック" w:hint="eastAsia"/>
                          <w:sz w:val="21"/>
                          <w:szCs w:val="21"/>
                          <w:lang w:eastAsia="ja-JP"/>
                        </w:rPr>
                        <w:t>年度申請書の</w:t>
                      </w:r>
                      <w:r w:rsidR="00D0681C">
                        <w:rPr>
                          <w:rFonts w:ascii="ＭＳ ゴシック" w:eastAsia="ＭＳ ゴシック" w:hAnsi="ＭＳ ゴシック" w:hint="eastAsia"/>
                          <w:sz w:val="21"/>
                          <w:szCs w:val="21"/>
                          <w:lang w:eastAsia="ja-JP"/>
                        </w:rPr>
                        <w:t>事業計画の</w:t>
                      </w:r>
                      <w:r w:rsidR="00D0681C" w:rsidRPr="005D1E07">
                        <w:rPr>
                          <w:rFonts w:ascii="ＭＳ ゴシック" w:eastAsia="ＭＳ ゴシック" w:hAnsi="ＭＳ ゴシック" w:hint="eastAsia"/>
                          <w:sz w:val="21"/>
                          <w:szCs w:val="21"/>
                          <w:lang w:eastAsia="ja-JP"/>
                        </w:rPr>
                        <w:t>内容が登録されています。</w:t>
                      </w:r>
                    </w:p>
                    <w:p w14:paraId="70F44A51" w14:textId="77777777" w:rsidR="00D0681C" w:rsidRPr="005D1E07" w:rsidRDefault="00D0681C" w:rsidP="00D0681C">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令和</w:t>
                      </w:r>
                      <w:r>
                        <w:rPr>
                          <w:rFonts w:ascii="ＭＳ ゴシック" w:eastAsia="ＭＳ ゴシック" w:hAnsi="ＭＳ ゴシック" w:hint="eastAsia"/>
                          <w:sz w:val="21"/>
                          <w:szCs w:val="21"/>
                          <w:lang w:eastAsia="ja-JP"/>
                        </w:rPr>
                        <w:t>８</w:t>
                      </w:r>
                      <w:r w:rsidRPr="005D1E07">
                        <w:rPr>
                          <w:rFonts w:ascii="ＭＳ ゴシック" w:eastAsia="ＭＳ ゴシック" w:hAnsi="ＭＳ ゴシック" w:hint="eastAsia"/>
                          <w:sz w:val="21"/>
                          <w:szCs w:val="21"/>
                          <w:lang w:eastAsia="ja-JP"/>
                        </w:rPr>
                        <w:t>年度の申請内容に変更してださい。</w:t>
                      </w:r>
                    </w:p>
                    <w:p w14:paraId="66D403FA" w14:textId="77777777" w:rsidR="00D0681C" w:rsidRPr="00DE222D"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v:textbox>
                <w10:wrap anchorx="margin"/>
              </v:shape>
            </w:pict>
          </mc:Fallback>
        </mc:AlternateContent>
      </w:r>
    </w:p>
    <w:p w14:paraId="421BBD4C" w14:textId="77777777" w:rsidR="00143DC6" w:rsidRDefault="00143DC6" w:rsidP="00143DC6">
      <w:pPr>
        <w:spacing w:after="0" w:line="240" w:lineRule="auto"/>
        <w:rPr>
          <w:lang w:eastAsia="ja-JP"/>
        </w:rPr>
      </w:pPr>
    </w:p>
    <w:p w14:paraId="6E98BA7C" w14:textId="7F9E9487" w:rsidR="00143DC6" w:rsidRDefault="00143DC6" w:rsidP="00143DC6">
      <w:pPr>
        <w:spacing w:after="0" w:line="240" w:lineRule="auto"/>
        <w:rPr>
          <w:lang w:eastAsia="ja-JP"/>
        </w:rPr>
      </w:pPr>
    </w:p>
    <w:p w14:paraId="01966343" w14:textId="77777777" w:rsidR="00143DC6" w:rsidRDefault="00143DC6" w:rsidP="00143DC6">
      <w:pPr>
        <w:spacing w:after="0" w:line="240" w:lineRule="auto"/>
        <w:rPr>
          <w:lang w:eastAsia="ja-JP"/>
        </w:rPr>
      </w:pPr>
    </w:p>
    <w:p w14:paraId="74C751AF" w14:textId="56CB7935" w:rsidR="00143DC6" w:rsidRDefault="00143DC6" w:rsidP="00143DC6">
      <w:pPr>
        <w:spacing w:after="0" w:line="240" w:lineRule="auto"/>
        <w:rPr>
          <w:lang w:eastAsia="ja-JP"/>
        </w:rPr>
      </w:pPr>
    </w:p>
    <w:p w14:paraId="0F41C10D" w14:textId="77777777" w:rsidR="00143DC6" w:rsidRDefault="00143DC6" w:rsidP="00143DC6">
      <w:pPr>
        <w:spacing w:after="0" w:line="240" w:lineRule="auto"/>
        <w:rPr>
          <w:lang w:eastAsia="ja-JP"/>
        </w:rPr>
      </w:pPr>
    </w:p>
    <w:p w14:paraId="24C8C36E" w14:textId="4ABED9BB" w:rsidR="00143DC6" w:rsidRDefault="00143DC6" w:rsidP="00143DC6">
      <w:pPr>
        <w:spacing w:after="0" w:line="240" w:lineRule="auto"/>
        <w:rPr>
          <w:lang w:eastAsia="ja-JP"/>
        </w:rPr>
      </w:pPr>
    </w:p>
    <w:p w14:paraId="61F61517" w14:textId="496CD105" w:rsidR="00143DC6" w:rsidRDefault="00143DC6" w:rsidP="00143DC6">
      <w:pPr>
        <w:spacing w:after="0" w:line="240" w:lineRule="auto"/>
        <w:rPr>
          <w:lang w:eastAsia="ja-JP"/>
        </w:rPr>
      </w:pPr>
    </w:p>
    <w:p w14:paraId="1DE58A01" w14:textId="046E4CB3" w:rsidR="00143DC6" w:rsidRDefault="00143DC6" w:rsidP="00143DC6">
      <w:pPr>
        <w:spacing w:after="0" w:line="240" w:lineRule="auto"/>
        <w:rPr>
          <w:lang w:eastAsia="ja-JP"/>
        </w:rPr>
      </w:pPr>
    </w:p>
    <w:p w14:paraId="3CE71BC1" w14:textId="64DC4C96" w:rsidR="00143DC6" w:rsidRDefault="00143DC6" w:rsidP="00143DC6">
      <w:pPr>
        <w:spacing w:after="0" w:line="240" w:lineRule="auto"/>
        <w:rPr>
          <w:lang w:eastAsia="ja-JP"/>
        </w:rPr>
      </w:pPr>
    </w:p>
    <w:p w14:paraId="3EE2EA23" w14:textId="027523D9" w:rsidR="00143DC6" w:rsidRDefault="00143DC6" w:rsidP="00143DC6">
      <w:pPr>
        <w:spacing w:after="0" w:line="240" w:lineRule="auto"/>
        <w:rPr>
          <w:lang w:eastAsia="ja-JP"/>
        </w:rPr>
      </w:pPr>
    </w:p>
    <w:p w14:paraId="1BB7FC34" w14:textId="5BD0ABBE" w:rsidR="00143DC6" w:rsidRDefault="00143DC6" w:rsidP="00143DC6">
      <w:pPr>
        <w:spacing w:after="0" w:line="240" w:lineRule="auto"/>
        <w:rPr>
          <w:lang w:eastAsia="ja-JP"/>
        </w:rPr>
      </w:pPr>
    </w:p>
    <w:p w14:paraId="191AA5D0" w14:textId="0FA8590C" w:rsidR="00143DC6" w:rsidRDefault="00D0681C" w:rsidP="00143DC6">
      <w:pPr>
        <w:spacing w:after="0" w:line="240" w:lineRule="auto"/>
        <w:rPr>
          <w:lang w:eastAsia="ja-JP"/>
        </w:rPr>
      </w:pPr>
      <w:r>
        <w:rPr>
          <w:noProof/>
          <w:lang w:eastAsia="ja-JP"/>
        </w:rPr>
        <w:drawing>
          <wp:anchor distT="0" distB="0" distL="114300" distR="114300" simplePos="0" relativeHeight="251629566" behindDoc="0" locked="0" layoutInCell="1" allowOverlap="1" wp14:anchorId="6E2CB9D1" wp14:editId="32E30B77">
            <wp:simplePos x="0" y="0"/>
            <wp:positionH relativeFrom="margin">
              <wp:align>left</wp:align>
            </wp:positionH>
            <wp:positionV relativeFrom="paragraph">
              <wp:posOffset>12700</wp:posOffset>
            </wp:positionV>
            <wp:extent cx="6303010" cy="1485900"/>
            <wp:effectExtent l="0" t="0" r="2540" b="0"/>
            <wp:wrapNone/>
            <wp:docPr id="1049851079" name="図 42"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1079" name="図 42" descr="グラフィカル ユーザー インターフェイス, アプリケーション&#10;&#10;AI 生成コンテンツは誤りを含む可能性があります。"/>
                    <pic:cNvPicPr/>
                  </pic:nvPicPr>
                  <pic:blipFill rotWithShape="1">
                    <a:blip r:embed="rId38"/>
                    <a:srcRect l="16915" t="67012" r="16812" b="5215"/>
                    <a:stretch>
                      <a:fillRect/>
                    </a:stretch>
                  </pic:blipFill>
                  <pic:spPr bwMode="auto">
                    <a:xfrm>
                      <a:off x="0" y="0"/>
                      <a:ext cx="630301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07597" w14:textId="797EF9F3" w:rsidR="00143DC6" w:rsidRDefault="00143DC6" w:rsidP="00143DC6">
      <w:pPr>
        <w:spacing w:after="0" w:line="240" w:lineRule="auto"/>
        <w:rPr>
          <w:lang w:eastAsia="ja-JP"/>
        </w:rPr>
      </w:pPr>
    </w:p>
    <w:p w14:paraId="236C0068" w14:textId="4B90EF29" w:rsidR="00143DC6" w:rsidRDefault="00143DC6" w:rsidP="00143DC6">
      <w:pPr>
        <w:spacing w:after="0" w:line="240" w:lineRule="auto"/>
        <w:rPr>
          <w:lang w:eastAsia="ja-JP"/>
        </w:rPr>
      </w:pPr>
    </w:p>
    <w:p w14:paraId="3785A688" w14:textId="6BADBF2D" w:rsidR="00143DC6" w:rsidRDefault="00143DC6" w:rsidP="00143DC6">
      <w:pPr>
        <w:spacing w:after="0" w:line="240" w:lineRule="auto"/>
        <w:rPr>
          <w:lang w:eastAsia="ja-JP"/>
        </w:rPr>
      </w:pPr>
    </w:p>
    <w:p w14:paraId="00AA8713" w14:textId="594E5263" w:rsidR="00143DC6" w:rsidRDefault="00D0681C" w:rsidP="00143DC6">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792896" behindDoc="0" locked="0" layoutInCell="1" allowOverlap="1" wp14:anchorId="2C73842A" wp14:editId="7C66CE3F">
                <wp:simplePos x="0" y="0"/>
                <wp:positionH relativeFrom="margin">
                  <wp:posOffset>2940685</wp:posOffset>
                </wp:positionH>
                <wp:positionV relativeFrom="paragraph">
                  <wp:posOffset>9525</wp:posOffset>
                </wp:positionV>
                <wp:extent cx="3667125" cy="600075"/>
                <wp:effectExtent l="0" t="0" r="28575" b="28575"/>
                <wp:wrapNone/>
                <wp:docPr id="4382499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00075"/>
                        </a:xfrm>
                        <a:prstGeom prst="rect">
                          <a:avLst/>
                        </a:prstGeom>
                        <a:solidFill>
                          <a:srgbClr val="FFFFFF"/>
                        </a:solidFill>
                        <a:ln w="9525">
                          <a:solidFill>
                            <a:srgbClr val="000000"/>
                          </a:solidFill>
                          <a:miter lim="800000"/>
                          <a:headEnd/>
                          <a:tailEnd/>
                        </a:ln>
                      </wps:spPr>
                      <wps:txbx>
                        <w:txbxContent>
                          <w:p w14:paraId="233DA4DE" w14:textId="77777777" w:rsidR="00D0681C"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必須項目は必ず入力（入力をしないと保存ができません）</w:t>
                            </w:r>
                          </w:p>
                          <w:p w14:paraId="0EEAAF6C" w14:textId="77777777" w:rsidR="00D0681C" w:rsidRPr="00DE222D"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3842A" id="_x0000_s1060" type="#_x0000_t202" style="position:absolute;margin-left:231.55pt;margin-top:.75pt;width:288.75pt;height:47.25pt;z-index:25179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">
                <v:textbox>
                  <w:txbxContent>
                    <w:p w14:paraId="233DA4DE" w14:textId="77777777" w:rsidR="00D0681C"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必須項目は必ず入力（入力をしないと保存ができません）</w:t>
                      </w:r>
                    </w:p>
                    <w:p w14:paraId="0EEAAF6C" w14:textId="77777777" w:rsidR="00D0681C" w:rsidRPr="00DE222D" w:rsidRDefault="00D0681C" w:rsidP="00D0681C">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内容を</w:t>
                      </w:r>
                      <w:r w:rsidRPr="00DE222D">
                        <w:rPr>
                          <w:rFonts w:ascii="ＭＳ ゴシック" w:eastAsia="ＭＳ ゴシック" w:hAnsi="ＭＳ ゴシック" w:hint="eastAsia"/>
                          <w:sz w:val="21"/>
                          <w:szCs w:val="21"/>
                          <w:lang w:eastAsia="ja-JP"/>
                        </w:rPr>
                        <w:t>確認し、入力状況に☑を入れて回答してください。</w:t>
                      </w:r>
                    </w:p>
                  </w:txbxContent>
                </v:textbox>
                <w10:wrap anchorx="margin"/>
              </v:shape>
            </w:pict>
          </mc:Fallback>
        </mc:AlternateContent>
      </w:r>
    </w:p>
    <w:p w14:paraId="5FD0DBAC" w14:textId="73805E90" w:rsidR="00143DC6" w:rsidRDefault="00143DC6" w:rsidP="00143DC6">
      <w:pPr>
        <w:spacing w:after="0" w:line="240" w:lineRule="auto"/>
        <w:rPr>
          <w:lang w:eastAsia="ja-JP"/>
        </w:rPr>
      </w:pPr>
    </w:p>
    <w:p w14:paraId="0950B97A" w14:textId="5898D72B" w:rsidR="00143DC6" w:rsidRDefault="00143DC6" w:rsidP="00143DC6">
      <w:pPr>
        <w:spacing w:after="0" w:line="240" w:lineRule="auto"/>
        <w:rPr>
          <w:lang w:eastAsia="ja-JP"/>
        </w:rPr>
      </w:pPr>
    </w:p>
    <w:p w14:paraId="7EDE5131" w14:textId="1EBE1114" w:rsidR="00143DC6" w:rsidRDefault="00143DC6" w:rsidP="00143DC6">
      <w:pPr>
        <w:spacing w:after="0" w:line="240" w:lineRule="auto"/>
        <w:rPr>
          <w:lang w:eastAsia="ja-JP"/>
        </w:rPr>
      </w:pPr>
    </w:p>
    <w:p w14:paraId="22F59375" w14:textId="78A5F6EB" w:rsidR="00143DC6" w:rsidRDefault="00143DC6" w:rsidP="00143DC6">
      <w:pPr>
        <w:spacing w:after="0" w:line="240" w:lineRule="auto"/>
        <w:rPr>
          <w:lang w:eastAsia="ja-JP"/>
        </w:rPr>
      </w:pPr>
    </w:p>
    <w:p w14:paraId="72B201C8" w14:textId="76AB0543" w:rsidR="00143DC6" w:rsidRDefault="00143DC6" w:rsidP="00143DC6">
      <w:pPr>
        <w:spacing w:after="0" w:line="240" w:lineRule="auto"/>
        <w:rPr>
          <w:lang w:eastAsia="ja-JP"/>
        </w:rPr>
      </w:pPr>
    </w:p>
    <w:p w14:paraId="3E6646AC" w14:textId="3B0B1B89" w:rsidR="00936730" w:rsidRPr="006D1079" w:rsidRDefault="00936730" w:rsidP="00936730">
      <w:pPr>
        <w:spacing w:after="0" w:line="240" w:lineRule="auto"/>
        <w:rPr>
          <w:rFonts w:ascii="ＭＳ ゴシック" w:eastAsia="ＭＳ ゴシック" w:hAnsi="ＭＳ ゴシック"/>
          <w:b/>
          <w:bCs/>
          <w:sz w:val="24"/>
          <w:szCs w:val="24"/>
          <w:lang w:eastAsia="ja-JP"/>
        </w:rPr>
      </w:pPr>
      <w:r w:rsidRPr="006D1079">
        <w:rPr>
          <w:rFonts w:ascii="ＭＳ ゴシック" w:eastAsia="ＭＳ ゴシック" w:hAnsi="ＭＳ ゴシック" w:hint="eastAsia"/>
          <w:b/>
          <w:bCs/>
          <w:sz w:val="24"/>
          <w:szCs w:val="24"/>
          <w:lang w:eastAsia="ja-JP"/>
        </w:rPr>
        <w:t>【</w:t>
      </w:r>
      <w:r>
        <w:rPr>
          <w:rFonts w:ascii="ＭＳ ゴシック" w:eastAsia="ＭＳ ゴシック" w:hAnsi="ＭＳ ゴシック" w:hint="eastAsia"/>
          <w:b/>
          <w:bCs/>
          <w:sz w:val="24"/>
          <w:szCs w:val="24"/>
          <w:lang w:eastAsia="ja-JP"/>
        </w:rPr>
        <w:t>申請</w:t>
      </w:r>
      <w:r w:rsidRPr="006D1079">
        <w:rPr>
          <w:rFonts w:ascii="ＭＳ ゴシック" w:eastAsia="ＭＳ ゴシック" w:hAnsi="ＭＳ ゴシック" w:hint="eastAsia"/>
          <w:b/>
          <w:bCs/>
          <w:sz w:val="24"/>
          <w:szCs w:val="24"/>
          <w:lang w:eastAsia="ja-JP"/>
        </w:rPr>
        <w:t>（</w:t>
      </w:r>
      <w:r>
        <w:rPr>
          <w:rFonts w:ascii="ＭＳ ゴシック" w:eastAsia="ＭＳ ゴシック" w:hAnsi="ＭＳ ゴシック" w:hint="eastAsia"/>
          <w:b/>
          <w:bCs/>
          <w:sz w:val="24"/>
          <w:szCs w:val="24"/>
          <w:lang w:eastAsia="ja-JP"/>
        </w:rPr>
        <w:t>収入支出</w:t>
      </w:r>
      <w:r w:rsidRPr="006D1079">
        <w:rPr>
          <w:rFonts w:ascii="ＭＳ ゴシック" w:eastAsia="ＭＳ ゴシック" w:hAnsi="ＭＳ ゴシック" w:hint="eastAsia"/>
          <w:b/>
          <w:bCs/>
          <w:sz w:val="24"/>
          <w:szCs w:val="24"/>
          <w:lang w:eastAsia="ja-JP"/>
        </w:rPr>
        <w:t>）】</w:t>
      </w:r>
    </w:p>
    <w:p w14:paraId="109B5BF2" w14:textId="2A77BD50" w:rsidR="00143DC6" w:rsidRPr="00680091" w:rsidRDefault="00375F0A" w:rsidP="00680091">
      <w:pPr>
        <w:spacing w:after="0" w:line="240" w:lineRule="auto"/>
        <w:rPr>
          <w:lang w:eastAsia="ja-JP"/>
        </w:rPr>
      </w:pPr>
      <w:r>
        <w:rPr>
          <w:noProof/>
          <w:lang w:eastAsia="ja-JP"/>
        </w:rPr>
        <w:drawing>
          <wp:anchor distT="0" distB="0" distL="114300" distR="114300" simplePos="0" relativeHeight="251798016" behindDoc="0" locked="0" layoutInCell="1" allowOverlap="1" wp14:anchorId="0D426FD1" wp14:editId="4EE55375">
            <wp:simplePos x="0" y="0"/>
            <wp:positionH relativeFrom="margin">
              <wp:posOffset>0</wp:posOffset>
            </wp:positionH>
            <wp:positionV relativeFrom="paragraph">
              <wp:posOffset>177165</wp:posOffset>
            </wp:positionV>
            <wp:extent cx="5418455" cy="3152140"/>
            <wp:effectExtent l="0" t="0" r="0" b="0"/>
            <wp:wrapNone/>
            <wp:docPr id="1399279926" name="図 43"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79926" name="図 43" descr="グラフィカル ユーザー インターフェイス, アプリケーション&#10;&#10;AI 生成コンテンツは誤りを含む可能性があります。"/>
                    <pic:cNvPicPr/>
                  </pic:nvPicPr>
                  <pic:blipFill rotWithShape="1">
                    <a:blip r:embed="rId39"/>
                    <a:srcRect t="2648"/>
                    <a:stretch>
                      <a:fillRect/>
                    </a:stretch>
                  </pic:blipFill>
                  <pic:spPr bwMode="auto">
                    <a:xfrm>
                      <a:off x="0" y="0"/>
                      <a:ext cx="5418455" cy="315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091" w:rsidRPr="001148A3">
        <w:rPr>
          <w:rFonts w:ascii="ＭＳ ゴシック" w:eastAsia="ＭＳ ゴシック" w:hAnsi="ＭＳ ゴシック" w:hint="eastAsia"/>
          <w:lang w:eastAsia="ja-JP"/>
        </w:rPr>
        <w:t>≪</w:t>
      </w:r>
      <w:r w:rsidR="00680091">
        <w:rPr>
          <w:rFonts w:ascii="ＭＳ ゴシック" w:eastAsia="ＭＳ ゴシック" w:hAnsi="ＭＳ ゴシック" w:hint="eastAsia"/>
          <w:lang w:eastAsia="ja-JP"/>
        </w:rPr>
        <w:t>申請</w:t>
      </w:r>
      <w:r w:rsidR="00680091" w:rsidRPr="001148A3">
        <w:rPr>
          <w:rFonts w:ascii="ＭＳ ゴシック" w:eastAsia="ＭＳ ゴシック" w:hAnsi="ＭＳ ゴシック" w:hint="eastAsia"/>
          <w:lang w:eastAsia="ja-JP"/>
        </w:rPr>
        <w:t>（</w:t>
      </w:r>
      <w:r w:rsidR="00680091">
        <w:rPr>
          <w:rFonts w:ascii="ＭＳ ゴシック" w:eastAsia="ＭＳ ゴシック" w:hAnsi="ＭＳ ゴシック" w:hint="eastAsia"/>
          <w:lang w:eastAsia="ja-JP"/>
        </w:rPr>
        <w:t>収入支出</w:t>
      </w:r>
      <w:r w:rsidR="00680091" w:rsidRPr="001148A3">
        <w:rPr>
          <w:rFonts w:ascii="ＭＳ ゴシック" w:eastAsia="ＭＳ ゴシック" w:hAnsi="ＭＳ ゴシック" w:hint="eastAsia"/>
          <w:lang w:eastAsia="ja-JP"/>
        </w:rPr>
        <w:t>）の入力画面</w:t>
      </w:r>
      <w:r w:rsidR="00680091">
        <w:rPr>
          <w:rFonts w:ascii="ＭＳ ゴシック" w:eastAsia="ＭＳ ゴシック" w:hAnsi="ＭＳ ゴシック" w:hint="eastAsia"/>
          <w:lang w:eastAsia="ja-JP"/>
        </w:rPr>
        <w:t>≫</w:t>
      </w:r>
    </w:p>
    <w:p w14:paraId="6564F1B5" w14:textId="6E443602" w:rsidR="00143DC6" w:rsidRPr="00680091" w:rsidRDefault="00143DC6" w:rsidP="00680091">
      <w:pPr>
        <w:spacing w:after="0" w:line="240" w:lineRule="auto"/>
        <w:rPr>
          <w:lang w:eastAsia="ja-JP"/>
        </w:rPr>
      </w:pPr>
    </w:p>
    <w:p w14:paraId="49D4F5FE" w14:textId="77777777" w:rsidR="00680091" w:rsidRDefault="00680091" w:rsidP="00680091">
      <w:pPr>
        <w:spacing w:after="0"/>
        <w:rPr>
          <w:lang w:eastAsia="ja-JP"/>
        </w:rPr>
      </w:pPr>
    </w:p>
    <w:p w14:paraId="06FCEDBD" w14:textId="65061FA9" w:rsidR="00680091" w:rsidRDefault="00C8779A" w:rsidP="00680091">
      <w:pPr>
        <w:spacing w:after="0"/>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00064" behindDoc="0" locked="0" layoutInCell="1" allowOverlap="1" wp14:anchorId="20CC7CEE" wp14:editId="64D06D5C">
                <wp:simplePos x="0" y="0"/>
                <wp:positionH relativeFrom="margin">
                  <wp:posOffset>3047365</wp:posOffset>
                </wp:positionH>
                <wp:positionV relativeFrom="paragraph">
                  <wp:posOffset>53975</wp:posOffset>
                </wp:positionV>
                <wp:extent cx="3762375" cy="1085850"/>
                <wp:effectExtent l="0" t="0" r="28575" b="19050"/>
                <wp:wrapNone/>
                <wp:docPr id="2021809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085850"/>
                        </a:xfrm>
                        <a:prstGeom prst="rect">
                          <a:avLst/>
                        </a:prstGeom>
                        <a:solidFill>
                          <a:srgbClr val="FFFFFF"/>
                        </a:solidFill>
                        <a:ln w="9525">
                          <a:solidFill>
                            <a:srgbClr val="000000"/>
                          </a:solidFill>
                          <a:miter lim="800000"/>
                          <a:headEnd/>
                          <a:tailEnd/>
                        </a:ln>
                      </wps:spPr>
                      <wps:txbx>
                        <w:txbxContent>
                          <w:p w14:paraId="3982A798" w14:textId="4424CC4A" w:rsidR="00680091" w:rsidRPr="005D1E07" w:rsidRDefault="005D1E07" w:rsidP="00680091">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w:t>
                            </w:r>
                            <w:r w:rsidR="00680091" w:rsidRPr="005D1E07">
                              <w:rPr>
                                <w:rFonts w:ascii="ＭＳ ゴシック" w:eastAsia="ＭＳ ゴシック" w:hAnsi="ＭＳ ゴシック" w:hint="eastAsia"/>
                                <w:sz w:val="21"/>
                                <w:szCs w:val="21"/>
                                <w:lang w:eastAsia="ja-JP"/>
                              </w:rPr>
                              <w:t>間を省くため、令和</w:t>
                            </w:r>
                            <w:r w:rsidR="00680091">
                              <w:rPr>
                                <w:rFonts w:ascii="ＭＳ ゴシック" w:eastAsia="ＭＳ ゴシック" w:hAnsi="ＭＳ ゴシック" w:hint="eastAsia"/>
                                <w:sz w:val="21"/>
                                <w:szCs w:val="21"/>
                                <w:lang w:eastAsia="ja-JP"/>
                              </w:rPr>
                              <w:t>７</w:t>
                            </w:r>
                            <w:r w:rsidR="00680091" w:rsidRPr="005D1E07">
                              <w:rPr>
                                <w:rFonts w:ascii="ＭＳ ゴシック" w:eastAsia="ＭＳ ゴシック" w:hAnsi="ＭＳ ゴシック" w:hint="eastAsia"/>
                                <w:sz w:val="21"/>
                                <w:szCs w:val="21"/>
                                <w:lang w:eastAsia="ja-JP"/>
                              </w:rPr>
                              <w:t>年度申請書の</w:t>
                            </w:r>
                            <w:r w:rsidR="00680091">
                              <w:rPr>
                                <w:rFonts w:ascii="ＭＳ ゴシック" w:eastAsia="ＭＳ ゴシック" w:hAnsi="ＭＳ ゴシック" w:hint="eastAsia"/>
                                <w:sz w:val="21"/>
                                <w:szCs w:val="21"/>
                                <w:lang w:eastAsia="ja-JP"/>
                              </w:rPr>
                              <w:t>予算の</w:t>
                            </w:r>
                            <w:r w:rsidR="00680091" w:rsidRPr="005D1E07">
                              <w:rPr>
                                <w:rFonts w:ascii="ＭＳ ゴシック" w:eastAsia="ＭＳ ゴシック" w:hAnsi="ＭＳ ゴシック" w:hint="eastAsia"/>
                                <w:sz w:val="21"/>
                                <w:szCs w:val="21"/>
                                <w:lang w:eastAsia="ja-JP"/>
                              </w:rPr>
                              <w:t>内容が</w:t>
                            </w:r>
                            <w:r w:rsidR="00680091">
                              <w:rPr>
                                <w:rFonts w:ascii="ＭＳ ゴシック" w:eastAsia="ＭＳ ゴシック" w:hAnsi="ＭＳ ゴシック" w:hint="eastAsia"/>
                                <w:sz w:val="21"/>
                                <w:szCs w:val="21"/>
                                <w:lang w:eastAsia="ja-JP"/>
                              </w:rPr>
                              <w:t>一部</w:t>
                            </w:r>
                            <w:r w:rsidR="00680091" w:rsidRPr="005D1E07">
                              <w:rPr>
                                <w:rFonts w:ascii="ＭＳ ゴシック" w:eastAsia="ＭＳ ゴシック" w:hAnsi="ＭＳ ゴシック" w:hint="eastAsia"/>
                                <w:sz w:val="21"/>
                                <w:szCs w:val="21"/>
                                <w:lang w:eastAsia="ja-JP"/>
                              </w:rPr>
                              <w:t>登録されています。</w:t>
                            </w:r>
                          </w:p>
                          <w:p w14:paraId="77F75F69" w14:textId="15E970B0" w:rsidR="00680091" w:rsidRPr="00247764" w:rsidRDefault="00247764" w:rsidP="00680091">
                            <w:pPr>
                              <w:spacing w:after="0" w:line="240" w:lineRule="auto"/>
                              <w:rPr>
                                <w:rFonts w:ascii="ＭＳ ゴシック" w:eastAsia="ＭＳ ゴシック" w:hAnsi="ＭＳ ゴシック"/>
                                <w:sz w:val="21"/>
                                <w:szCs w:val="21"/>
                                <w:lang w:eastAsia="ja-JP"/>
                              </w:rPr>
                            </w:pPr>
                            <w:r w:rsidRPr="00247764">
                              <w:rPr>
                                <w:rFonts w:ascii="ＭＳ ゴシック" w:eastAsia="ＭＳ ゴシック" w:hAnsi="ＭＳ ゴシック" w:hint="eastAsia"/>
                                <w:sz w:val="21"/>
                                <w:szCs w:val="21"/>
                                <w:lang w:eastAsia="ja-JP"/>
                              </w:rPr>
                              <w:t>※予算のうち「他からの助成金・補助金」「その他の収入」「繰越金」「積立金」は削除しています。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C7CEE" id="_x0000_s1061" type="#_x0000_t202" style="position:absolute;margin-left:239.95pt;margin-top:4.25pt;width:296.25pt;height:85.5pt;z-index:25180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">
                <v:textbox>
                  <w:txbxContent>
                    <w:p w14:paraId="3982A798" w14:textId="4424CC4A" w:rsidR="00680091" w:rsidRPr="005D1E07" w:rsidRDefault="005D1E07" w:rsidP="00680091">
                      <w:pPr>
                        <w:spacing w:after="0" w:line="240" w:lineRule="auto"/>
                        <w:rPr>
                          <w:rFonts w:ascii="ＭＳ ゴシック" w:eastAsia="ＭＳ ゴシック" w:hAnsi="ＭＳ ゴシック"/>
                          <w:sz w:val="21"/>
                          <w:szCs w:val="21"/>
                          <w:lang w:eastAsia="ja-JP"/>
                        </w:rPr>
                      </w:pPr>
                      <w:r w:rsidRPr="005D1E07">
                        <w:rPr>
                          <w:rFonts w:ascii="ＭＳ ゴシック" w:eastAsia="ＭＳ ゴシック" w:hAnsi="ＭＳ ゴシック" w:hint="eastAsia"/>
                          <w:sz w:val="21"/>
                          <w:szCs w:val="21"/>
                          <w:lang w:eastAsia="ja-JP"/>
                        </w:rPr>
                        <w:t>継続して申請する団体は、入力の手</w:t>
                      </w:r>
                      <w:r w:rsidR="00680091" w:rsidRPr="005D1E07">
                        <w:rPr>
                          <w:rFonts w:ascii="ＭＳ ゴシック" w:eastAsia="ＭＳ ゴシック" w:hAnsi="ＭＳ ゴシック" w:hint="eastAsia"/>
                          <w:sz w:val="21"/>
                          <w:szCs w:val="21"/>
                          <w:lang w:eastAsia="ja-JP"/>
                        </w:rPr>
                        <w:t>間を省くため、令和</w:t>
                      </w:r>
                      <w:r w:rsidR="00680091">
                        <w:rPr>
                          <w:rFonts w:ascii="ＭＳ ゴシック" w:eastAsia="ＭＳ ゴシック" w:hAnsi="ＭＳ ゴシック" w:hint="eastAsia"/>
                          <w:sz w:val="21"/>
                          <w:szCs w:val="21"/>
                          <w:lang w:eastAsia="ja-JP"/>
                        </w:rPr>
                        <w:t>７</w:t>
                      </w:r>
                      <w:r w:rsidR="00680091" w:rsidRPr="005D1E07">
                        <w:rPr>
                          <w:rFonts w:ascii="ＭＳ ゴシック" w:eastAsia="ＭＳ ゴシック" w:hAnsi="ＭＳ ゴシック" w:hint="eastAsia"/>
                          <w:sz w:val="21"/>
                          <w:szCs w:val="21"/>
                          <w:lang w:eastAsia="ja-JP"/>
                        </w:rPr>
                        <w:t>年度申請書の</w:t>
                      </w:r>
                      <w:r w:rsidR="00680091">
                        <w:rPr>
                          <w:rFonts w:ascii="ＭＳ ゴシック" w:eastAsia="ＭＳ ゴシック" w:hAnsi="ＭＳ ゴシック" w:hint="eastAsia"/>
                          <w:sz w:val="21"/>
                          <w:szCs w:val="21"/>
                          <w:lang w:eastAsia="ja-JP"/>
                        </w:rPr>
                        <w:t>予算の</w:t>
                      </w:r>
                      <w:r w:rsidR="00680091" w:rsidRPr="005D1E07">
                        <w:rPr>
                          <w:rFonts w:ascii="ＭＳ ゴシック" w:eastAsia="ＭＳ ゴシック" w:hAnsi="ＭＳ ゴシック" w:hint="eastAsia"/>
                          <w:sz w:val="21"/>
                          <w:szCs w:val="21"/>
                          <w:lang w:eastAsia="ja-JP"/>
                        </w:rPr>
                        <w:t>内容が</w:t>
                      </w:r>
                      <w:r w:rsidR="00680091">
                        <w:rPr>
                          <w:rFonts w:ascii="ＭＳ ゴシック" w:eastAsia="ＭＳ ゴシック" w:hAnsi="ＭＳ ゴシック" w:hint="eastAsia"/>
                          <w:sz w:val="21"/>
                          <w:szCs w:val="21"/>
                          <w:lang w:eastAsia="ja-JP"/>
                        </w:rPr>
                        <w:t>一部</w:t>
                      </w:r>
                      <w:r w:rsidR="00680091" w:rsidRPr="005D1E07">
                        <w:rPr>
                          <w:rFonts w:ascii="ＭＳ ゴシック" w:eastAsia="ＭＳ ゴシック" w:hAnsi="ＭＳ ゴシック" w:hint="eastAsia"/>
                          <w:sz w:val="21"/>
                          <w:szCs w:val="21"/>
                          <w:lang w:eastAsia="ja-JP"/>
                        </w:rPr>
                        <w:t>登録されています。</w:t>
                      </w:r>
                    </w:p>
                    <w:p w14:paraId="77F75F69" w14:textId="15E970B0" w:rsidR="00680091" w:rsidRPr="00247764" w:rsidRDefault="00247764" w:rsidP="00680091">
                      <w:pPr>
                        <w:spacing w:after="0" w:line="240" w:lineRule="auto"/>
                        <w:rPr>
                          <w:rFonts w:ascii="ＭＳ ゴシック" w:eastAsia="ＭＳ ゴシック" w:hAnsi="ＭＳ ゴシック"/>
                          <w:sz w:val="21"/>
                          <w:szCs w:val="21"/>
                          <w:lang w:eastAsia="ja-JP"/>
                        </w:rPr>
                      </w:pPr>
                      <w:r w:rsidRPr="00247764">
                        <w:rPr>
                          <w:rFonts w:ascii="ＭＳ ゴシック" w:eastAsia="ＭＳ ゴシック" w:hAnsi="ＭＳ ゴシック" w:hint="eastAsia"/>
                          <w:sz w:val="21"/>
                          <w:szCs w:val="21"/>
                          <w:lang w:eastAsia="ja-JP"/>
                        </w:rPr>
                        <w:t>※予算のうち「他からの助成金・補助金」「その他の収入」「繰越金」「積立金」は削除しています。</w:t>
                      </w:r>
                    </w:p>
                  </w:txbxContent>
                </v:textbox>
                <w10:wrap anchorx="margin"/>
              </v:shape>
            </w:pict>
          </mc:Fallback>
        </mc:AlternateContent>
      </w:r>
    </w:p>
    <w:p w14:paraId="18F98413" w14:textId="77777777" w:rsidR="00680091" w:rsidRDefault="00680091" w:rsidP="00680091">
      <w:pPr>
        <w:spacing w:after="0"/>
        <w:rPr>
          <w:lang w:eastAsia="ja-JP"/>
        </w:rPr>
      </w:pPr>
    </w:p>
    <w:p w14:paraId="0C02C521" w14:textId="33FBC674" w:rsidR="00680091" w:rsidRDefault="00680091" w:rsidP="00680091">
      <w:pPr>
        <w:spacing w:after="0"/>
        <w:rPr>
          <w:lang w:eastAsia="ja-JP"/>
        </w:rPr>
      </w:pPr>
    </w:p>
    <w:p w14:paraId="065DC57B" w14:textId="0AC57FAF" w:rsidR="00680091" w:rsidRDefault="00680091" w:rsidP="00680091">
      <w:pPr>
        <w:spacing w:after="0"/>
        <w:rPr>
          <w:lang w:eastAsia="ja-JP"/>
        </w:rPr>
      </w:pPr>
    </w:p>
    <w:p w14:paraId="48D56532" w14:textId="4623EF6D" w:rsidR="00680091" w:rsidRDefault="00680091" w:rsidP="00680091">
      <w:pPr>
        <w:spacing w:after="0"/>
        <w:rPr>
          <w:lang w:eastAsia="ja-JP"/>
        </w:rPr>
      </w:pPr>
    </w:p>
    <w:p w14:paraId="0E7E4771" w14:textId="2FEBC7C8" w:rsidR="00680091" w:rsidRDefault="00680091" w:rsidP="00680091">
      <w:pPr>
        <w:spacing w:after="0"/>
        <w:rPr>
          <w:lang w:eastAsia="ja-JP"/>
        </w:rPr>
      </w:pPr>
    </w:p>
    <w:p w14:paraId="6FC9827B" w14:textId="0157331B" w:rsidR="00680091" w:rsidRDefault="00680091" w:rsidP="00680091">
      <w:pPr>
        <w:spacing w:after="0"/>
        <w:rPr>
          <w:lang w:eastAsia="ja-JP"/>
        </w:rPr>
      </w:pPr>
    </w:p>
    <w:p w14:paraId="171B3F9F" w14:textId="6FC7C445" w:rsidR="00680091" w:rsidRDefault="00C8779A" w:rsidP="00164E31">
      <w:pPr>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11328" behindDoc="0" locked="0" layoutInCell="1" allowOverlap="1" wp14:anchorId="34D77113" wp14:editId="24E7DD28">
                <wp:simplePos x="0" y="0"/>
                <wp:positionH relativeFrom="page">
                  <wp:posOffset>171450</wp:posOffset>
                </wp:positionH>
                <wp:positionV relativeFrom="paragraph">
                  <wp:posOffset>364490</wp:posOffset>
                </wp:positionV>
                <wp:extent cx="2066925" cy="485775"/>
                <wp:effectExtent l="0" t="0" r="28575" b="28575"/>
                <wp:wrapNone/>
                <wp:docPr id="459443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85775"/>
                        </a:xfrm>
                        <a:prstGeom prst="rect">
                          <a:avLst/>
                        </a:prstGeom>
                        <a:solidFill>
                          <a:srgbClr val="FFFFFF"/>
                        </a:solidFill>
                        <a:ln w="9525">
                          <a:solidFill>
                            <a:srgbClr val="000000"/>
                          </a:solidFill>
                          <a:miter lim="800000"/>
                          <a:headEnd/>
                          <a:tailEnd/>
                        </a:ln>
                      </wps:spPr>
                      <wps:txbx>
                        <w:txbxContent>
                          <w:p w14:paraId="58303D5A" w14:textId="77777777" w:rsidR="00C8779A" w:rsidRPr="00CD27A6" w:rsidRDefault="00C8779A" w:rsidP="00C8779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w:t>
                            </w:r>
                            <w:r w:rsidRPr="00CD27A6">
                              <w:rPr>
                                <w:rFonts w:ascii="ＭＳ ゴシック" w:eastAsia="ＭＳ ゴシック" w:hAnsi="ＭＳ ゴシック" w:hint="eastAsia"/>
                                <w:sz w:val="21"/>
                                <w:szCs w:val="21"/>
                                <w:lang w:eastAsia="ja-JP"/>
                              </w:rPr>
                              <w:t>×」をクリックすると</w:t>
                            </w:r>
                          </w:p>
                          <w:p w14:paraId="4DAE7F75"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行を削除することができます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D77113" id="_x0000_s1062" type="#_x0000_t202" style="position:absolute;margin-left:13.5pt;margin-top:28.7pt;width:162.75pt;height:38.25pt;z-index:251811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">
                <v:textbox>
                  <w:txbxContent>
                    <w:p w14:paraId="58303D5A" w14:textId="77777777" w:rsidR="00C8779A" w:rsidRPr="00CD27A6" w:rsidRDefault="00C8779A" w:rsidP="00C8779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w:t>
                      </w:r>
                      <w:r w:rsidRPr="00CD27A6">
                        <w:rPr>
                          <w:rFonts w:ascii="ＭＳ ゴシック" w:eastAsia="ＭＳ ゴシック" w:hAnsi="ＭＳ ゴシック" w:hint="eastAsia"/>
                          <w:sz w:val="21"/>
                          <w:szCs w:val="21"/>
                          <w:lang w:eastAsia="ja-JP"/>
                        </w:rPr>
                        <w:t>×」をクリックすると</w:t>
                      </w:r>
                    </w:p>
                    <w:p w14:paraId="4DAE7F75"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行を削除することができます</w:t>
                      </w:r>
                    </w:p>
                  </w:txbxContent>
                </v:textbox>
                <w10:wrap anchorx="page"/>
              </v:shape>
            </w:pict>
          </mc:Fallback>
        </mc:AlternateContent>
      </w:r>
    </w:p>
    <w:p w14:paraId="262FB921" w14:textId="7242C2AA" w:rsidR="00680091" w:rsidRDefault="00680091" w:rsidP="00164E31">
      <w:pPr>
        <w:rPr>
          <w:lang w:eastAsia="ja-JP"/>
        </w:rPr>
      </w:pPr>
    </w:p>
    <w:p w14:paraId="4D6ED4C3" w14:textId="5A92BE02" w:rsidR="00680091" w:rsidRDefault="00375F0A" w:rsidP="00164E31">
      <w:pPr>
        <w:rPr>
          <w:lang w:eastAsia="ja-JP"/>
        </w:rPr>
      </w:pPr>
      <w:r>
        <w:rPr>
          <w:noProof/>
          <w:lang w:eastAsia="ja-JP"/>
        </w:rPr>
        <mc:AlternateContent>
          <mc:Choice Requires="wps">
            <w:drawing>
              <wp:anchor distT="0" distB="0" distL="114300" distR="114300" simplePos="0" relativeHeight="251807232" behindDoc="0" locked="0" layoutInCell="1" allowOverlap="1" wp14:anchorId="5A97341A" wp14:editId="0E03870B">
                <wp:simplePos x="0" y="0"/>
                <wp:positionH relativeFrom="column">
                  <wp:posOffset>419100</wp:posOffset>
                </wp:positionH>
                <wp:positionV relativeFrom="paragraph">
                  <wp:posOffset>229235</wp:posOffset>
                </wp:positionV>
                <wp:extent cx="495300" cy="342900"/>
                <wp:effectExtent l="19050" t="19050" r="38100" b="38100"/>
                <wp:wrapNone/>
                <wp:docPr id="2102726640"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FAC07" id="楕円 26" o:spid="_x0000_s1026" style="position:absolute;margin-left:33pt;margin-top:18.05pt;width:39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" filled="f" strokecolor="#e00" strokeweight="4.5pt"/>
            </w:pict>
          </mc:Fallback>
        </mc:AlternateContent>
      </w:r>
    </w:p>
    <w:p w14:paraId="3AD8F62E" w14:textId="0248ACFA" w:rsidR="00680091" w:rsidRDefault="00375F0A" w:rsidP="00164E31">
      <w:pPr>
        <w:rPr>
          <w:lang w:eastAsia="ja-JP"/>
        </w:rPr>
      </w:pPr>
      <w:r>
        <w:rPr>
          <w:noProof/>
          <w:lang w:eastAsia="ja-JP"/>
        </w:rPr>
        <mc:AlternateContent>
          <mc:Choice Requires="wps">
            <w:drawing>
              <wp:anchor distT="0" distB="0" distL="114300" distR="114300" simplePos="0" relativeHeight="251809280" behindDoc="0" locked="0" layoutInCell="1" allowOverlap="1" wp14:anchorId="55B442B0" wp14:editId="66AD82C7">
                <wp:simplePos x="0" y="0"/>
                <wp:positionH relativeFrom="column">
                  <wp:posOffset>2505075</wp:posOffset>
                </wp:positionH>
                <wp:positionV relativeFrom="paragraph">
                  <wp:posOffset>207645</wp:posOffset>
                </wp:positionV>
                <wp:extent cx="495300" cy="342900"/>
                <wp:effectExtent l="19050" t="19050" r="38100" b="38100"/>
                <wp:wrapNone/>
                <wp:docPr id="409526346"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23E1E" id="楕円 26" o:spid="_x0000_s1026" style="position:absolute;margin-left:197.25pt;margin-top:16.35pt;width:39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" filled="f" strokecolor="#e00" strokeweight="4.5pt"/>
            </w:pict>
          </mc:Fallback>
        </mc:AlternateContent>
      </w:r>
      <w:r w:rsidR="00C8779A"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13376" behindDoc="0" locked="0" layoutInCell="1" allowOverlap="1" wp14:anchorId="664ADBBA" wp14:editId="18CA9549">
                <wp:simplePos x="0" y="0"/>
                <wp:positionH relativeFrom="page">
                  <wp:posOffset>3761105</wp:posOffset>
                </wp:positionH>
                <wp:positionV relativeFrom="paragraph">
                  <wp:posOffset>83820</wp:posOffset>
                </wp:positionV>
                <wp:extent cx="2066925" cy="447675"/>
                <wp:effectExtent l="0" t="0" r="28575" b="28575"/>
                <wp:wrapNone/>
                <wp:docPr id="1188383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47675"/>
                        </a:xfrm>
                        <a:prstGeom prst="rect">
                          <a:avLst/>
                        </a:prstGeom>
                        <a:solidFill>
                          <a:srgbClr val="FFFFFF"/>
                        </a:solidFill>
                        <a:ln w="9525">
                          <a:solidFill>
                            <a:srgbClr val="000000"/>
                          </a:solidFill>
                          <a:miter lim="800000"/>
                          <a:headEnd/>
                          <a:tailEnd/>
                        </a:ln>
                      </wps:spPr>
                      <wps:txbx>
                        <w:txbxContent>
                          <w:p w14:paraId="0D6C1225" w14:textId="77777777" w:rsidR="00C8779A" w:rsidRPr="00CD27A6"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「＋」をクリックすると</w:t>
                            </w:r>
                          </w:p>
                          <w:p w14:paraId="0600C746"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行を増やすことができます。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4ADBBA" id="_x0000_s1063" type="#_x0000_t202" style="position:absolute;margin-left:296.15pt;margin-top:6.6pt;width:162.75pt;height:35.25pt;z-index:251813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">
                <v:textbox>
                  <w:txbxContent>
                    <w:p w14:paraId="0D6C1225" w14:textId="77777777" w:rsidR="00C8779A" w:rsidRPr="00CD27A6"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「＋」をクリックすると</w:t>
                      </w:r>
                    </w:p>
                    <w:p w14:paraId="0600C746"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sidRPr="00CD27A6">
                        <w:rPr>
                          <w:rFonts w:ascii="ＭＳ ゴシック" w:eastAsia="ＭＳ ゴシック" w:hAnsi="ＭＳ ゴシック" w:hint="eastAsia"/>
                          <w:sz w:val="21"/>
                          <w:szCs w:val="21"/>
                          <w:lang w:eastAsia="ja-JP"/>
                        </w:rPr>
                        <w:t>行を増やすことができます。</w:t>
                      </w:r>
                    </w:p>
                  </w:txbxContent>
                </v:textbox>
                <w10:wrap anchorx="page"/>
              </v:shape>
            </w:pict>
          </mc:Fallback>
        </mc:AlternateContent>
      </w:r>
    </w:p>
    <w:p w14:paraId="41323FDF" w14:textId="77777777" w:rsidR="00247764" w:rsidRPr="005D1E07" w:rsidRDefault="00247764" w:rsidP="00247764">
      <w:pPr>
        <w:spacing w:after="0" w:line="240" w:lineRule="auto"/>
        <w:rPr>
          <w:rFonts w:asciiTheme="majorEastAsia" w:eastAsiaTheme="majorEastAsia" w:hAnsiTheme="majorEastAsia"/>
          <w:b/>
          <w:bCs/>
          <w:sz w:val="24"/>
          <w:szCs w:val="24"/>
          <w:lang w:eastAsia="ja-JP"/>
        </w:rPr>
      </w:pPr>
      <w:r w:rsidRPr="005D1E07">
        <w:rPr>
          <w:rFonts w:asciiTheme="majorEastAsia" w:eastAsiaTheme="majorEastAsia" w:hAnsiTheme="majorEastAsia" w:hint="eastAsia"/>
          <w:b/>
          <w:bCs/>
          <w:sz w:val="24"/>
          <w:szCs w:val="24"/>
          <w:lang w:eastAsia="ja-JP"/>
        </w:rPr>
        <w:lastRenderedPageBreak/>
        <w:t>≪チェックポイント　収入≫</w:t>
      </w:r>
    </w:p>
    <w:p w14:paraId="3FC915DE" w14:textId="10CCE9E6" w:rsidR="00247764" w:rsidRPr="00DC37C1" w:rsidRDefault="00247764" w:rsidP="00247764">
      <w:pPr>
        <w:spacing w:after="0" w:line="240" w:lineRule="auto"/>
        <w:rPr>
          <w:rFonts w:asciiTheme="majorEastAsia" w:eastAsiaTheme="majorEastAsia" w:hAnsiTheme="majorEastAsia"/>
          <w:noProof/>
          <w:lang w:eastAsia="ja-JP"/>
        </w:rPr>
      </w:pPr>
      <w:r w:rsidRPr="00DC37C1">
        <w:rPr>
          <w:rFonts w:asciiTheme="majorEastAsia" w:eastAsiaTheme="majorEastAsia" w:hAnsiTheme="majorEastAsia" w:hint="eastAsia"/>
          <w:noProof/>
          <w:lang w:eastAsia="ja-JP"/>
        </w:rPr>
        <w:t>■自主財源の確認欄があります。</w:t>
      </w:r>
    </w:p>
    <w:p w14:paraId="2D5DE4C3" w14:textId="24FA9B4E" w:rsidR="00680091" w:rsidRPr="00247764" w:rsidRDefault="00C8779A" w:rsidP="00680091">
      <w:pPr>
        <w:spacing w:after="0" w:line="240" w:lineRule="auto"/>
        <w:rPr>
          <w:lang w:eastAsia="ja-JP"/>
        </w:rPr>
      </w:pPr>
      <w:r>
        <w:rPr>
          <w:noProof/>
          <w:lang w:eastAsia="ja-JP"/>
        </w:rPr>
        <w:drawing>
          <wp:anchor distT="0" distB="0" distL="114300" distR="114300" simplePos="0" relativeHeight="251803136" behindDoc="0" locked="0" layoutInCell="1" allowOverlap="1" wp14:anchorId="745C817B" wp14:editId="3D24D415">
            <wp:simplePos x="0" y="0"/>
            <wp:positionH relativeFrom="margin">
              <wp:align>left</wp:align>
            </wp:positionH>
            <wp:positionV relativeFrom="paragraph">
              <wp:posOffset>39370</wp:posOffset>
            </wp:positionV>
            <wp:extent cx="6134100" cy="2638323"/>
            <wp:effectExtent l="0" t="0" r="0" b="0"/>
            <wp:wrapNone/>
            <wp:docPr id="935286243" name="図 44"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86243" name="図 44" descr="グラフィカル ユーザー インターフェイス, アプリケーション&#10;&#10;AI 生成コンテンツは誤りを含む可能性があります。"/>
                    <pic:cNvPicPr/>
                  </pic:nvPicPr>
                  <pic:blipFill rotWithShape="1">
                    <a:blip r:embed="rId40"/>
                    <a:srcRect l="15336" t="41022" r="18020" b="8018"/>
                    <a:stretch>
                      <a:fillRect/>
                    </a:stretch>
                  </pic:blipFill>
                  <pic:spPr bwMode="auto">
                    <a:xfrm>
                      <a:off x="0" y="0"/>
                      <a:ext cx="6134100" cy="2638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401D4" w14:textId="77777777" w:rsidR="00680091" w:rsidRDefault="00680091" w:rsidP="00680091">
      <w:pPr>
        <w:spacing w:after="0" w:line="240" w:lineRule="auto"/>
        <w:rPr>
          <w:lang w:eastAsia="ja-JP"/>
        </w:rPr>
      </w:pPr>
    </w:p>
    <w:p w14:paraId="6D2EF364" w14:textId="34BC2A47" w:rsidR="00680091" w:rsidRDefault="00680091" w:rsidP="00680091">
      <w:pPr>
        <w:spacing w:after="0" w:line="240" w:lineRule="auto"/>
        <w:rPr>
          <w:lang w:eastAsia="ja-JP"/>
        </w:rPr>
      </w:pPr>
    </w:p>
    <w:p w14:paraId="4BB56D0D" w14:textId="4023C85F" w:rsidR="00680091" w:rsidRDefault="00680091" w:rsidP="00680091">
      <w:pPr>
        <w:spacing w:after="0" w:line="240" w:lineRule="auto"/>
        <w:rPr>
          <w:lang w:eastAsia="ja-JP"/>
        </w:rPr>
      </w:pPr>
    </w:p>
    <w:p w14:paraId="5A599897" w14:textId="4A7FED35" w:rsidR="00680091" w:rsidRDefault="00C8779A" w:rsidP="00680091">
      <w:pPr>
        <w:spacing w:after="0" w:line="240" w:lineRule="auto"/>
        <w:rPr>
          <w:lang w:eastAsia="ja-JP"/>
        </w:rPr>
      </w:pPr>
      <w:r>
        <w:rPr>
          <w:noProof/>
          <w:lang w:eastAsia="ja-JP"/>
        </w:rPr>
        <mc:AlternateContent>
          <mc:Choice Requires="wps">
            <w:drawing>
              <wp:anchor distT="0" distB="0" distL="114300" distR="114300" simplePos="0" relativeHeight="251816448" behindDoc="0" locked="0" layoutInCell="1" allowOverlap="1" wp14:anchorId="2C9AA0BC" wp14:editId="2A91E430">
                <wp:simplePos x="0" y="0"/>
                <wp:positionH relativeFrom="column">
                  <wp:posOffset>4276725</wp:posOffset>
                </wp:positionH>
                <wp:positionV relativeFrom="paragraph">
                  <wp:posOffset>83820</wp:posOffset>
                </wp:positionV>
                <wp:extent cx="495300" cy="342900"/>
                <wp:effectExtent l="19050" t="19050" r="38100" b="38100"/>
                <wp:wrapNone/>
                <wp:docPr id="1846797559"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DBD5C" id="楕円 26" o:spid="_x0000_s1026" style="position:absolute;margin-left:336.75pt;margin-top:6.6pt;width:39pt;height:2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" filled="f" strokecolor="#e00" strokeweight="4.5pt"/>
            </w:pict>
          </mc:Fallback>
        </mc:AlternateContent>
      </w:r>
    </w:p>
    <w:p w14:paraId="3CFE5710" w14:textId="77777777" w:rsidR="00680091" w:rsidRDefault="00680091" w:rsidP="00680091">
      <w:pPr>
        <w:spacing w:after="0" w:line="240" w:lineRule="auto"/>
        <w:rPr>
          <w:lang w:eastAsia="ja-JP"/>
        </w:rPr>
      </w:pPr>
    </w:p>
    <w:p w14:paraId="46502655" w14:textId="43F78377" w:rsidR="00680091" w:rsidRDefault="00C8779A" w:rsidP="00680091">
      <w:pPr>
        <w:spacing w:after="0" w:line="240" w:lineRule="auto"/>
        <w:rPr>
          <w:lang w:eastAsia="ja-JP"/>
        </w:rPr>
      </w:pPr>
      <w:r>
        <w:rPr>
          <w:noProof/>
          <w:lang w:eastAsia="ja-JP"/>
        </w:rPr>
        <mc:AlternateContent>
          <mc:Choice Requires="wps">
            <w:drawing>
              <wp:anchor distT="0" distB="0" distL="114300" distR="114300" simplePos="0" relativeHeight="251818496" behindDoc="0" locked="0" layoutInCell="1" allowOverlap="1" wp14:anchorId="014C2BC1" wp14:editId="64CC649F">
                <wp:simplePos x="0" y="0"/>
                <wp:positionH relativeFrom="column">
                  <wp:posOffset>876300</wp:posOffset>
                </wp:positionH>
                <wp:positionV relativeFrom="paragraph">
                  <wp:posOffset>153035</wp:posOffset>
                </wp:positionV>
                <wp:extent cx="1552575" cy="695325"/>
                <wp:effectExtent l="19050" t="19050" r="47625" b="47625"/>
                <wp:wrapNone/>
                <wp:docPr id="1700640881" name="楕円 26"/>
                <wp:cNvGraphicFramePr/>
                <a:graphic xmlns:a="http://schemas.openxmlformats.org/drawingml/2006/main">
                  <a:graphicData uri="http://schemas.microsoft.com/office/word/2010/wordprocessingShape">
                    <wps:wsp>
                      <wps:cNvSpPr/>
                      <wps:spPr>
                        <a:xfrm>
                          <a:off x="0" y="0"/>
                          <a:ext cx="1552575" cy="695325"/>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BD0AF" id="楕円 26" o:spid="_x0000_s1026" style="position:absolute;margin-left:69pt;margin-top:12.05pt;width:122.25pt;height:54.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" filled="f" strokecolor="#e00" strokeweight="4.5pt"/>
            </w:pict>
          </mc:Fallback>
        </mc:AlternateContent>
      </w:r>
    </w:p>
    <w:p w14:paraId="78BCAF25" w14:textId="5AF24102" w:rsidR="00680091" w:rsidRDefault="00680091" w:rsidP="00680091">
      <w:pPr>
        <w:spacing w:after="0" w:line="240" w:lineRule="auto"/>
        <w:rPr>
          <w:lang w:eastAsia="ja-JP"/>
        </w:rPr>
      </w:pPr>
    </w:p>
    <w:p w14:paraId="5AA31FDC" w14:textId="573FC1B8" w:rsidR="00680091" w:rsidRDefault="00C8779A" w:rsidP="00680091">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14400" behindDoc="0" locked="0" layoutInCell="1" allowOverlap="1" wp14:anchorId="1B4DF607" wp14:editId="098F5D49">
                <wp:simplePos x="0" y="0"/>
                <wp:positionH relativeFrom="margin">
                  <wp:align>right</wp:align>
                </wp:positionH>
                <wp:positionV relativeFrom="paragraph">
                  <wp:posOffset>92075</wp:posOffset>
                </wp:positionV>
                <wp:extent cx="4038600" cy="552450"/>
                <wp:effectExtent l="0" t="0" r="19050" b="19050"/>
                <wp:wrapNone/>
                <wp:docPr id="1509357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52450"/>
                        </a:xfrm>
                        <a:prstGeom prst="rect">
                          <a:avLst/>
                        </a:prstGeom>
                        <a:solidFill>
                          <a:srgbClr val="FFFFFF"/>
                        </a:solidFill>
                        <a:ln w="9525">
                          <a:solidFill>
                            <a:srgbClr val="000000"/>
                          </a:solidFill>
                          <a:miter lim="800000"/>
                          <a:headEnd/>
                          <a:tailEnd/>
                        </a:ln>
                      </wps:spPr>
                      <wps:txbx>
                        <w:txbxContent>
                          <w:p w14:paraId="45D6615A" w14:textId="77777777" w:rsidR="00C8779A" w:rsidRDefault="00C8779A" w:rsidP="00C8779A">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自主財源の確認欄があります。自主財源の割合が</w:t>
                            </w:r>
                            <w:r w:rsidRPr="00C8779A">
                              <w:rPr>
                                <w:rFonts w:ascii="ＭＳ ゴシック" w:eastAsia="ＭＳ ゴシック" w:hAnsi="ＭＳ ゴシック" w:hint="eastAsia"/>
                                <w:b/>
                                <w:bCs/>
                                <w:sz w:val="21"/>
                                <w:szCs w:val="21"/>
                                <w:u w:val="single"/>
                                <w:lang w:eastAsia="ja-JP"/>
                              </w:rPr>
                              <w:t>２０％以上</w:t>
                            </w:r>
                          </w:p>
                          <w:p w14:paraId="472834F3" w14:textId="25FF3B93" w:rsidR="00247764" w:rsidRPr="00C8779A" w:rsidRDefault="00C8779A" w:rsidP="00247764">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あるか確認の上、チェックボックスに</w:t>
                            </w:r>
                            <w:r>
                              <w:rPr>
                                <w:rFonts w:ascii="ＭＳ ゴシック" w:eastAsia="ＭＳ ゴシック" w:hAnsi="ＭＳ ゴシック" w:hint="eastAsia"/>
                                <w:sz w:val="21"/>
                                <w:szCs w:val="21"/>
                                <w:lang w:eastAsia="ja-JP"/>
                              </w:rPr>
                              <w:t>☑</w:t>
                            </w:r>
                            <w:r w:rsidRPr="00C8779A">
                              <w:rPr>
                                <w:rFonts w:ascii="ＭＳ ゴシック" w:eastAsia="ＭＳ ゴシック" w:hAnsi="ＭＳ ゴシック" w:hint="eastAsia"/>
                                <w:sz w:val="21"/>
                                <w:szCs w:val="21"/>
                                <w:lang w:eastAsia="ja-JP"/>
                              </w:rPr>
                              <w:t>を入れてください。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DF607" id="_x0000_s1064" type="#_x0000_t202" style="position:absolute;margin-left:266.8pt;margin-top:7.25pt;width:318pt;height:43.5pt;z-index:251814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iXFwIAACkEAAAOAAAAZHJzL2Uyb0RvYy54bWysU9tu2zAMfR+wfxD0vthJky41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">
                <v:textbox>
                  <w:txbxContent>
                    <w:p w14:paraId="45D6615A" w14:textId="77777777" w:rsidR="00C8779A" w:rsidRDefault="00C8779A" w:rsidP="00C8779A">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自主財源の確認欄があります。自主財源の割合が</w:t>
                      </w:r>
                      <w:r w:rsidRPr="00C8779A">
                        <w:rPr>
                          <w:rFonts w:ascii="ＭＳ ゴシック" w:eastAsia="ＭＳ ゴシック" w:hAnsi="ＭＳ ゴシック" w:hint="eastAsia"/>
                          <w:b/>
                          <w:bCs/>
                          <w:sz w:val="21"/>
                          <w:szCs w:val="21"/>
                          <w:u w:val="single"/>
                          <w:lang w:eastAsia="ja-JP"/>
                        </w:rPr>
                        <w:t>２０％以上</w:t>
                      </w:r>
                    </w:p>
                    <w:p w14:paraId="472834F3" w14:textId="25FF3B93" w:rsidR="00247764" w:rsidRPr="00C8779A" w:rsidRDefault="00C8779A" w:rsidP="00247764">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あるか確認の上、チェックボックスに</w:t>
                      </w:r>
                      <w:r>
                        <w:rPr>
                          <w:rFonts w:ascii="ＭＳ ゴシック" w:eastAsia="ＭＳ ゴシック" w:hAnsi="ＭＳ ゴシック" w:hint="eastAsia"/>
                          <w:sz w:val="21"/>
                          <w:szCs w:val="21"/>
                          <w:lang w:eastAsia="ja-JP"/>
                        </w:rPr>
                        <w:t>☑</w:t>
                      </w:r>
                      <w:r w:rsidRPr="00C8779A">
                        <w:rPr>
                          <w:rFonts w:ascii="ＭＳ ゴシック" w:eastAsia="ＭＳ ゴシック" w:hAnsi="ＭＳ ゴシック" w:hint="eastAsia"/>
                          <w:sz w:val="21"/>
                          <w:szCs w:val="21"/>
                          <w:lang w:eastAsia="ja-JP"/>
                        </w:rPr>
                        <w:t>を入れてください。</w:t>
                      </w:r>
                    </w:p>
                  </w:txbxContent>
                </v:textbox>
                <w10:wrap anchorx="margin"/>
              </v:shape>
            </w:pict>
          </mc:Fallback>
        </mc:AlternateContent>
      </w:r>
    </w:p>
    <w:p w14:paraId="01274A61" w14:textId="7FF833EA" w:rsidR="00680091" w:rsidRDefault="00680091" w:rsidP="00680091">
      <w:pPr>
        <w:spacing w:after="0" w:line="240" w:lineRule="auto"/>
        <w:rPr>
          <w:lang w:eastAsia="ja-JP"/>
        </w:rPr>
      </w:pPr>
    </w:p>
    <w:p w14:paraId="491923E3" w14:textId="43EFECC6" w:rsidR="00680091" w:rsidRDefault="00680091" w:rsidP="00680091">
      <w:pPr>
        <w:spacing w:after="0" w:line="240" w:lineRule="auto"/>
        <w:rPr>
          <w:lang w:eastAsia="ja-JP"/>
        </w:rPr>
      </w:pPr>
    </w:p>
    <w:p w14:paraId="020DF2D9" w14:textId="27C27549" w:rsidR="00680091" w:rsidRDefault="00680091" w:rsidP="00680091">
      <w:pPr>
        <w:spacing w:after="0" w:line="240" w:lineRule="auto"/>
        <w:rPr>
          <w:lang w:eastAsia="ja-JP"/>
        </w:rPr>
      </w:pPr>
    </w:p>
    <w:p w14:paraId="24EC3F79" w14:textId="54E89C98" w:rsidR="00680091" w:rsidRDefault="00680091" w:rsidP="00680091">
      <w:pPr>
        <w:spacing w:after="0" w:line="240" w:lineRule="auto"/>
        <w:rPr>
          <w:lang w:eastAsia="ja-JP"/>
        </w:rPr>
      </w:pPr>
    </w:p>
    <w:p w14:paraId="764A99D1" w14:textId="01543FD1" w:rsidR="00680091" w:rsidRDefault="00680091" w:rsidP="00680091">
      <w:pPr>
        <w:spacing w:after="0" w:line="240" w:lineRule="auto"/>
        <w:rPr>
          <w:lang w:eastAsia="ja-JP"/>
        </w:rPr>
      </w:pPr>
    </w:p>
    <w:p w14:paraId="24E51C85" w14:textId="54DCA4F7" w:rsidR="00680091" w:rsidRDefault="00680091" w:rsidP="00680091">
      <w:pPr>
        <w:spacing w:after="0" w:line="240" w:lineRule="auto"/>
        <w:rPr>
          <w:lang w:eastAsia="ja-JP"/>
        </w:rPr>
      </w:pPr>
    </w:p>
    <w:p w14:paraId="509D095B" w14:textId="77777777" w:rsidR="00680091" w:rsidRDefault="00680091" w:rsidP="00680091">
      <w:pPr>
        <w:spacing w:after="0" w:line="240" w:lineRule="auto"/>
        <w:rPr>
          <w:lang w:eastAsia="ja-JP"/>
        </w:rPr>
      </w:pPr>
    </w:p>
    <w:p w14:paraId="54F37D0B" w14:textId="529475A7" w:rsidR="00680091" w:rsidRDefault="00680091" w:rsidP="00680091">
      <w:pPr>
        <w:spacing w:after="0" w:line="240" w:lineRule="auto"/>
        <w:rPr>
          <w:lang w:eastAsia="ja-JP"/>
        </w:rPr>
      </w:pPr>
    </w:p>
    <w:p w14:paraId="01C191E6" w14:textId="77777777" w:rsidR="00C8779A" w:rsidRDefault="00C8779A" w:rsidP="00680091">
      <w:pPr>
        <w:spacing w:after="0" w:line="240" w:lineRule="auto"/>
        <w:rPr>
          <w:lang w:eastAsia="ja-JP"/>
        </w:rPr>
      </w:pPr>
    </w:p>
    <w:p w14:paraId="721C2DC7" w14:textId="77777777" w:rsidR="00C8779A" w:rsidRDefault="00C8779A" w:rsidP="00680091">
      <w:pPr>
        <w:spacing w:after="0" w:line="240" w:lineRule="auto"/>
        <w:rPr>
          <w:lang w:eastAsia="ja-JP"/>
        </w:rPr>
      </w:pPr>
    </w:p>
    <w:p w14:paraId="12B9DD76" w14:textId="324D9D52" w:rsidR="00C8779A" w:rsidRPr="005D1E07" w:rsidRDefault="00C8779A" w:rsidP="00C8779A">
      <w:pPr>
        <w:spacing w:after="0" w:line="240" w:lineRule="auto"/>
        <w:rPr>
          <w:rFonts w:asciiTheme="majorEastAsia" w:eastAsiaTheme="majorEastAsia" w:hAnsiTheme="majorEastAsia"/>
          <w:b/>
          <w:bCs/>
          <w:sz w:val="24"/>
          <w:szCs w:val="24"/>
          <w:lang w:eastAsia="ja-JP"/>
        </w:rPr>
      </w:pPr>
      <w:r w:rsidRPr="005D1E07">
        <w:rPr>
          <w:rFonts w:asciiTheme="majorEastAsia" w:eastAsiaTheme="majorEastAsia" w:hAnsiTheme="majorEastAsia" w:hint="eastAsia"/>
          <w:b/>
          <w:bCs/>
          <w:sz w:val="24"/>
          <w:szCs w:val="24"/>
          <w:lang w:eastAsia="ja-JP"/>
        </w:rPr>
        <w:t>≪チェックポイント　収入≫</w:t>
      </w:r>
    </w:p>
    <w:p w14:paraId="4C7A8129" w14:textId="6E27E799" w:rsidR="00C8779A" w:rsidRPr="00C8779A" w:rsidRDefault="00C8779A" w:rsidP="00680091">
      <w:pPr>
        <w:spacing w:after="0" w:line="240" w:lineRule="auto"/>
        <w:rPr>
          <w:rFonts w:asciiTheme="majorEastAsia" w:eastAsiaTheme="majorEastAsia" w:hAnsiTheme="majorEastAsia"/>
          <w:lang w:eastAsia="ja-JP"/>
        </w:rPr>
      </w:pPr>
      <w:r w:rsidRPr="00DC37C1">
        <w:rPr>
          <w:rFonts w:asciiTheme="majorEastAsia" w:eastAsiaTheme="majorEastAsia" w:hAnsiTheme="majorEastAsia" w:hint="eastAsia"/>
          <w:lang w:eastAsia="ja-JP"/>
        </w:rPr>
        <w:t>■繰越金の確認欄があります。</w:t>
      </w:r>
    </w:p>
    <w:p w14:paraId="465FADA7" w14:textId="5B4613E6" w:rsidR="00680091" w:rsidRDefault="00C8779A" w:rsidP="00680091">
      <w:pPr>
        <w:spacing w:after="0" w:line="240" w:lineRule="auto"/>
        <w:rPr>
          <w:lang w:eastAsia="ja-JP"/>
        </w:rPr>
      </w:pPr>
      <w:r>
        <w:rPr>
          <w:noProof/>
          <w:lang w:eastAsia="ja-JP"/>
        </w:rPr>
        <w:drawing>
          <wp:anchor distT="0" distB="0" distL="114300" distR="114300" simplePos="0" relativeHeight="251819520" behindDoc="0" locked="0" layoutInCell="1" allowOverlap="1" wp14:anchorId="66EF8C11" wp14:editId="43293F97">
            <wp:simplePos x="0" y="0"/>
            <wp:positionH relativeFrom="column">
              <wp:posOffset>9525</wp:posOffset>
            </wp:positionH>
            <wp:positionV relativeFrom="paragraph">
              <wp:posOffset>85089</wp:posOffset>
            </wp:positionV>
            <wp:extent cx="6162675" cy="3113773"/>
            <wp:effectExtent l="0" t="0" r="0" b="0"/>
            <wp:wrapNone/>
            <wp:docPr id="1038017964" name="図 45"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17964" name="図 45" descr="グラフィカル ユーザー インターフェイス, アプリケーション&#10;&#10;AI 生成コンテンツは誤りを含む可能性があります。"/>
                    <pic:cNvPicPr/>
                  </pic:nvPicPr>
                  <pic:blipFill rotWithShape="1">
                    <a:blip r:embed="rId41"/>
                    <a:srcRect l="15766" t="11720" r="16157" b="27128"/>
                    <a:stretch>
                      <a:fillRect/>
                    </a:stretch>
                  </pic:blipFill>
                  <pic:spPr bwMode="auto">
                    <a:xfrm>
                      <a:off x="0" y="0"/>
                      <a:ext cx="6162675" cy="3113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D46D1" w14:textId="7D26A499" w:rsidR="00680091" w:rsidRDefault="00680091" w:rsidP="00680091">
      <w:pPr>
        <w:spacing w:after="0" w:line="240" w:lineRule="auto"/>
        <w:rPr>
          <w:lang w:eastAsia="ja-JP"/>
        </w:rPr>
      </w:pPr>
    </w:p>
    <w:p w14:paraId="2DD9836F" w14:textId="2967A164" w:rsidR="00680091" w:rsidRDefault="00680091" w:rsidP="00680091">
      <w:pPr>
        <w:spacing w:after="0" w:line="240" w:lineRule="auto"/>
        <w:rPr>
          <w:lang w:eastAsia="ja-JP"/>
        </w:rPr>
      </w:pPr>
    </w:p>
    <w:p w14:paraId="2867FBA8" w14:textId="1579E3C8" w:rsidR="00680091" w:rsidRDefault="00680091" w:rsidP="00680091">
      <w:pPr>
        <w:spacing w:after="0" w:line="240" w:lineRule="auto"/>
        <w:rPr>
          <w:lang w:eastAsia="ja-JP"/>
        </w:rPr>
      </w:pPr>
    </w:p>
    <w:p w14:paraId="5ABC7865" w14:textId="30A6B9EE" w:rsidR="00680091" w:rsidRDefault="00680091" w:rsidP="00680091">
      <w:pPr>
        <w:spacing w:after="0" w:line="240" w:lineRule="auto"/>
        <w:rPr>
          <w:lang w:eastAsia="ja-JP"/>
        </w:rPr>
      </w:pPr>
    </w:p>
    <w:p w14:paraId="0AA144E7" w14:textId="2AD81F5E" w:rsidR="00680091" w:rsidRDefault="00C8779A" w:rsidP="00680091">
      <w:pPr>
        <w:spacing w:after="0" w:line="240" w:lineRule="auto"/>
        <w:rPr>
          <w:lang w:eastAsia="ja-JP"/>
        </w:rPr>
      </w:pPr>
      <w:r>
        <w:rPr>
          <w:noProof/>
          <w:lang w:eastAsia="ja-JP"/>
        </w:rPr>
        <mc:AlternateContent>
          <mc:Choice Requires="wps">
            <w:drawing>
              <wp:anchor distT="0" distB="0" distL="114300" distR="114300" simplePos="0" relativeHeight="251823616" behindDoc="0" locked="0" layoutInCell="1" allowOverlap="1" wp14:anchorId="6C782ACD" wp14:editId="6D6E7677">
                <wp:simplePos x="0" y="0"/>
                <wp:positionH relativeFrom="column">
                  <wp:posOffset>4152900</wp:posOffset>
                </wp:positionH>
                <wp:positionV relativeFrom="paragraph">
                  <wp:posOffset>108585</wp:posOffset>
                </wp:positionV>
                <wp:extent cx="495300" cy="342900"/>
                <wp:effectExtent l="19050" t="19050" r="38100" b="38100"/>
                <wp:wrapNone/>
                <wp:docPr id="2079241464" name="楕円 26"/>
                <wp:cNvGraphicFramePr/>
                <a:graphic xmlns:a="http://schemas.openxmlformats.org/drawingml/2006/main">
                  <a:graphicData uri="http://schemas.microsoft.com/office/word/2010/wordprocessingShape">
                    <wps:wsp>
                      <wps:cNvSpPr/>
                      <wps:spPr>
                        <a:xfrm>
                          <a:off x="0" y="0"/>
                          <a:ext cx="495300" cy="342900"/>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34777" id="楕円 26" o:spid="_x0000_s1026" style="position:absolute;margin-left:327pt;margin-top:8.55pt;width:39pt;height:2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" filled="f" strokecolor="#e00" strokeweight="4.5pt"/>
            </w:pict>
          </mc:Fallback>
        </mc:AlternateContent>
      </w:r>
    </w:p>
    <w:p w14:paraId="26EAF0EE" w14:textId="5DC17127" w:rsidR="00680091" w:rsidRDefault="00680091" w:rsidP="00680091">
      <w:pPr>
        <w:spacing w:after="0" w:line="240" w:lineRule="auto"/>
        <w:rPr>
          <w:lang w:eastAsia="ja-JP"/>
        </w:rPr>
      </w:pPr>
    </w:p>
    <w:p w14:paraId="410DBE9C" w14:textId="637D35CB" w:rsidR="00680091" w:rsidRDefault="00680091" w:rsidP="00680091">
      <w:pPr>
        <w:spacing w:after="0" w:line="240" w:lineRule="auto"/>
        <w:rPr>
          <w:lang w:eastAsia="ja-JP"/>
        </w:rPr>
      </w:pPr>
    </w:p>
    <w:p w14:paraId="53B36ABA" w14:textId="484A0285" w:rsidR="00680091" w:rsidRDefault="00680091" w:rsidP="00680091">
      <w:pPr>
        <w:spacing w:after="0" w:line="240" w:lineRule="auto"/>
        <w:rPr>
          <w:lang w:eastAsia="ja-JP"/>
        </w:rPr>
      </w:pPr>
    </w:p>
    <w:p w14:paraId="46E8838B" w14:textId="2894C66B" w:rsidR="00680091" w:rsidRDefault="00680091" w:rsidP="00680091">
      <w:pPr>
        <w:spacing w:after="0" w:line="240" w:lineRule="auto"/>
        <w:rPr>
          <w:lang w:eastAsia="ja-JP"/>
        </w:rPr>
      </w:pPr>
    </w:p>
    <w:p w14:paraId="05FD221C" w14:textId="4E0D6D36" w:rsidR="00680091" w:rsidRDefault="00680091" w:rsidP="00680091">
      <w:pPr>
        <w:spacing w:after="0" w:line="240" w:lineRule="auto"/>
        <w:rPr>
          <w:lang w:eastAsia="ja-JP"/>
        </w:rPr>
      </w:pPr>
    </w:p>
    <w:p w14:paraId="449E4736" w14:textId="3E542527" w:rsidR="00C8779A" w:rsidRDefault="00DA09FA" w:rsidP="00680091">
      <w:pPr>
        <w:spacing w:after="0" w:line="240" w:lineRule="auto"/>
        <w:rPr>
          <w:lang w:eastAsia="ja-JP"/>
        </w:rPr>
      </w:pPr>
      <w:r>
        <w:rPr>
          <w:noProof/>
          <w:lang w:eastAsia="ja-JP"/>
        </w:rPr>
        <mc:AlternateContent>
          <mc:Choice Requires="wps">
            <w:drawing>
              <wp:anchor distT="0" distB="0" distL="114300" distR="114300" simplePos="0" relativeHeight="251829760" behindDoc="0" locked="0" layoutInCell="1" allowOverlap="1" wp14:anchorId="20F861B3" wp14:editId="3C9466C0">
                <wp:simplePos x="0" y="0"/>
                <wp:positionH relativeFrom="margin">
                  <wp:posOffset>3067050</wp:posOffset>
                </wp:positionH>
                <wp:positionV relativeFrom="paragraph">
                  <wp:posOffset>43815</wp:posOffset>
                </wp:positionV>
                <wp:extent cx="2152650" cy="676275"/>
                <wp:effectExtent l="19050" t="19050" r="38100" b="47625"/>
                <wp:wrapNone/>
                <wp:docPr id="609839471" name="楕円 26"/>
                <wp:cNvGraphicFramePr/>
                <a:graphic xmlns:a="http://schemas.openxmlformats.org/drawingml/2006/main">
                  <a:graphicData uri="http://schemas.microsoft.com/office/word/2010/wordprocessingShape">
                    <wps:wsp>
                      <wps:cNvSpPr/>
                      <wps:spPr>
                        <a:xfrm>
                          <a:off x="0" y="0"/>
                          <a:ext cx="2152650" cy="676275"/>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97C1F" id="楕円 26" o:spid="_x0000_s1026" style="position:absolute;margin-left:241.5pt;margin-top:3.45pt;width:169.5pt;height:53.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" filled="f" strokecolor="#e00" strokeweight="4.5pt">
                <w10:wrap anchorx="margin"/>
              </v:oval>
            </w:pict>
          </mc:Fallback>
        </mc:AlternateContent>
      </w:r>
    </w:p>
    <w:p w14:paraId="64B71ABD" w14:textId="53FCC603" w:rsidR="00C8779A" w:rsidRDefault="00C8779A" w:rsidP="00680091">
      <w:pPr>
        <w:spacing w:after="0" w:line="240" w:lineRule="auto"/>
        <w:rPr>
          <w:lang w:eastAsia="ja-JP"/>
        </w:rPr>
      </w:pPr>
    </w:p>
    <w:p w14:paraId="42860D24" w14:textId="1E587830" w:rsidR="00C8779A" w:rsidRDefault="00C8779A" w:rsidP="00680091">
      <w:pPr>
        <w:spacing w:after="0" w:line="240" w:lineRule="auto"/>
        <w:rPr>
          <w:lang w:eastAsia="ja-JP"/>
        </w:rPr>
      </w:pPr>
    </w:p>
    <w:p w14:paraId="09A77D86" w14:textId="1FF89CFB" w:rsidR="00C8779A" w:rsidRDefault="00C8779A" w:rsidP="00680091">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30784" behindDoc="0" locked="0" layoutInCell="1" allowOverlap="1" wp14:anchorId="1A3C95B6" wp14:editId="78956858">
                <wp:simplePos x="0" y="0"/>
                <wp:positionH relativeFrom="margin">
                  <wp:posOffset>3505200</wp:posOffset>
                </wp:positionH>
                <wp:positionV relativeFrom="paragraph">
                  <wp:posOffset>143510</wp:posOffset>
                </wp:positionV>
                <wp:extent cx="3228975" cy="857250"/>
                <wp:effectExtent l="0" t="0" r="28575" b="19050"/>
                <wp:wrapNone/>
                <wp:docPr id="1485270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57250"/>
                        </a:xfrm>
                        <a:prstGeom prst="rect">
                          <a:avLst/>
                        </a:prstGeom>
                        <a:solidFill>
                          <a:srgbClr val="FFFFFF"/>
                        </a:solidFill>
                        <a:ln w="9525">
                          <a:solidFill>
                            <a:srgbClr val="000000"/>
                          </a:solidFill>
                          <a:miter lim="800000"/>
                          <a:headEnd/>
                          <a:tailEnd/>
                        </a:ln>
                      </wps:spPr>
                      <wps:txbx>
                        <w:txbxContent>
                          <w:p w14:paraId="0C3D2B8A" w14:textId="77777777" w:rsidR="00C8779A" w:rsidRDefault="00C8779A" w:rsidP="00C8779A">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繰越金の確認欄があります。繰越金の割合が25％以下になっていることを確認の上、チェックボックスに</w:t>
                            </w:r>
                            <w:r>
                              <w:rPr>
                                <w:rFonts w:ascii="ＭＳ ゴシック" w:eastAsia="ＭＳ ゴシック" w:hAnsi="ＭＳ ゴシック" w:hint="eastAsia"/>
                                <w:sz w:val="21"/>
                                <w:szCs w:val="21"/>
                                <w:lang w:eastAsia="ja-JP"/>
                              </w:rPr>
                              <w:t>☑</w:t>
                            </w:r>
                            <w:r w:rsidRPr="00DC37C1">
                              <w:rPr>
                                <w:rFonts w:ascii="ＭＳ ゴシック" w:eastAsia="ＭＳ ゴシック" w:hAnsi="ＭＳ ゴシック" w:hint="eastAsia"/>
                                <w:sz w:val="21"/>
                                <w:szCs w:val="21"/>
                                <w:lang w:eastAsia="ja-JP"/>
                              </w:rPr>
                              <w:t>を入れてください。</w:t>
                            </w:r>
                          </w:p>
                          <w:p w14:paraId="21BBF765"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この項目を☑しないと保存ができません。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3C95B6" id="_x0000_s1065" type="#_x0000_t202" style="position:absolute;margin-left:276pt;margin-top:11.3pt;width:254.25pt;height:67.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">
                <v:textbox>
                  <w:txbxContent>
                    <w:p w14:paraId="0C3D2B8A" w14:textId="77777777" w:rsidR="00C8779A" w:rsidRDefault="00C8779A" w:rsidP="00C8779A">
                      <w:pPr>
                        <w:spacing w:after="0" w:line="240" w:lineRule="auto"/>
                        <w:rPr>
                          <w:rFonts w:ascii="ＭＳ ゴシック" w:eastAsia="ＭＳ ゴシック" w:hAnsi="ＭＳ ゴシック"/>
                          <w:sz w:val="21"/>
                          <w:szCs w:val="21"/>
                          <w:lang w:eastAsia="ja-JP"/>
                        </w:rPr>
                      </w:pPr>
                      <w:r w:rsidRPr="00DC37C1">
                        <w:rPr>
                          <w:rFonts w:ascii="ＭＳ ゴシック" w:eastAsia="ＭＳ ゴシック" w:hAnsi="ＭＳ ゴシック" w:hint="eastAsia"/>
                          <w:sz w:val="21"/>
                          <w:szCs w:val="21"/>
                          <w:lang w:eastAsia="ja-JP"/>
                        </w:rPr>
                        <w:t>繰越金の確認欄があります。繰越金の割合が25％以下になっていることを確認の上、チェックボックスに</w:t>
                      </w:r>
                      <w:r>
                        <w:rPr>
                          <w:rFonts w:ascii="ＭＳ ゴシック" w:eastAsia="ＭＳ ゴシック" w:hAnsi="ＭＳ ゴシック" w:hint="eastAsia"/>
                          <w:sz w:val="21"/>
                          <w:szCs w:val="21"/>
                          <w:lang w:eastAsia="ja-JP"/>
                        </w:rPr>
                        <w:t>☑</w:t>
                      </w:r>
                      <w:r w:rsidRPr="00DC37C1">
                        <w:rPr>
                          <w:rFonts w:ascii="ＭＳ ゴシック" w:eastAsia="ＭＳ ゴシック" w:hAnsi="ＭＳ ゴシック" w:hint="eastAsia"/>
                          <w:sz w:val="21"/>
                          <w:szCs w:val="21"/>
                          <w:lang w:eastAsia="ja-JP"/>
                        </w:rPr>
                        <w:t>を入れてください。</w:t>
                      </w:r>
                    </w:p>
                    <w:p w14:paraId="21BBF765" w14:textId="77777777" w:rsidR="00C8779A" w:rsidRPr="00DE222D" w:rsidRDefault="00C8779A" w:rsidP="00C8779A">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この項目を☑しないと保存ができません。</w:t>
                      </w:r>
                    </w:p>
                  </w:txbxContent>
                </v:textbox>
                <w10:wrap anchorx="margin"/>
              </v:shape>
            </w:pict>
          </mc:Fallback>
        </mc:AlternateContent>
      </w:r>
    </w:p>
    <w:p w14:paraId="5352F33F" w14:textId="77777777" w:rsidR="00C8779A" w:rsidRDefault="00C8779A" w:rsidP="00680091">
      <w:pPr>
        <w:spacing w:after="0" w:line="240" w:lineRule="auto"/>
        <w:rPr>
          <w:lang w:eastAsia="ja-JP"/>
        </w:rPr>
      </w:pPr>
    </w:p>
    <w:p w14:paraId="362770DE" w14:textId="77777777" w:rsidR="00C8779A" w:rsidRDefault="00C8779A" w:rsidP="00680091">
      <w:pPr>
        <w:spacing w:after="0" w:line="240" w:lineRule="auto"/>
        <w:rPr>
          <w:lang w:eastAsia="ja-JP"/>
        </w:rPr>
      </w:pPr>
    </w:p>
    <w:p w14:paraId="02DC470A" w14:textId="2153A778" w:rsidR="00C8779A" w:rsidRDefault="00C8779A" w:rsidP="00680091">
      <w:pPr>
        <w:spacing w:after="0" w:line="240" w:lineRule="auto"/>
        <w:rPr>
          <w:lang w:eastAsia="ja-JP"/>
        </w:rPr>
      </w:pPr>
    </w:p>
    <w:p w14:paraId="624FD3AC" w14:textId="77777777" w:rsidR="00C8779A" w:rsidRDefault="00C8779A" w:rsidP="00680091">
      <w:pPr>
        <w:spacing w:after="0" w:line="240" w:lineRule="auto"/>
        <w:rPr>
          <w:lang w:eastAsia="ja-JP"/>
        </w:rPr>
      </w:pPr>
    </w:p>
    <w:p w14:paraId="44A7BB09" w14:textId="77777777" w:rsidR="00C8779A" w:rsidRDefault="00C8779A" w:rsidP="00680091">
      <w:pPr>
        <w:spacing w:after="0" w:line="240" w:lineRule="auto"/>
        <w:rPr>
          <w:lang w:eastAsia="ja-JP"/>
        </w:rPr>
      </w:pPr>
    </w:p>
    <w:p w14:paraId="4A6D1649" w14:textId="77777777" w:rsidR="00C8779A" w:rsidRDefault="00C8779A" w:rsidP="00680091">
      <w:pPr>
        <w:spacing w:after="0" w:line="240" w:lineRule="auto"/>
        <w:rPr>
          <w:lang w:eastAsia="ja-JP"/>
        </w:rPr>
      </w:pPr>
    </w:p>
    <w:p w14:paraId="5F4E6FB1" w14:textId="04217AA9" w:rsidR="00C8779A" w:rsidRDefault="00C8779A" w:rsidP="00680091">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25664" behindDoc="0" locked="0" layoutInCell="1" allowOverlap="1" wp14:anchorId="02E5876B" wp14:editId="6CF0AD76">
                <wp:simplePos x="0" y="0"/>
                <wp:positionH relativeFrom="margin">
                  <wp:align>left</wp:align>
                </wp:positionH>
                <wp:positionV relativeFrom="paragraph">
                  <wp:posOffset>10795</wp:posOffset>
                </wp:positionV>
                <wp:extent cx="6391275" cy="723900"/>
                <wp:effectExtent l="0" t="0" r="28575" b="19050"/>
                <wp:wrapNone/>
                <wp:docPr id="100765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23900"/>
                        </a:xfrm>
                        <a:prstGeom prst="rect">
                          <a:avLst/>
                        </a:prstGeom>
                        <a:solidFill>
                          <a:srgbClr val="FFFFFF"/>
                        </a:solidFill>
                        <a:ln w="9525">
                          <a:solidFill>
                            <a:srgbClr val="000000"/>
                          </a:solidFill>
                          <a:miter lim="800000"/>
                          <a:headEnd/>
                          <a:tailEnd/>
                        </a:ln>
                      </wps:spPr>
                      <wps:txbx>
                        <w:txbxContent>
                          <w:p w14:paraId="5E6E87A5" w14:textId="3E464060" w:rsidR="00C8779A" w:rsidRPr="00247764" w:rsidRDefault="00C8779A" w:rsidP="00C8779A">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繰越金・積立金の確認欄があります。令和</w:t>
                            </w:r>
                            <w:r>
                              <w:rPr>
                                <w:rFonts w:ascii="ＭＳ ゴシック" w:eastAsia="ＭＳ ゴシック" w:hAnsi="ＭＳ ゴシック" w:hint="eastAsia"/>
                                <w:sz w:val="21"/>
                                <w:szCs w:val="21"/>
                                <w:lang w:eastAsia="ja-JP"/>
                              </w:rPr>
                              <w:t>７</w:t>
                            </w:r>
                            <w:r w:rsidRPr="00C8779A">
                              <w:rPr>
                                <w:rFonts w:ascii="ＭＳ ゴシック" w:eastAsia="ＭＳ ゴシック" w:hAnsi="ＭＳ ゴシック" w:hint="eastAsia"/>
                                <w:sz w:val="21"/>
                                <w:szCs w:val="21"/>
                                <w:lang w:eastAsia="ja-JP"/>
                              </w:rPr>
                              <w:t>年度報告に入力した次年度繰越金・積立金と同じ額が、令和</w:t>
                            </w:r>
                            <w:r>
                              <w:rPr>
                                <w:rFonts w:ascii="ＭＳ ゴシック" w:eastAsia="ＭＳ ゴシック" w:hAnsi="ＭＳ ゴシック" w:hint="eastAsia"/>
                                <w:sz w:val="21"/>
                                <w:szCs w:val="21"/>
                                <w:lang w:eastAsia="ja-JP"/>
                              </w:rPr>
                              <w:t>８</w:t>
                            </w:r>
                            <w:r w:rsidRPr="00C8779A">
                              <w:rPr>
                                <w:rFonts w:ascii="ＭＳ ゴシック" w:eastAsia="ＭＳ ゴシック" w:hAnsi="ＭＳ ゴシック" w:hint="eastAsia"/>
                                <w:sz w:val="21"/>
                                <w:szCs w:val="21"/>
                                <w:lang w:eastAsia="ja-JP"/>
                              </w:rPr>
                              <w:t>年度申請書の前年度繰越金・積立金に入力した額と一致しているか確認の上チェックボックスに</w:t>
                            </w:r>
                            <w:r>
                              <w:rPr>
                                <w:rFonts w:ascii="ＭＳ ゴシック" w:eastAsia="ＭＳ ゴシック" w:hAnsi="ＭＳ ゴシック" w:hint="eastAsia"/>
                                <w:sz w:val="21"/>
                                <w:szCs w:val="21"/>
                                <w:lang w:eastAsia="ja-JP"/>
                              </w:rPr>
                              <w:t>☑</w:t>
                            </w:r>
                            <w:r w:rsidRPr="00C8779A">
                              <w:rPr>
                                <w:rFonts w:ascii="ＭＳ ゴシック" w:eastAsia="ＭＳ ゴシック" w:hAnsi="ＭＳ ゴシック" w:hint="eastAsia"/>
                                <w:sz w:val="21"/>
                                <w:szCs w:val="21"/>
                                <w:lang w:eastAsia="ja-JP"/>
                              </w:rPr>
                              <w:t>を入れてください。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E5876B" id="_x0000_s1066" type="#_x0000_t202" style="position:absolute;margin-left:0;margin-top:.85pt;width:503.25pt;height:57pt;z-index:251825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">
                <v:textbox>
                  <w:txbxContent>
                    <w:p w14:paraId="5E6E87A5" w14:textId="3E464060" w:rsidR="00C8779A" w:rsidRPr="00247764" w:rsidRDefault="00C8779A" w:rsidP="00C8779A">
                      <w:pPr>
                        <w:spacing w:after="0" w:line="240" w:lineRule="auto"/>
                        <w:rPr>
                          <w:rFonts w:ascii="ＭＳ ゴシック" w:eastAsia="ＭＳ ゴシック" w:hAnsi="ＭＳ ゴシック"/>
                          <w:sz w:val="21"/>
                          <w:szCs w:val="21"/>
                          <w:lang w:eastAsia="ja-JP"/>
                        </w:rPr>
                      </w:pPr>
                      <w:r w:rsidRPr="00C8779A">
                        <w:rPr>
                          <w:rFonts w:ascii="ＭＳ ゴシック" w:eastAsia="ＭＳ ゴシック" w:hAnsi="ＭＳ ゴシック" w:hint="eastAsia"/>
                          <w:sz w:val="21"/>
                          <w:szCs w:val="21"/>
                          <w:lang w:eastAsia="ja-JP"/>
                        </w:rPr>
                        <w:t>繰越金・積立金の確認欄があります。令和</w:t>
                      </w:r>
                      <w:r>
                        <w:rPr>
                          <w:rFonts w:ascii="ＭＳ ゴシック" w:eastAsia="ＭＳ ゴシック" w:hAnsi="ＭＳ ゴシック" w:hint="eastAsia"/>
                          <w:sz w:val="21"/>
                          <w:szCs w:val="21"/>
                          <w:lang w:eastAsia="ja-JP"/>
                        </w:rPr>
                        <w:t>７</w:t>
                      </w:r>
                      <w:r w:rsidRPr="00C8779A">
                        <w:rPr>
                          <w:rFonts w:ascii="ＭＳ ゴシック" w:eastAsia="ＭＳ ゴシック" w:hAnsi="ＭＳ ゴシック" w:hint="eastAsia"/>
                          <w:sz w:val="21"/>
                          <w:szCs w:val="21"/>
                          <w:lang w:eastAsia="ja-JP"/>
                        </w:rPr>
                        <w:t>年度報告に入力した次年度繰越金・積立金と同じ額が、令和</w:t>
                      </w:r>
                      <w:r>
                        <w:rPr>
                          <w:rFonts w:ascii="ＭＳ ゴシック" w:eastAsia="ＭＳ ゴシック" w:hAnsi="ＭＳ ゴシック" w:hint="eastAsia"/>
                          <w:sz w:val="21"/>
                          <w:szCs w:val="21"/>
                          <w:lang w:eastAsia="ja-JP"/>
                        </w:rPr>
                        <w:t>８</w:t>
                      </w:r>
                      <w:r w:rsidRPr="00C8779A">
                        <w:rPr>
                          <w:rFonts w:ascii="ＭＳ ゴシック" w:eastAsia="ＭＳ ゴシック" w:hAnsi="ＭＳ ゴシック" w:hint="eastAsia"/>
                          <w:sz w:val="21"/>
                          <w:szCs w:val="21"/>
                          <w:lang w:eastAsia="ja-JP"/>
                        </w:rPr>
                        <w:t>年度申請書の前年度繰越金・積立金に入力した額と一致しているか確認の上チェックボックスに</w:t>
                      </w:r>
                      <w:r>
                        <w:rPr>
                          <w:rFonts w:ascii="ＭＳ ゴシック" w:eastAsia="ＭＳ ゴシック" w:hAnsi="ＭＳ ゴシック" w:hint="eastAsia"/>
                          <w:sz w:val="21"/>
                          <w:szCs w:val="21"/>
                          <w:lang w:eastAsia="ja-JP"/>
                        </w:rPr>
                        <w:t>☑</w:t>
                      </w:r>
                      <w:r w:rsidRPr="00C8779A">
                        <w:rPr>
                          <w:rFonts w:ascii="ＭＳ ゴシック" w:eastAsia="ＭＳ ゴシック" w:hAnsi="ＭＳ ゴシック" w:hint="eastAsia"/>
                          <w:sz w:val="21"/>
                          <w:szCs w:val="21"/>
                          <w:lang w:eastAsia="ja-JP"/>
                        </w:rPr>
                        <w:t>を入れてください。</w:t>
                      </w:r>
                    </w:p>
                  </w:txbxContent>
                </v:textbox>
                <w10:wrap anchorx="margin"/>
              </v:shape>
            </w:pict>
          </mc:Fallback>
        </mc:AlternateContent>
      </w:r>
    </w:p>
    <w:p w14:paraId="633003CF" w14:textId="77777777" w:rsidR="00C8779A" w:rsidRDefault="00C8779A" w:rsidP="00680091">
      <w:pPr>
        <w:spacing w:after="0" w:line="240" w:lineRule="auto"/>
        <w:rPr>
          <w:lang w:eastAsia="ja-JP"/>
        </w:rPr>
      </w:pPr>
    </w:p>
    <w:p w14:paraId="11F83625" w14:textId="0287584A" w:rsidR="00C8779A" w:rsidRDefault="00C8779A" w:rsidP="00680091">
      <w:pPr>
        <w:spacing w:after="0" w:line="240" w:lineRule="auto"/>
        <w:rPr>
          <w:lang w:eastAsia="ja-JP"/>
        </w:rPr>
      </w:pPr>
    </w:p>
    <w:p w14:paraId="4EB0536B" w14:textId="77777777" w:rsidR="00C8779A" w:rsidRDefault="00C8779A" w:rsidP="00680091">
      <w:pPr>
        <w:spacing w:after="0" w:line="240" w:lineRule="auto"/>
        <w:rPr>
          <w:lang w:eastAsia="ja-JP"/>
        </w:rPr>
      </w:pPr>
    </w:p>
    <w:p w14:paraId="214658A7" w14:textId="2BB7895A" w:rsidR="00C8779A" w:rsidRDefault="00C8779A" w:rsidP="00680091">
      <w:pPr>
        <w:spacing w:after="0" w:line="240" w:lineRule="auto"/>
        <w:rPr>
          <w:lang w:eastAsia="ja-JP"/>
        </w:rPr>
      </w:pPr>
    </w:p>
    <w:p w14:paraId="4BC0A2A5" w14:textId="3774A837" w:rsidR="00C8779A" w:rsidRDefault="00DA09FA" w:rsidP="00680091">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27712" behindDoc="0" locked="0" layoutInCell="1" allowOverlap="1" wp14:anchorId="116612A3" wp14:editId="55BC179F">
                <wp:simplePos x="0" y="0"/>
                <wp:positionH relativeFrom="margin">
                  <wp:align>left</wp:align>
                </wp:positionH>
                <wp:positionV relativeFrom="paragraph">
                  <wp:posOffset>44450</wp:posOffset>
                </wp:positionV>
                <wp:extent cx="6391275" cy="523875"/>
                <wp:effectExtent l="0" t="0" r="28575" b="28575"/>
                <wp:wrapNone/>
                <wp:docPr id="126761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23875"/>
                        </a:xfrm>
                        <a:prstGeom prst="rect">
                          <a:avLst/>
                        </a:prstGeom>
                        <a:solidFill>
                          <a:srgbClr val="FFFFFF"/>
                        </a:solidFill>
                        <a:ln w="9525">
                          <a:solidFill>
                            <a:srgbClr val="000000"/>
                          </a:solidFill>
                          <a:miter lim="800000"/>
                          <a:headEnd/>
                          <a:tailEnd/>
                        </a:ln>
                      </wps:spPr>
                      <wps:txbx>
                        <w:txbxContent>
                          <w:p w14:paraId="7B93FF7D" w14:textId="1104FBA1" w:rsidR="00DA09FA" w:rsidRPr="00247764" w:rsidRDefault="00DA09FA" w:rsidP="00DA09FA">
                            <w:pPr>
                              <w:spacing w:after="0" w:line="240" w:lineRule="auto"/>
                              <w:rPr>
                                <w:rFonts w:ascii="ＭＳ ゴシック" w:eastAsia="ＭＳ ゴシック" w:hAnsi="ＭＳ ゴシック"/>
                                <w:sz w:val="21"/>
                                <w:szCs w:val="21"/>
                                <w:lang w:eastAsia="ja-JP"/>
                              </w:rPr>
                            </w:pPr>
                            <w:r w:rsidRPr="00DA09FA">
                              <w:rPr>
                                <w:rFonts w:ascii="ＭＳ ゴシック" w:eastAsia="ＭＳ ゴシック" w:hAnsi="ＭＳ ゴシック" w:hint="eastAsia"/>
                                <w:sz w:val="21"/>
                                <w:szCs w:val="21"/>
                                <w:lang w:eastAsia="ja-JP"/>
                              </w:rPr>
                              <w:t>繰越金の割合が２５％以下になっていることを確認の上、チェックボックスに</w:t>
                            </w:r>
                            <w:r>
                              <w:rPr>
                                <w:rFonts w:ascii="ＭＳ ゴシック" w:eastAsia="ＭＳ ゴシック" w:hAnsi="ＭＳ ゴシック" w:hint="eastAsia"/>
                                <w:sz w:val="21"/>
                                <w:szCs w:val="21"/>
                                <w:lang w:eastAsia="ja-JP"/>
                              </w:rPr>
                              <w:t>☑</w:t>
                            </w:r>
                            <w:r w:rsidRPr="00DA09FA">
                              <w:rPr>
                                <w:rFonts w:ascii="ＭＳ ゴシック" w:eastAsia="ＭＳ ゴシック" w:hAnsi="ＭＳ ゴシック" w:hint="eastAsia"/>
                                <w:sz w:val="21"/>
                                <w:szCs w:val="21"/>
                                <w:lang w:eastAsia="ja-JP"/>
                              </w:rPr>
                              <w:t>を入れてください。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612A3" id="_x0000_s1067" type="#_x0000_t202" style="position:absolute;margin-left:0;margin-top:3.5pt;width:503.25pt;height:41.25pt;z-index:251827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">
                <v:textbox>
                  <w:txbxContent>
                    <w:p w14:paraId="7B93FF7D" w14:textId="1104FBA1" w:rsidR="00DA09FA" w:rsidRPr="00247764" w:rsidRDefault="00DA09FA" w:rsidP="00DA09FA">
                      <w:pPr>
                        <w:spacing w:after="0" w:line="240" w:lineRule="auto"/>
                        <w:rPr>
                          <w:rFonts w:ascii="ＭＳ ゴシック" w:eastAsia="ＭＳ ゴシック" w:hAnsi="ＭＳ ゴシック"/>
                          <w:sz w:val="21"/>
                          <w:szCs w:val="21"/>
                          <w:lang w:eastAsia="ja-JP"/>
                        </w:rPr>
                      </w:pPr>
                      <w:r w:rsidRPr="00DA09FA">
                        <w:rPr>
                          <w:rFonts w:ascii="ＭＳ ゴシック" w:eastAsia="ＭＳ ゴシック" w:hAnsi="ＭＳ ゴシック" w:hint="eastAsia"/>
                          <w:sz w:val="21"/>
                          <w:szCs w:val="21"/>
                          <w:lang w:eastAsia="ja-JP"/>
                        </w:rPr>
                        <w:t>繰越金の割合が２５％以下になっていることを確認の上、チェックボックスに</w:t>
                      </w:r>
                      <w:r>
                        <w:rPr>
                          <w:rFonts w:ascii="ＭＳ ゴシック" w:eastAsia="ＭＳ ゴシック" w:hAnsi="ＭＳ ゴシック" w:hint="eastAsia"/>
                          <w:sz w:val="21"/>
                          <w:szCs w:val="21"/>
                          <w:lang w:eastAsia="ja-JP"/>
                        </w:rPr>
                        <w:t>☑</w:t>
                      </w:r>
                      <w:r w:rsidRPr="00DA09FA">
                        <w:rPr>
                          <w:rFonts w:ascii="ＭＳ ゴシック" w:eastAsia="ＭＳ ゴシック" w:hAnsi="ＭＳ ゴシック" w:hint="eastAsia"/>
                          <w:sz w:val="21"/>
                          <w:szCs w:val="21"/>
                          <w:lang w:eastAsia="ja-JP"/>
                        </w:rPr>
                        <w:t>を入れてください。</w:t>
                      </w:r>
                    </w:p>
                  </w:txbxContent>
                </v:textbox>
                <w10:wrap anchorx="margin"/>
              </v:shape>
            </w:pict>
          </mc:Fallback>
        </mc:AlternateContent>
      </w:r>
    </w:p>
    <w:p w14:paraId="19BBF781" w14:textId="77777777" w:rsidR="00C8779A" w:rsidRDefault="00C8779A" w:rsidP="00680091">
      <w:pPr>
        <w:spacing w:after="0" w:line="240" w:lineRule="auto"/>
        <w:rPr>
          <w:lang w:eastAsia="ja-JP"/>
        </w:rPr>
      </w:pPr>
    </w:p>
    <w:p w14:paraId="7E26C0DF" w14:textId="07499A59" w:rsidR="00C8779A" w:rsidRDefault="00C8779A" w:rsidP="00680091">
      <w:pPr>
        <w:spacing w:after="0" w:line="240" w:lineRule="auto"/>
        <w:rPr>
          <w:lang w:eastAsia="ja-JP"/>
        </w:rPr>
      </w:pPr>
    </w:p>
    <w:p w14:paraId="46BBB1D5" w14:textId="77777777" w:rsidR="00C8779A" w:rsidRDefault="00C8779A" w:rsidP="00680091">
      <w:pPr>
        <w:spacing w:after="0" w:line="240" w:lineRule="auto"/>
        <w:rPr>
          <w:lang w:eastAsia="ja-JP"/>
        </w:rPr>
      </w:pPr>
    </w:p>
    <w:p w14:paraId="482EF0B3" w14:textId="77777777" w:rsidR="00C8779A" w:rsidRDefault="00C8779A" w:rsidP="00680091">
      <w:pPr>
        <w:spacing w:after="0" w:line="240" w:lineRule="auto"/>
        <w:rPr>
          <w:lang w:eastAsia="ja-JP"/>
        </w:rPr>
      </w:pPr>
    </w:p>
    <w:p w14:paraId="3F46EC8A" w14:textId="461E3909" w:rsidR="00C8779A" w:rsidRDefault="00C8779A" w:rsidP="00680091">
      <w:pPr>
        <w:spacing w:after="0" w:line="240" w:lineRule="auto"/>
        <w:rPr>
          <w:lang w:eastAsia="ja-JP"/>
        </w:rPr>
      </w:pPr>
    </w:p>
    <w:p w14:paraId="0C503BEC" w14:textId="77777777" w:rsidR="00C8779A" w:rsidRDefault="00C8779A" w:rsidP="00680091">
      <w:pPr>
        <w:spacing w:after="0" w:line="240" w:lineRule="auto"/>
        <w:rPr>
          <w:lang w:eastAsia="ja-JP"/>
        </w:rPr>
      </w:pPr>
    </w:p>
    <w:p w14:paraId="1CB433B9" w14:textId="335AF24E" w:rsidR="00C8779A" w:rsidRDefault="00C8779A" w:rsidP="00680091">
      <w:pPr>
        <w:spacing w:after="0" w:line="240" w:lineRule="auto"/>
        <w:rPr>
          <w:lang w:eastAsia="ja-JP"/>
        </w:rPr>
      </w:pPr>
    </w:p>
    <w:p w14:paraId="1A37C448" w14:textId="2386FCBA" w:rsidR="00C8779A" w:rsidRDefault="0019540D" w:rsidP="00680091">
      <w:pPr>
        <w:spacing w:after="0" w:line="240" w:lineRule="auto"/>
        <w:rPr>
          <w:lang w:eastAsia="ja-JP"/>
        </w:rPr>
      </w:pPr>
      <w:r>
        <w:rPr>
          <w:rFonts w:hint="eastAsia"/>
          <w:noProof/>
          <w:lang w:eastAsia="ja-JP"/>
        </w:rPr>
        <w:lastRenderedPageBreak/>
        <w:drawing>
          <wp:anchor distT="0" distB="0" distL="114300" distR="114300" simplePos="0" relativeHeight="251831808" behindDoc="0" locked="0" layoutInCell="1" allowOverlap="1" wp14:anchorId="642C009F" wp14:editId="18AD9B5C">
            <wp:simplePos x="0" y="0"/>
            <wp:positionH relativeFrom="margin">
              <wp:posOffset>9525</wp:posOffset>
            </wp:positionH>
            <wp:positionV relativeFrom="paragraph">
              <wp:posOffset>-38100</wp:posOffset>
            </wp:positionV>
            <wp:extent cx="6603590" cy="2400300"/>
            <wp:effectExtent l="0" t="0" r="6985" b="0"/>
            <wp:wrapNone/>
            <wp:docPr id="900255802" name="図 47"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55802" name="図 47" descr="グラフィカル ユーザー インターフェイス, アプリケーション&#10;&#10;AI 生成コンテンツは誤りを含む可能性があります。"/>
                    <pic:cNvPicPr/>
                  </pic:nvPicPr>
                  <pic:blipFill rotWithShape="1">
                    <a:blip r:embed="rId42"/>
                    <a:srcRect l="8600" t="35163" r="5838" b="9547"/>
                    <a:stretch>
                      <a:fillRect/>
                    </a:stretch>
                  </pic:blipFill>
                  <pic:spPr bwMode="auto">
                    <a:xfrm>
                      <a:off x="0" y="0"/>
                      <a:ext cx="6606947" cy="24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67A13" w14:textId="4EB637DC" w:rsidR="00680091" w:rsidRDefault="00680091" w:rsidP="00680091">
      <w:pPr>
        <w:spacing w:after="0" w:line="240" w:lineRule="auto"/>
        <w:rPr>
          <w:lang w:eastAsia="ja-JP"/>
        </w:rPr>
      </w:pPr>
    </w:p>
    <w:p w14:paraId="4B155404" w14:textId="402DB9DE" w:rsidR="00680091" w:rsidRDefault="00680091" w:rsidP="00680091">
      <w:pPr>
        <w:spacing w:after="0" w:line="240" w:lineRule="auto"/>
        <w:rPr>
          <w:lang w:eastAsia="ja-JP"/>
        </w:rPr>
      </w:pPr>
    </w:p>
    <w:p w14:paraId="51D4F37D" w14:textId="34A18129" w:rsidR="00680091" w:rsidRDefault="00680091" w:rsidP="00680091">
      <w:pPr>
        <w:spacing w:after="0" w:line="240" w:lineRule="auto"/>
        <w:rPr>
          <w:lang w:eastAsia="ja-JP"/>
        </w:rPr>
      </w:pPr>
    </w:p>
    <w:p w14:paraId="3F0D3648" w14:textId="4B6CE247" w:rsidR="00DA09FA" w:rsidRDefault="00DA09FA" w:rsidP="00680091">
      <w:pPr>
        <w:spacing w:after="0" w:line="240" w:lineRule="auto"/>
        <w:rPr>
          <w:lang w:eastAsia="ja-JP"/>
        </w:rPr>
      </w:pPr>
    </w:p>
    <w:p w14:paraId="0249B907" w14:textId="239435AC" w:rsidR="00DA09FA" w:rsidRDefault="00DA09FA" w:rsidP="00680091">
      <w:pPr>
        <w:spacing w:after="0" w:line="240" w:lineRule="auto"/>
        <w:rPr>
          <w:lang w:eastAsia="ja-JP"/>
        </w:rPr>
      </w:pPr>
    </w:p>
    <w:p w14:paraId="38C760B8" w14:textId="75740EE5" w:rsidR="00DA09FA" w:rsidRDefault="0019540D" w:rsidP="00680091">
      <w:pPr>
        <w:spacing w:after="0" w:line="240" w:lineRule="auto"/>
        <w:rPr>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33856" behindDoc="0" locked="0" layoutInCell="1" allowOverlap="1" wp14:anchorId="6EDCD9AC" wp14:editId="335C6193">
                <wp:simplePos x="0" y="0"/>
                <wp:positionH relativeFrom="margin">
                  <wp:align>right</wp:align>
                </wp:positionH>
                <wp:positionV relativeFrom="paragraph">
                  <wp:posOffset>7620</wp:posOffset>
                </wp:positionV>
                <wp:extent cx="4000500" cy="600075"/>
                <wp:effectExtent l="0" t="0" r="19050" b="28575"/>
                <wp:wrapNone/>
                <wp:docPr id="587983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00075"/>
                        </a:xfrm>
                        <a:prstGeom prst="rect">
                          <a:avLst/>
                        </a:prstGeom>
                        <a:solidFill>
                          <a:srgbClr val="FFFFFF"/>
                        </a:solidFill>
                        <a:ln w="9525">
                          <a:solidFill>
                            <a:srgbClr val="000000"/>
                          </a:solidFill>
                          <a:miter lim="800000"/>
                          <a:headEnd/>
                          <a:tailEnd/>
                        </a:ln>
                      </wps:spPr>
                      <wps:txbx>
                        <w:txbxContent>
                          <w:p w14:paraId="253553E3" w14:textId="5709FEFE" w:rsidR="0019540D" w:rsidRDefault="0019540D" w:rsidP="0019540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入力状況に☑を入れて回答してください。</w:t>
                            </w:r>
                          </w:p>
                          <w:p w14:paraId="52E4E8AE" w14:textId="35AC978D" w:rsidR="0019540D" w:rsidRPr="00A40348" w:rsidRDefault="0019540D" w:rsidP="0019540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この項目の入力状況をチェックすると、</w:t>
                            </w:r>
                            <w:r w:rsidR="00A22176" w:rsidRPr="00A22176">
                              <w:rPr>
                                <w:rFonts w:ascii="ＭＳ ゴシック" w:eastAsia="ＭＳ ゴシック" w:hAnsi="ＭＳ ゴシック" w:hint="eastAsia"/>
                                <w:sz w:val="21"/>
                                <w:szCs w:val="21"/>
                                <w:lang w:eastAsia="ja-JP"/>
                              </w:rPr>
                              <w:t>登録完了（お知らせ）メールが届きます。</w:t>
                            </w:r>
                          </w:p>
                          <w:p w14:paraId="6F1F3D59" w14:textId="77777777" w:rsidR="0019540D" w:rsidRPr="0019540D" w:rsidRDefault="0019540D" w:rsidP="0019540D">
                            <w:pPr>
                              <w:spacing w:after="0" w:line="240" w:lineRule="auto"/>
                              <w:rPr>
                                <w:rFonts w:ascii="ＭＳ ゴシック" w:eastAsia="ＭＳ ゴシック" w:hAnsi="ＭＳ ゴシック"/>
                                <w:sz w:val="21"/>
                                <w:szCs w:val="2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CD9AC" id="_x0000_s1068" type="#_x0000_t202" style="position:absolute;margin-left:263.8pt;margin-top:.6pt;width:315pt;height:47.25pt;z-index:251833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">
                <v:textbox>
                  <w:txbxContent>
                    <w:p w14:paraId="253553E3" w14:textId="5709FEFE" w:rsidR="0019540D" w:rsidRDefault="0019540D" w:rsidP="0019540D">
                      <w:pPr>
                        <w:spacing w:after="0" w:line="240" w:lineRule="auto"/>
                        <w:rPr>
                          <w:rFonts w:ascii="ＭＳ ゴシック" w:eastAsia="ＭＳ ゴシック" w:hAnsi="ＭＳ ゴシック"/>
                          <w:sz w:val="21"/>
                          <w:szCs w:val="21"/>
                          <w:lang w:eastAsia="ja-JP"/>
                        </w:rPr>
                      </w:pPr>
                      <w:r w:rsidRPr="00DE222D">
                        <w:rPr>
                          <w:rFonts w:ascii="ＭＳ ゴシック" w:eastAsia="ＭＳ ゴシック" w:hAnsi="ＭＳ ゴシック" w:hint="eastAsia"/>
                          <w:sz w:val="21"/>
                          <w:szCs w:val="21"/>
                          <w:lang w:eastAsia="ja-JP"/>
                        </w:rPr>
                        <w:t>入力状況に☑を入れて回答してください。</w:t>
                      </w:r>
                    </w:p>
                    <w:p w14:paraId="52E4E8AE" w14:textId="35AC978D" w:rsidR="0019540D" w:rsidRPr="00A40348" w:rsidRDefault="0019540D" w:rsidP="0019540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この項目の入力状況をチェックすると、</w:t>
                      </w:r>
                      <w:r w:rsidR="00A22176" w:rsidRPr="00A22176">
                        <w:rPr>
                          <w:rFonts w:ascii="ＭＳ ゴシック" w:eastAsia="ＭＳ ゴシック" w:hAnsi="ＭＳ ゴシック" w:hint="eastAsia"/>
                          <w:sz w:val="21"/>
                          <w:szCs w:val="21"/>
                          <w:lang w:eastAsia="ja-JP"/>
                        </w:rPr>
                        <w:t>登録完了（お知らせ）メールが届きます。</w:t>
                      </w:r>
                    </w:p>
                    <w:p w14:paraId="6F1F3D59" w14:textId="77777777" w:rsidR="0019540D" w:rsidRPr="0019540D" w:rsidRDefault="0019540D" w:rsidP="0019540D">
                      <w:pPr>
                        <w:spacing w:after="0" w:line="240" w:lineRule="auto"/>
                        <w:rPr>
                          <w:rFonts w:ascii="ＭＳ ゴシック" w:eastAsia="ＭＳ ゴシック" w:hAnsi="ＭＳ ゴシック"/>
                          <w:sz w:val="21"/>
                          <w:szCs w:val="21"/>
                          <w:lang w:eastAsia="ja-JP"/>
                        </w:rPr>
                      </w:pPr>
                    </w:p>
                  </w:txbxContent>
                </v:textbox>
                <w10:wrap anchorx="margin"/>
              </v:shape>
            </w:pict>
          </mc:Fallback>
        </mc:AlternateContent>
      </w:r>
    </w:p>
    <w:p w14:paraId="5BDBEEB0" w14:textId="77777777" w:rsidR="00DA09FA" w:rsidRDefault="00DA09FA" w:rsidP="00680091">
      <w:pPr>
        <w:spacing w:after="0" w:line="240" w:lineRule="auto"/>
        <w:rPr>
          <w:lang w:eastAsia="ja-JP"/>
        </w:rPr>
      </w:pPr>
    </w:p>
    <w:p w14:paraId="5F96E52C" w14:textId="3515C015" w:rsidR="00DA09FA" w:rsidRDefault="00DA09FA" w:rsidP="00680091">
      <w:pPr>
        <w:spacing w:after="0" w:line="240" w:lineRule="auto"/>
        <w:rPr>
          <w:lang w:eastAsia="ja-JP"/>
        </w:rPr>
      </w:pPr>
    </w:p>
    <w:p w14:paraId="272DC08E" w14:textId="0630537E" w:rsidR="00DA09FA" w:rsidRDefault="00DA09FA" w:rsidP="00680091">
      <w:pPr>
        <w:spacing w:after="0" w:line="240" w:lineRule="auto"/>
        <w:rPr>
          <w:lang w:eastAsia="ja-JP"/>
        </w:rPr>
      </w:pPr>
    </w:p>
    <w:p w14:paraId="4D017337" w14:textId="6E2C6316" w:rsidR="00DA09FA" w:rsidRDefault="00DA09FA" w:rsidP="00680091">
      <w:pPr>
        <w:spacing w:after="0" w:line="240" w:lineRule="auto"/>
        <w:rPr>
          <w:lang w:eastAsia="ja-JP"/>
        </w:rPr>
      </w:pPr>
    </w:p>
    <w:p w14:paraId="6830111F" w14:textId="1DB7B7C3" w:rsidR="00DA09FA" w:rsidRDefault="00DA09FA" w:rsidP="00680091">
      <w:pPr>
        <w:spacing w:after="0" w:line="240" w:lineRule="auto"/>
        <w:rPr>
          <w:lang w:eastAsia="ja-JP"/>
        </w:rPr>
      </w:pPr>
    </w:p>
    <w:p w14:paraId="080DD3E1" w14:textId="4400CEA0" w:rsidR="00DA09FA" w:rsidRDefault="00DA09FA" w:rsidP="00680091">
      <w:pPr>
        <w:spacing w:after="0" w:line="240" w:lineRule="auto"/>
        <w:rPr>
          <w:lang w:eastAsia="ja-JP"/>
        </w:rPr>
      </w:pPr>
    </w:p>
    <w:p w14:paraId="56191B42" w14:textId="40F56B1E" w:rsidR="00DA09FA" w:rsidRDefault="00DA09FA" w:rsidP="00680091">
      <w:pPr>
        <w:spacing w:after="0" w:line="240" w:lineRule="auto"/>
        <w:rPr>
          <w:lang w:eastAsia="ja-JP"/>
        </w:rPr>
      </w:pPr>
    </w:p>
    <w:p w14:paraId="1E692E54" w14:textId="0E5E1E61" w:rsidR="00DA09FA" w:rsidRDefault="00DA09FA" w:rsidP="00680091">
      <w:pPr>
        <w:spacing w:after="0" w:line="240" w:lineRule="auto"/>
        <w:rPr>
          <w:lang w:eastAsia="ja-JP"/>
        </w:rPr>
      </w:pPr>
    </w:p>
    <w:p w14:paraId="0E1CA0F1" w14:textId="7DE7555C" w:rsidR="00DA09FA" w:rsidRDefault="0019540D" w:rsidP="00680091">
      <w:pPr>
        <w:spacing w:after="0" w:line="240" w:lineRule="auto"/>
        <w:rPr>
          <w:lang w:eastAsia="ja-JP"/>
        </w:rPr>
      </w:pPr>
      <w:r>
        <w:rPr>
          <w:noProof/>
          <w:lang w:eastAsia="ja-JP"/>
        </w:rPr>
        <w:drawing>
          <wp:anchor distT="0" distB="0" distL="114300" distR="114300" simplePos="0" relativeHeight="251834880" behindDoc="0" locked="0" layoutInCell="1" allowOverlap="1" wp14:anchorId="4DAA4F5B" wp14:editId="192605CD">
            <wp:simplePos x="0" y="0"/>
            <wp:positionH relativeFrom="margin">
              <wp:posOffset>19050</wp:posOffset>
            </wp:positionH>
            <wp:positionV relativeFrom="paragraph">
              <wp:posOffset>57785</wp:posOffset>
            </wp:positionV>
            <wp:extent cx="6657340" cy="3495675"/>
            <wp:effectExtent l="0" t="0" r="0" b="9525"/>
            <wp:wrapNone/>
            <wp:docPr id="553251497" name="図 48"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1497" name="図 48" descr="グラフィカル ユーザー インターフェイス, テキスト, アプリケーション, メール&#10;&#10;AI 生成コンテンツは誤りを含む可能性があります。"/>
                    <pic:cNvPicPr/>
                  </pic:nvPicPr>
                  <pic:blipFill rotWithShape="1">
                    <a:blip r:embed="rId43"/>
                    <a:srcRect l="5876" t="3569" r="5552" b="13750"/>
                    <a:stretch>
                      <a:fillRect/>
                    </a:stretch>
                  </pic:blipFill>
                  <pic:spPr bwMode="auto">
                    <a:xfrm>
                      <a:off x="0" y="0"/>
                      <a:ext cx="6657894" cy="3495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61D9" w14:textId="65116AE5" w:rsidR="00DA09FA" w:rsidRDefault="00DA09FA" w:rsidP="00680091">
      <w:pPr>
        <w:spacing w:after="0" w:line="240" w:lineRule="auto"/>
        <w:rPr>
          <w:lang w:eastAsia="ja-JP"/>
        </w:rPr>
      </w:pPr>
    </w:p>
    <w:p w14:paraId="66CA751F" w14:textId="67341D9F" w:rsidR="00DA09FA" w:rsidRDefault="00DA09FA" w:rsidP="00680091">
      <w:pPr>
        <w:spacing w:after="0" w:line="240" w:lineRule="auto"/>
        <w:rPr>
          <w:lang w:eastAsia="ja-JP"/>
        </w:rPr>
      </w:pPr>
    </w:p>
    <w:p w14:paraId="05068FCE" w14:textId="77777777" w:rsidR="00DA09FA" w:rsidRDefault="00DA09FA" w:rsidP="00680091">
      <w:pPr>
        <w:spacing w:after="0" w:line="240" w:lineRule="auto"/>
        <w:rPr>
          <w:lang w:eastAsia="ja-JP"/>
        </w:rPr>
      </w:pPr>
    </w:p>
    <w:p w14:paraId="02F51E97" w14:textId="36CC7E2C" w:rsidR="00DA09FA" w:rsidRDefault="00DA09FA" w:rsidP="00680091">
      <w:pPr>
        <w:spacing w:after="0" w:line="240" w:lineRule="auto"/>
        <w:rPr>
          <w:lang w:eastAsia="ja-JP"/>
        </w:rPr>
      </w:pPr>
    </w:p>
    <w:p w14:paraId="6226D35C" w14:textId="77777777" w:rsidR="00DA09FA" w:rsidRDefault="00DA09FA" w:rsidP="00680091">
      <w:pPr>
        <w:spacing w:after="0" w:line="240" w:lineRule="auto"/>
        <w:rPr>
          <w:lang w:eastAsia="ja-JP"/>
        </w:rPr>
      </w:pPr>
    </w:p>
    <w:p w14:paraId="12D9343E" w14:textId="77777777" w:rsidR="00DA09FA" w:rsidRDefault="00DA09FA" w:rsidP="00680091">
      <w:pPr>
        <w:spacing w:after="0" w:line="240" w:lineRule="auto"/>
        <w:rPr>
          <w:lang w:eastAsia="ja-JP"/>
        </w:rPr>
      </w:pPr>
    </w:p>
    <w:p w14:paraId="2B583867" w14:textId="0E14431B" w:rsidR="00DA09FA" w:rsidRDefault="00DA09FA" w:rsidP="00680091">
      <w:pPr>
        <w:spacing w:after="0" w:line="240" w:lineRule="auto"/>
        <w:rPr>
          <w:lang w:eastAsia="ja-JP"/>
        </w:rPr>
      </w:pPr>
    </w:p>
    <w:p w14:paraId="18B553D1" w14:textId="77777777" w:rsidR="00DA09FA" w:rsidRDefault="00DA09FA" w:rsidP="00680091">
      <w:pPr>
        <w:spacing w:after="0" w:line="240" w:lineRule="auto"/>
        <w:rPr>
          <w:lang w:eastAsia="ja-JP"/>
        </w:rPr>
      </w:pPr>
    </w:p>
    <w:p w14:paraId="343DFFF0" w14:textId="77777777" w:rsidR="00DA09FA" w:rsidRDefault="00DA09FA" w:rsidP="00680091">
      <w:pPr>
        <w:spacing w:after="0" w:line="240" w:lineRule="auto"/>
        <w:rPr>
          <w:lang w:eastAsia="ja-JP"/>
        </w:rPr>
      </w:pPr>
    </w:p>
    <w:p w14:paraId="4205AD27" w14:textId="7B38B417" w:rsidR="00DA09FA" w:rsidRDefault="00DA09FA" w:rsidP="00680091">
      <w:pPr>
        <w:spacing w:after="0" w:line="240" w:lineRule="auto"/>
        <w:rPr>
          <w:lang w:eastAsia="ja-JP"/>
        </w:rPr>
      </w:pPr>
    </w:p>
    <w:p w14:paraId="4F71F46B" w14:textId="77777777" w:rsidR="00DA09FA" w:rsidRDefault="00DA09FA" w:rsidP="00680091">
      <w:pPr>
        <w:spacing w:after="0" w:line="240" w:lineRule="auto"/>
        <w:rPr>
          <w:lang w:eastAsia="ja-JP"/>
        </w:rPr>
      </w:pPr>
    </w:p>
    <w:p w14:paraId="4C6FBE8C" w14:textId="1C299867" w:rsidR="00DA09FA" w:rsidRDefault="00DA09FA" w:rsidP="00680091">
      <w:pPr>
        <w:spacing w:after="0" w:line="240" w:lineRule="auto"/>
        <w:rPr>
          <w:lang w:eastAsia="ja-JP"/>
        </w:rPr>
      </w:pPr>
    </w:p>
    <w:p w14:paraId="40C39883" w14:textId="77777777" w:rsidR="00DA09FA" w:rsidRDefault="00DA09FA" w:rsidP="00680091">
      <w:pPr>
        <w:spacing w:after="0" w:line="240" w:lineRule="auto"/>
        <w:rPr>
          <w:lang w:eastAsia="ja-JP"/>
        </w:rPr>
      </w:pPr>
    </w:p>
    <w:p w14:paraId="6E0AF641" w14:textId="77777777" w:rsidR="00DA09FA" w:rsidRDefault="00DA09FA" w:rsidP="00680091">
      <w:pPr>
        <w:spacing w:after="0" w:line="240" w:lineRule="auto"/>
        <w:rPr>
          <w:lang w:eastAsia="ja-JP"/>
        </w:rPr>
      </w:pPr>
    </w:p>
    <w:p w14:paraId="5A3D381A" w14:textId="77777777" w:rsidR="00DA09FA" w:rsidRDefault="00DA09FA" w:rsidP="00680091">
      <w:pPr>
        <w:spacing w:after="0" w:line="240" w:lineRule="auto"/>
        <w:rPr>
          <w:lang w:eastAsia="ja-JP"/>
        </w:rPr>
      </w:pPr>
    </w:p>
    <w:p w14:paraId="44DB500F" w14:textId="77777777" w:rsidR="00DA09FA" w:rsidRDefault="00DA09FA" w:rsidP="00680091">
      <w:pPr>
        <w:spacing w:after="0" w:line="240" w:lineRule="auto"/>
        <w:rPr>
          <w:lang w:eastAsia="ja-JP"/>
        </w:rPr>
      </w:pPr>
    </w:p>
    <w:p w14:paraId="0F41A026" w14:textId="67F0CF11" w:rsidR="0019540D" w:rsidRDefault="00076C79" w:rsidP="00680091">
      <w:pPr>
        <w:spacing w:after="0" w:line="240" w:lineRule="auto"/>
        <w:rPr>
          <w:lang w:eastAsia="ja-JP"/>
        </w:rPr>
      </w:pPr>
      <w:r>
        <w:rPr>
          <w:noProof/>
          <w:lang w:eastAsia="ja-JP"/>
        </w:rPr>
        <mc:AlternateContent>
          <mc:Choice Requires="wps">
            <w:drawing>
              <wp:anchor distT="45720" distB="45720" distL="114300" distR="114300" simplePos="0" relativeHeight="251849216" behindDoc="0" locked="0" layoutInCell="1" allowOverlap="1" wp14:anchorId="428F8E31" wp14:editId="4B68A214">
                <wp:simplePos x="0" y="0"/>
                <wp:positionH relativeFrom="margin">
                  <wp:posOffset>853440</wp:posOffset>
                </wp:positionH>
                <wp:positionV relativeFrom="paragraph">
                  <wp:posOffset>131445</wp:posOffset>
                </wp:positionV>
                <wp:extent cx="5105400" cy="350520"/>
                <wp:effectExtent l="0" t="0" r="19050" b="11430"/>
                <wp:wrapNone/>
                <wp:docPr id="1018319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50520"/>
                        </a:xfrm>
                        <a:prstGeom prst="rect">
                          <a:avLst/>
                        </a:prstGeom>
                        <a:solidFill>
                          <a:srgbClr val="FFFFFF"/>
                        </a:solidFill>
                        <a:ln w="9525">
                          <a:solidFill>
                            <a:srgbClr val="000000"/>
                          </a:solidFill>
                          <a:miter lim="800000"/>
                          <a:headEnd/>
                          <a:tailEnd/>
                        </a:ln>
                      </wps:spPr>
                      <wps:txbx>
                        <w:txbxContent>
                          <w:p w14:paraId="23ED351A" w14:textId="77777777" w:rsidR="00076C79" w:rsidRPr="00076C79" w:rsidRDefault="00076C79" w:rsidP="00076C79">
                            <w:pPr>
                              <w:rPr>
                                <w:sz w:val="16"/>
                                <w:szCs w:val="16"/>
                              </w:rPr>
                            </w:pPr>
                            <w:r w:rsidRPr="00076C79">
                              <w:rPr>
                                <w:sz w:val="16"/>
                                <w:szCs w:val="16"/>
                              </w:rPr>
                              <w:t>https://yokohamashakyo.viewer.kintoneapp.com/public/7ba9ec8573bc72a192fe4eb959ab49207de6d896d526b63d169b557841ed1686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F8E31" id="_x0000_s1069" type="#_x0000_t202" style="position:absolute;margin-left:67.2pt;margin-top:10.35pt;width:402pt;height:27.6pt;z-index:2518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">
                <v:textbox>
                  <w:txbxContent>
                    <w:p w14:paraId="23ED351A" w14:textId="77777777" w:rsidR="00076C79" w:rsidRPr="00076C79" w:rsidRDefault="00076C79" w:rsidP="00076C79">
                      <w:pPr>
                        <w:rPr>
                          <w:sz w:val="16"/>
                          <w:szCs w:val="16"/>
                        </w:rPr>
                      </w:pPr>
                      <w:r w:rsidRPr="00076C79">
                        <w:rPr>
                          <w:sz w:val="16"/>
                          <w:szCs w:val="16"/>
                        </w:rPr>
                        <w:t>https://yokohamashakyo.viewer.kintoneapp.com/public/7ba9ec8573bc72a192fe4eb959ab49207de6d896d526b63d169b557841ed1686</w:t>
                      </w:r>
                    </w:p>
                  </w:txbxContent>
                </v:textbox>
                <w10:wrap anchorx="margin"/>
              </v:shape>
            </w:pict>
          </mc:Fallback>
        </mc:AlternateContent>
      </w:r>
    </w:p>
    <w:p w14:paraId="503F7C39" w14:textId="6173DB7A" w:rsidR="0019540D" w:rsidRDefault="0019540D" w:rsidP="00680091">
      <w:pPr>
        <w:spacing w:after="0" w:line="240" w:lineRule="auto"/>
        <w:rPr>
          <w:lang w:eastAsia="ja-JP"/>
        </w:rPr>
      </w:pPr>
    </w:p>
    <w:p w14:paraId="06CF7DB6" w14:textId="3B8EEF9A" w:rsidR="0019540D" w:rsidRDefault="0019540D" w:rsidP="00680091">
      <w:pPr>
        <w:spacing w:after="0" w:line="240" w:lineRule="auto"/>
        <w:rPr>
          <w:lang w:eastAsia="ja-JP"/>
        </w:rPr>
      </w:pPr>
    </w:p>
    <w:p w14:paraId="30D189E9" w14:textId="77777777" w:rsidR="0019540D" w:rsidRDefault="0019540D" w:rsidP="00680091">
      <w:pPr>
        <w:spacing w:after="0" w:line="240" w:lineRule="auto"/>
        <w:rPr>
          <w:lang w:eastAsia="ja-JP"/>
        </w:rPr>
      </w:pPr>
    </w:p>
    <w:p w14:paraId="50DC247A" w14:textId="10403294" w:rsidR="0019540D" w:rsidRDefault="0019540D" w:rsidP="00680091">
      <w:pPr>
        <w:spacing w:after="0" w:line="240" w:lineRule="auto"/>
        <w:rPr>
          <w:lang w:eastAsia="ja-JP"/>
        </w:rPr>
      </w:pPr>
    </w:p>
    <w:p w14:paraId="73B8161E" w14:textId="288E92FB" w:rsidR="0019540D" w:rsidRDefault="0019540D" w:rsidP="00680091">
      <w:pPr>
        <w:spacing w:after="0" w:line="240" w:lineRule="auto"/>
        <w:rPr>
          <w:lang w:eastAsia="ja-JP"/>
        </w:rPr>
      </w:pPr>
    </w:p>
    <w:p w14:paraId="4FD10AE7" w14:textId="6CE8869C" w:rsidR="0019540D" w:rsidRPr="003C6051" w:rsidRDefault="0019540D" w:rsidP="0019540D">
      <w:pPr>
        <w:rPr>
          <w:lang w:eastAsia="ja-JP"/>
        </w:rPr>
      </w:pPr>
      <w:r>
        <w:rPr>
          <w:rFonts w:ascii="BIZ UDPゴシック" w:eastAsia="BIZ UDPゴシック" w:hAnsi="BIZ UDPゴシック" w:hint="eastAsia"/>
          <w:sz w:val="28"/>
          <w:szCs w:val="28"/>
          <w:lang w:eastAsia="ja-JP"/>
        </w:rPr>
        <w:t>８．よくある質問</w:t>
      </w:r>
    </w:p>
    <w:p w14:paraId="708D0716" w14:textId="4CAEBB8C" w:rsidR="00AD7A33" w:rsidRPr="003C6051" w:rsidRDefault="0019540D">
      <w:pPr>
        <w:rPr>
          <w:rFonts w:ascii="ＭＳ ゴシック" w:eastAsia="ＭＳ ゴシック" w:hAnsi="ＭＳ ゴシック"/>
          <w:b/>
          <w:bCs/>
          <w:u w:val="single"/>
          <w:lang w:eastAsia="ja-JP"/>
        </w:rPr>
      </w:pPr>
      <w:r w:rsidRPr="003C6051">
        <w:rPr>
          <w:rFonts w:ascii="ＭＳ ゴシック" w:eastAsia="ＭＳ ゴシック" w:hAnsi="ＭＳ ゴシック" w:hint="eastAsia"/>
          <w:b/>
          <w:bCs/>
          <w:u w:val="single"/>
          <w:lang w:eastAsia="ja-JP"/>
        </w:rPr>
        <w:t>Ｑ１：メールが届かない場合</w:t>
      </w:r>
    </w:p>
    <w:p w14:paraId="6C2B2DB7" w14:textId="77777777" w:rsidR="0019540D" w:rsidRPr="0019540D" w:rsidRDefault="0019540D" w:rsidP="0019540D">
      <w:pPr>
        <w:rPr>
          <w:rFonts w:ascii="ＭＳ ゴシック" w:eastAsia="ＭＳ ゴシック" w:hAnsi="ＭＳ ゴシック"/>
          <w:lang w:eastAsia="ja-JP"/>
        </w:rPr>
      </w:pPr>
      <w:r w:rsidRPr="0019540D">
        <w:rPr>
          <w:rFonts w:ascii="ＭＳ ゴシック" w:eastAsia="ＭＳ ゴシック" w:hAnsi="ＭＳ ゴシック" w:hint="eastAsia"/>
          <w:lang w:eastAsia="ja-JP"/>
        </w:rPr>
        <w:t>Ａ：自動送信されるメールが届かない場合は、受信拒否または迷惑メールフォルダに振り分けられている可能性がありますので、使用しているメールアドレスの設定を確認し、正常に受信できるようにしてください。</w:t>
      </w:r>
    </w:p>
    <w:p w14:paraId="4F85BABE" w14:textId="77777777" w:rsidR="0019540D" w:rsidRPr="0019540D" w:rsidRDefault="0019540D" w:rsidP="0019540D">
      <w:pPr>
        <w:rPr>
          <w:rFonts w:ascii="ＭＳ ゴシック" w:eastAsia="ＭＳ ゴシック" w:hAnsi="ＭＳ ゴシック"/>
          <w:lang w:eastAsia="ja-JP"/>
        </w:rPr>
      </w:pPr>
      <w:r w:rsidRPr="0019540D">
        <w:rPr>
          <w:rFonts w:ascii="ＭＳ ゴシック" w:eastAsia="ＭＳ ゴシック" w:hAnsi="ＭＳ ゴシック" w:hint="eastAsia"/>
          <w:lang w:eastAsia="ja-JP"/>
        </w:rPr>
        <w:t>自動送信メールは、以下のメールアドレスから送信されます。</w:t>
      </w:r>
    </w:p>
    <w:p w14:paraId="5859EF34" w14:textId="77777777" w:rsidR="0019540D" w:rsidRPr="0019540D" w:rsidRDefault="0019540D" w:rsidP="0019540D">
      <w:pPr>
        <w:rPr>
          <w:rFonts w:ascii="ＭＳ ゴシック" w:eastAsia="ＭＳ ゴシック" w:hAnsi="ＭＳ ゴシック"/>
          <w:b/>
          <w:bCs/>
          <w:lang w:eastAsia="ja-JP"/>
        </w:rPr>
      </w:pPr>
      <w:r w:rsidRPr="0019540D">
        <w:rPr>
          <w:rFonts w:ascii="ＭＳ ゴシック" w:eastAsia="ＭＳ ゴシック" w:hAnsi="ＭＳ ゴシック"/>
          <w:b/>
          <w:bCs/>
          <w:lang w:eastAsia="ja-JP"/>
        </w:rPr>
        <w:t>autoreply@kintoneapp.com</w:t>
      </w:r>
    </w:p>
    <w:p w14:paraId="0D3A721D" w14:textId="77777777" w:rsidR="0019540D" w:rsidRPr="0019540D" w:rsidRDefault="0019540D" w:rsidP="0019540D">
      <w:pPr>
        <w:rPr>
          <w:rFonts w:ascii="ＭＳ ゴシック" w:eastAsia="ＭＳ ゴシック" w:hAnsi="ＭＳ ゴシック"/>
          <w:b/>
          <w:bCs/>
          <w:lang w:eastAsia="ja-JP"/>
        </w:rPr>
      </w:pPr>
      <w:r w:rsidRPr="0019540D">
        <w:rPr>
          <w:rFonts w:ascii="ＭＳ ゴシック" w:eastAsia="ＭＳ ゴシック" w:hAnsi="ＭＳ ゴシック"/>
          <w:b/>
          <w:bCs/>
          <w:lang w:eastAsia="ja-JP"/>
        </w:rPr>
        <w:t>noreply@kintoneapp.com</w:t>
      </w:r>
    </w:p>
    <w:p w14:paraId="16387C4F" w14:textId="77777777" w:rsidR="0019540D" w:rsidRPr="0019540D" w:rsidRDefault="0019540D" w:rsidP="0019540D">
      <w:pPr>
        <w:rPr>
          <w:rFonts w:ascii="ＭＳ ゴシック" w:eastAsia="ＭＳ ゴシック" w:hAnsi="ＭＳ ゴシック"/>
          <w:b/>
          <w:bCs/>
          <w:lang w:eastAsia="ja-JP"/>
        </w:rPr>
      </w:pPr>
      <w:r w:rsidRPr="0019540D">
        <w:rPr>
          <w:rFonts w:ascii="ＭＳ ゴシック" w:eastAsia="ＭＳ ゴシック" w:hAnsi="ＭＳ ゴシック"/>
          <w:b/>
          <w:bCs/>
          <w:lang w:eastAsia="ja-JP"/>
        </w:rPr>
        <w:t>no-reply@yokohamashakyo.jp</w:t>
      </w:r>
    </w:p>
    <w:p w14:paraId="5DCD0DC6" w14:textId="38607089" w:rsidR="003C6051" w:rsidRDefault="0019540D" w:rsidP="00375F0A">
      <w:pPr>
        <w:rPr>
          <w:rFonts w:ascii="ＭＳ ゴシック" w:eastAsia="ＭＳ ゴシック" w:hAnsi="ＭＳ ゴシック"/>
          <w:lang w:eastAsia="ja-JP"/>
        </w:rPr>
      </w:pPr>
      <w:r w:rsidRPr="0019540D">
        <w:rPr>
          <w:rFonts w:ascii="ＭＳ ゴシック" w:eastAsia="ＭＳ ゴシック" w:hAnsi="ＭＳ ゴシック" w:hint="eastAsia"/>
          <w:lang w:eastAsia="ja-JP"/>
        </w:rPr>
        <w:t>※迷惑メールフォルダに振り分けられている場合は、迷惑メールフィルターの設定を解除してください。</w:t>
      </w:r>
    </w:p>
    <w:p w14:paraId="467F52B8" w14:textId="536AEF6D" w:rsidR="0019540D" w:rsidRPr="003C6051" w:rsidRDefault="0019540D" w:rsidP="0019540D">
      <w:pPr>
        <w:rPr>
          <w:rFonts w:ascii="ＭＳ ゴシック" w:eastAsia="ＭＳ ゴシック" w:hAnsi="ＭＳ ゴシック"/>
          <w:b/>
          <w:bCs/>
          <w:u w:val="single"/>
          <w:lang w:eastAsia="ja-JP"/>
        </w:rPr>
      </w:pPr>
      <w:r w:rsidRPr="003C6051">
        <w:rPr>
          <w:rFonts w:ascii="ＭＳ ゴシック" w:eastAsia="ＭＳ ゴシック" w:hAnsi="ＭＳ ゴシック" w:hint="eastAsia"/>
          <w:b/>
          <w:bCs/>
          <w:u w:val="single"/>
          <w:lang w:eastAsia="ja-JP"/>
        </w:rPr>
        <w:lastRenderedPageBreak/>
        <w:t>Q２：フォームの入力を中断する場合</w:t>
      </w:r>
    </w:p>
    <w:p w14:paraId="44F42AB3" w14:textId="766B2662" w:rsidR="0019540D" w:rsidRDefault="0019540D" w:rsidP="0019540D">
      <w:pPr>
        <w:rPr>
          <w:rFonts w:ascii="ＭＳ ゴシック" w:eastAsia="ＭＳ ゴシック" w:hAnsi="ＭＳ ゴシック"/>
          <w:lang w:eastAsia="ja-JP"/>
        </w:rPr>
      </w:pPr>
      <w:r w:rsidRPr="0019540D">
        <w:rPr>
          <w:rFonts w:ascii="ＭＳ ゴシック" w:eastAsia="ＭＳ ゴシック" w:hAnsi="ＭＳ ゴシック" w:hint="eastAsia"/>
          <w:lang w:eastAsia="ja-JP"/>
        </w:rPr>
        <w:t>Ａ：途中で入力を中断する場合は、入力していただいたデータを保存するために、</w:t>
      </w:r>
      <w:r>
        <w:rPr>
          <w:rFonts w:ascii="ＭＳ ゴシック" w:eastAsia="ＭＳ ゴシック" w:hAnsi="ＭＳ ゴシック" w:hint="eastAsia"/>
          <w:lang w:eastAsia="ja-JP"/>
        </w:rPr>
        <w:t>入力項目の</w:t>
      </w:r>
      <w:r w:rsidRPr="0019540D">
        <w:rPr>
          <w:rFonts w:ascii="ＭＳ ゴシック" w:eastAsia="ＭＳ ゴシック" w:hAnsi="ＭＳ ゴシック" w:hint="eastAsia"/>
          <w:lang w:eastAsia="ja-JP"/>
        </w:rPr>
        <w:t>最終ページまで進んでいただき、回答ボタンを押してください。</w:t>
      </w:r>
    </w:p>
    <w:p w14:paraId="516B67F3" w14:textId="722F7453" w:rsidR="0019540D" w:rsidRDefault="0019540D" w:rsidP="0019540D">
      <w:pPr>
        <w:rPr>
          <w:rFonts w:ascii="ＭＳ ゴシック" w:eastAsia="ＭＳ ゴシック" w:hAnsi="ＭＳ ゴシック"/>
          <w:lang w:eastAsia="ja-JP"/>
        </w:rPr>
      </w:pPr>
      <w:r>
        <w:rPr>
          <w:rFonts w:hint="eastAsia"/>
          <w:noProof/>
          <w:lang w:eastAsia="ja-JP"/>
        </w:rPr>
        <w:drawing>
          <wp:anchor distT="0" distB="0" distL="114300" distR="114300" simplePos="0" relativeHeight="251836928" behindDoc="0" locked="0" layoutInCell="1" allowOverlap="1" wp14:anchorId="1B350076" wp14:editId="56CA16A3">
            <wp:simplePos x="0" y="0"/>
            <wp:positionH relativeFrom="margin">
              <wp:posOffset>0</wp:posOffset>
            </wp:positionH>
            <wp:positionV relativeFrom="paragraph">
              <wp:posOffset>-635</wp:posOffset>
            </wp:positionV>
            <wp:extent cx="6603590" cy="2400300"/>
            <wp:effectExtent l="0" t="0" r="6985" b="0"/>
            <wp:wrapNone/>
            <wp:docPr id="1281626670" name="図 47"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55802" name="図 47" descr="グラフィカル ユーザー インターフェイス, アプリケーション&#10;&#10;AI 生成コンテンツは誤りを含む可能性があります。"/>
                    <pic:cNvPicPr/>
                  </pic:nvPicPr>
                  <pic:blipFill rotWithShape="1">
                    <a:blip r:embed="rId42"/>
                    <a:srcRect l="8600" t="35163" r="5838" b="9547"/>
                    <a:stretch>
                      <a:fillRect/>
                    </a:stretch>
                  </pic:blipFill>
                  <pic:spPr bwMode="auto">
                    <a:xfrm>
                      <a:off x="0" y="0"/>
                      <a:ext cx="6606947" cy="24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36D66" w14:textId="20F50A94" w:rsidR="0019540D" w:rsidRDefault="0019540D" w:rsidP="0019540D">
      <w:pPr>
        <w:rPr>
          <w:rFonts w:ascii="ＭＳ ゴシック" w:eastAsia="ＭＳ ゴシック" w:hAnsi="ＭＳ ゴシック"/>
          <w:lang w:eastAsia="ja-JP"/>
        </w:rPr>
      </w:pPr>
      <w:r>
        <w:rPr>
          <w:noProof/>
          <w:lang w:eastAsia="ja-JP"/>
        </w:rPr>
        <mc:AlternateContent>
          <mc:Choice Requires="wps">
            <w:drawing>
              <wp:anchor distT="0" distB="0" distL="114300" distR="114300" simplePos="0" relativeHeight="251838976" behindDoc="0" locked="0" layoutInCell="1" allowOverlap="1" wp14:anchorId="1D7F9008" wp14:editId="6389EC36">
                <wp:simplePos x="0" y="0"/>
                <wp:positionH relativeFrom="column">
                  <wp:posOffset>1228725</wp:posOffset>
                </wp:positionH>
                <wp:positionV relativeFrom="paragraph">
                  <wp:posOffset>27305</wp:posOffset>
                </wp:positionV>
                <wp:extent cx="828675" cy="447675"/>
                <wp:effectExtent l="19050" t="19050" r="47625" b="47625"/>
                <wp:wrapNone/>
                <wp:docPr id="2091408684" name="楕円 26"/>
                <wp:cNvGraphicFramePr/>
                <a:graphic xmlns:a="http://schemas.openxmlformats.org/drawingml/2006/main">
                  <a:graphicData uri="http://schemas.microsoft.com/office/word/2010/wordprocessingShape">
                    <wps:wsp>
                      <wps:cNvSpPr/>
                      <wps:spPr>
                        <a:xfrm>
                          <a:off x="0" y="0"/>
                          <a:ext cx="828675" cy="447675"/>
                        </a:xfrm>
                        <a:prstGeom prst="ellipse">
                          <a:avLst/>
                        </a:prstGeom>
                        <a:noFill/>
                        <a:ln w="57150" cap="flat" cmpd="sng" algn="ctr">
                          <a:solidFill>
                            <a:srgbClr val="EE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CCD75" id="楕円 26" o:spid="_x0000_s1026" style="position:absolute;margin-left:96.75pt;margin-top:2.15pt;width:65.25pt;height:35.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" filled="f" strokecolor="#e00" strokeweight="4.5pt"/>
            </w:pict>
          </mc:Fallback>
        </mc:AlternateContent>
      </w:r>
    </w:p>
    <w:p w14:paraId="7C8D47C6" w14:textId="73A38749" w:rsidR="0019540D" w:rsidRDefault="0019540D" w:rsidP="0019540D">
      <w:pPr>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41024" behindDoc="0" locked="0" layoutInCell="1" allowOverlap="1" wp14:anchorId="411117C3" wp14:editId="3914EAA9">
                <wp:simplePos x="0" y="0"/>
                <wp:positionH relativeFrom="margin">
                  <wp:posOffset>2581275</wp:posOffset>
                </wp:positionH>
                <wp:positionV relativeFrom="paragraph">
                  <wp:posOffset>6350</wp:posOffset>
                </wp:positionV>
                <wp:extent cx="2533650" cy="409575"/>
                <wp:effectExtent l="0" t="0" r="19050" b="28575"/>
                <wp:wrapNone/>
                <wp:docPr id="2051722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09575"/>
                        </a:xfrm>
                        <a:prstGeom prst="rect">
                          <a:avLst/>
                        </a:prstGeom>
                        <a:solidFill>
                          <a:srgbClr val="FFFFFF"/>
                        </a:solidFill>
                        <a:ln w="9525">
                          <a:solidFill>
                            <a:srgbClr val="000000"/>
                          </a:solidFill>
                          <a:miter lim="800000"/>
                          <a:headEnd/>
                          <a:tailEnd/>
                        </a:ln>
                      </wps:spPr>
                      <wps:txbx>
                        <w:txbxContent>
                          <w:p w14:paraId="7B62BDCD" w14:textId="06C47778" w:rsidR="0019540D" w:rsidRPr="0019540D" w:rsidRDefault="0019540D" w:rsidP="0019540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入力途中の場合はチェックしない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117C3" id="_x0000_s1070" type="#_x0000_t202" style="position:absolute;margin-left:203.25pt;margin-top:.5pt;width:199.5pt;height:32.25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">
                <v:textbox>
                  <w:txbxContent>
                    <w:p w14:paraId="7B62BDCD" w14:textId="06C47778" w:rsidR="0019540D" w:rsidRPr="0019540D" w:rsidRDefault="0019540D" w:rsidP="0019540D">
                      <w:pPr>
                        <w:spacing w:after="0" w:line="240" w:lineRule="auto"/>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入力途中の場合はチェックしない</w:t>
                      </w:r>
                    </w:p>
                  </w:txbxContent>
                </v:textbox>
                <w10:wrap anchorx="margin"/>
              </v:shape>
            </w:pict>
          </mc:Fallback>
        </mc:AlternateContent>
      </w:r>
    </w:p>
    <w:p w14:paraId="5E333EF6" w14:textId="77777777" w:rsidR="0019540D" w:rsidRDefault="0019540D" w:rsidP="0019540D">
      <w:pPr>
        <w:rPr>
          <w:rFonts w:ascii="ＭＳ ゴシック" w:eastAsia="ＭＳ ゴシック" w:hAnsi="ＭＳ ゴシック"/>
          <w:lang w:eastAsia="ja-JP"/>
        </w:rPr>
      </w:pPr>
    </w:p>
    <w:p w14:paraId="6E12E099" w14:textId="77777777" w:rsidR="0019540D" w:rsidRDefault="0019540D" w:rsidP="0019540D">
      <w:pPr>
        <w:rPr>
          <w:rFonts w:ascii="ＭＳ ゴシック" w:eastAsia="ＭＳ ゴシック" w:hAnsi="ＭＳ ゴシック"/>
          <w:lang w:eastAsia="ja-JP"/>
        </w:rPr>
      </w:pPr>
    </w:p>
    <w:p w14:paraId="489DA982" w14:textId="77777777" w:rsidR="0019540D" w:rsidRDefault="0019540D" w:rsidP="0019540D">
      <w:pPr>
        <w:rPr>
          <w:rFonts w:ascii="ＭＳ ゴシック" w:eastAsia="ＭＳ ゴシック" w:hAnsi="ＭＳ ゴシック"/>
          <w:lang w:eastAsia="ja-JP"/>
        </w:rPr>
      </w:pPr>
    </w:p>
    <w:p w14:paraId="42B8D2D3" w14:textId="77777777" w:rsidR="0019540D" w:rsidRDefault="0019540D" w:rsidP="0019540D">
      <w:pPr>
        <w:rPr>
          <w:rFonts w:ascii="ＭＳ ゴシック" w:eastAsia="ＭＳ ゴシック" w:hAnsi="ＭＳ ゴシック"/>
          <w:lang w:eastAsia="ja-JP"/>
        </w:rPr>
      </w:pPr>
    </w:p>
    <w:p w14:paraId="1521F145" w14:textId="77777777" w:rsidR="0019540D" w:rsidRDefault="0019540D" w:rsidP="0019540D">
      <w:pPr>
        <w:rPr>
          <w:rFonts w:ascii="ＭＳ ゴシック" w:eastAsia="ＭＳ ゴシック" w:hAnsi="ＭＳ ゴシック"/>
          <w:lang w:eastAsia="ja-JP"/>
        </w:rPr>
      </w:pPr>
    </w:p>
    <w:p w14:paraId="57D6AFE5" w14:textId="1F69B85A" w:rsidR="0019540D" w:rsidRPr="003C6051" w:rsidRDefault="003C6051" w:rsidP="0019540D">
      <w:pPr>
        <w:rPr>
          <w:rFonts w:ascii="ＭＳ ゴシック" w:eastAsia="ＭＳ ゴシック" w:hAnsi="ＭＳ ゴシック"/>
          <w:b/>
          <w:bCs/>
          <w:u w:val="single"/>
          <w:lang w:eastAsia="ja-JP"/>
        </w:rPr>
      </w:pPr>
      <w:r w:rsidRPr="003C6051">
        <w:rPr>
          <w:rFonts w:ascii="ＭＳ ゴシック" w:eastAsia="ＭＳ ゴシック" w:hAnsi="ＭＳ ゴシック" w:hint="eastAsia"/>
          <w:b/>
          <w:bCs/>
          <w:u w:val="single"/>
          <w:lang w:eastAsia="ja-JP"/>
        </w:rPr>
        <w:t>Q３：入力の再開または回答後の修正入力をする場合</w:t>
      </w:r>
    </w:p>
    <w:p w14:paraId="50BF86A1" w14:textId="77777777" w:rsidR="003C6051" w:rsidRPr="003C6051" w:rsidRDefault="003C6051" w:rsidP="003C6051">
      <w:pPr>
        <w:rPr>
          <w:rFonts w:ascii="ＭＳ ゴシック" w:eastAsia="ＭＳ ゴシック" w:hAnsi="ＭＳ ゴシック"/>
          <w:lang w:eastAsia="ja-JP"/>
        </w:rPr>
      </w:pPr>
      <w:r w:rsidRPr="003C6051">
        <w:rPr>
          <w:rFonts w:ascii="ＭＳ ゴシック" w:eastAsia="ＭＳ ゴシック" w:hAnsi="ＭＳ ゴシック" w:hint="eastAsia"/>
          <w:lang w:eastAsia="ja-JP"/>
        </w:rPr>
        <w:t>Ａ：</w:t>
      </w:r>
      <w:r w:rsidRPr="003C6051">
        <w:rPr>
          <w:rFonts w:ascii="ＭＳ ゴシック" w:eastAsia="ＭＳ ゴシック" w:hAnsi="ＭＳ ゴシック"/>
          <w:lang w:eastAsia="ja-JP"/>
        </w:rPr>
        <w:t>「ふれあい助成</w:t>
      </w:r>
      <w:proofErr w:type="gramStart"/>
      <w:r w:rsidRPr="003C6051">
        <w:rPr>
          <w:rFonts w:ascii="ＭＳ ゴシック" w:eastAsia="ＭＳ ゴシック" w:hAnsi="ＭＳ ゴシック"/>
          <w:lang w:eastAsia="ja-JP"/>
        </w:rPr>
        <w:t>金入</w:t>
      </w:r>
      <w:proofErr w:type="gramEnd"/>
      <w:r w:rsidRPr="003C6051">
        <w:rPr>
          <w:rFonts w:ascii="ＭＳ ゴシック" w:eastAsia="ＭＳ ゴシック" w:hAnsi="ＭＳ ゴシック"/>
          <w:lang w:eastAsia="ja-JP"/>
        </w:rPr>
        <w:t>力フォームのお知らせメール」に記載のURLをクリックし、案内に沿ってログインしてください。</w:t>
      </w:r>
      <w:r w:rsidRPr="003C6051">
        <w:rPr>
          <w:rFonts w:ascii="ＭＳ ゴシック" w:eastAsia="ＭＳ ゴシック" w:hAnsi="ＭＳ ゴシック"/>
          <w:lang w:eastAsia="ja-JP"/>
        </w:rPr>
        <w:br/>
        <w:t>ログイン後、マイページから該当項目の入力フォームに進み、必要事項を入力してください。</w:t>
      </w:r>
    </w:p>
    <w:p w14:paraId="03AE2693" w14:textId="45E9E71D" w:rsidR="0019540D" w:rsidRDefault="0019540D" w:rsidP="003C6051">
      <w:pPr>
        <w:spacing w:after="0" w:line="240" w:lineRule="auto"/>
        <w:rPr>
          <w:rFonts w:ascii="ＭＳ ゴシック" w:eastAsia="ＭＳ ゴシック" w:hAnsi="ＭＳ ゴシック"/>
          <w:lang w:eastAsia="ja-JP"/>
        </w:rPr>
      </w:pPr>
    </w:p>
    <w:p w14:paraId="59F43F17" w14:textId="3FCEDB6D" w:rsidR="003C6051" w:rsidRPr="003C6051" w:rsidRDefault="003C6051" w:rsidP="0019540D">
      <w:pPr>
        <w:rPr>
          <w:rFonts w:ascii="ＭＳ ゴシック" w:eastAsia="ＭＳ ゴシック" w:hAnsi="ＭＳ ゴシック"/>
          <w:b/>
          <w:bCs/>
          <w:u w:val="single"/>
          <w:lang w:eastAsia="ja-JP"/>
        </w:rPr>
      </w:pPr>
      <w:r w:rsidRPr="003C6051">
        <w:rPr>
          <w:rFonts w:ascii="ＭＳ ゴシック" w:eastAsia="ＭＳ ゴシック" w:hAnsi="ＭＳ ゴシック" w:hint="eastAsia"/>
          <w:b/>
          <w:bCs/>
          <w:u w:val="single"/>
          <w:lang w:eastAsia="ja-JP"/>
        </w:rPr>
        <w:t>Q４：申請内容を印刷したい場合</w:t>
      </w:r>
    </w:p>
    <w:p w14:paraId="4F7C43BE" w14:textId="52CD1A00" w:rsidR="003C6051" w:rsidRDefault="003C6051" w:rsidP="0019540D">
      <w:pPr>
        <w:rPr>
          <w:rFonts w:ascii="ＭＳ ゴシック" w:eastAsia="ＭＳ ゴシック" w:hAnsi="ＭＳ ゴシック"/>
          <w:lang w:eastAsia="ja-JP"/>
        </w:rPr>
      </w:pPr>
      <w:r w:rsidRPr="003C6051">
        <w:rPr>
          <w:rFonts w:ascii="ＭＳ ゴシック" w:eastAsia="ＭＳ ゴシック" w:hAnsi="ＭＳ ゴシック" w:hint="eastAsia"/>
          <w:lang w:eastAsia="ja-JP"/>
        </w:rPr>
        <w:t>Ａ：申請内容閲覧用</w:t>
      </w:r>
      <w:r>
        <w:rPr>
          <w:rFonts w:ascii="ＭＳ ゴシック" w:eastAsia="ＭＳ ゴシック" w:hAnsi="ＭＳ ゴシック" w:hint="eastAsia"/>
          <w:lang w:eastAsia="ja-JP"/>
        </w:rPr>
        <w:t>から</w:t>
      </w:r>
      <w:r w:rsidRPr="003C6051">
        <w:rPr>
          <w:rFonts w:ascii="ＭＳ ゴシック" w:eastAsia="ＭＳ ゴシック" w:hAnsi="ＭＳ ゴシック" w:hint="eastAsia"/>
          <w:lang w:eastAsia="ja-JP"/>
        </w:rPr>
        <w:t xml:space="preserve"> PDFで表示させ、データ保存や印刷することができます。ただし、スペースの関係で全ての入力データが表示されない欄があります。 収支のページについては、１科目あたり説明（内訳・算出根拠）で表示されるのは３行までとなります。それ以上は表示されないため、</w:t>
      </w:r>
      <w:r w:rsidRPr="003C6051">
        <w:rPr>
          <w:rFonts w:ascii="ＭＳ ゴシック" w:eastAsia="ＭＳ ゴシック" w:hAnsi="ＭＳ ゴシック" w:hint="eastAsia"/>
          <w:b/>
          <w:bCs/>
          <w:lang w:eastAsia="ja-JP"/>
        </w:rPr>
        <w:t>フォームブリッジの画面を印刷</w:t>
      </w:r>
      <w:r w:rsidRPr="003C6051">
        <w:rPr>
          <w:rFonts w:ascii="ＭＳ ゴシック" w:eastAsia="ＭＳ ゴシック" w:hAnsi="ＭＳ ゴシック" w:hint="eastAsia"/>
          <w:lang w:eastAsia="ja-JP"/>
        </w:rPr>
        <w:t>するか、</w:t>
      </w:r>
      <w:r w:rsidRPr="003C6051">
        <w:rPr>
          <w:rFonts w:ascii="ＭＳ ゴシック" w:eastAsia="ＭＳ ゴシック" w:hAnsi="ＭＳ ゴシック" w:hint="eastAsia"/>
          <w:b/>
          <w:bCs/>
          <w:u w:val="single"/>
          <w:lang w:eastAsia="ja-JP"/>
        </w:rPr>
        <w:t>メモで残す</w:t>
      </w:r>
      <w:r w:rsidRPr="003C6051">
        <w:rPr>
          <w:rFonts w:ascii="ＭＳ ゴシック" w:eastAsia="ＭＳ ゴシック" w:hAnsi="ＭＳ ゴシック" w:hint="eastAsia"/>
          <w:lang w:eastAsia="ja-JP"/>
        </w:rPr>
        <w:t>ようにしてください。</w:t>
      </w:r>
    </w:p>
    <w:p w14:paraId="3CE60628" w14:textId="77777777" w:rsidR="003C6051" w:rsidRPr="003C6051" w:rsidRDefault="003C6051" w:rsidP="0019540D">
      <w:pPr>
        <w:rPr>
          <w:rFonts w:ascii="ＭＳ ゴシック" w:eastAsia="ＭＳ ゴシック" w:hAnsi="ＭＳ ゴシック"/>
          <w:lang w:eastAsia="ja-JP"/>
        </w:rPr>
      </w:pPr>
    </w:p>
    <w:p w14:paraId="6C3AE80A" w14:textId="77777777" w:rsidR="0019540D" w:rsidRDefault="0019540D" w:rsidP="0019540D">
      <w:pPr>
        <w:rPr>
          <w:rFonts w:ascii="ＭＳ ゴシック" w:eastAsia="ＭＳ ゴシック" w:hAnsi="ＭＳ ゴシック"/>
          <w:lang w:eastAsia="ja-JP"/>
        </w:rPr>
      </w:pPr>
    </w:p>
    <w:p w14:paraId="2499DCAA" w14:textId="69263390" w:rsidR="0019540D" w:rsidRDefault="0019540D" w:rsidP="0019540D">
      <w:pPr>
        <w:rPr>
          <w:rFonts w:ascii="ＭＳ ゴシック" w:eastAsia="ＭＳ ゴシック" w:hAnsi="ＭＳ ゴシック"/>
          <w:lang w:eastAsia="ja-JP"/>
        </w:rPr>
      </w:pPr>
    </w:p>
    <w:p w14:paraId="24593409" w14:textId="5F8A7EC3" w:rsidR="00470943" w:rsidRDefault="00470943" w:rsidP="0019540D">
      <w:pPr>
        <w:rPr>
          <w:rFonts w:ascii="ＭＳ ゴシック" w:eastAsia="ＭＳ ゴシック" w:hAnsi="ＭＳ ゴシック"/>
          <w:lang w:eastAsia="ja-JP"/>
        </w:rPr>
      </w:pPr>
    </w:p>
    <w:p w14:paraId="3A62EC41" w14:textId="799515BE" w:rsidR="00470943" w:rsidRDefault="00470943" w:rsidP="0019540D">
      <w:pPr>
        <w:rPr>
          <w:rFonts w:ascii="ＭＳ ゴシック" w:eastAsia="ＭＳ ゴシック" w:hAnsi="ＭＳ ゴシック"/>
          <w:lang w:eastAsia="ja-JP"/>
        </w:rPr>
      </w:pPr>
      <w:r w:rsidRPr="002F131C">
        <w:rPr>
          <w:rFonts w:ascii="ＭＳ 明朝" w:eastAsia="ＭＳ 明朝" w:hAnsi="ＭＳ 明朝"/>
          <w:noProof/>
          <w:sz w:val="20"/>
          <w:szCs w:val="20"/>
          <w:lang w:eastAsia="ja-JP"/>
        </w:rPr>
        <mc:AlternateContent>
          <mc:Choice Requires="wps">
            <w:drawing>
              <wp:anchor distT="45720" distB="45720" distL="114300" distR="114300" simplePos="0" relativeHeight="251843072" behindDoc="0" locked="0" layoutInCell="1" allowOverlap="1" wp14:anchorId="7CD4BCFA" wp14:editId="1E3D8522">
                <wp:simplePos x="0" y="0"/>
                <wp:positionH relativeFrom="margin">
                  <wp:posOffset>2733675</wp:posOffset>
                </wp:positionH>
                <wp:positionV relativeFrom="paragraph">
                  <wp:posOffset>9525</wp:posOffset>
                </wp:positionV>
                <wp:extent cx="4000500" cy="2143125"/>
                <wp:effectExtent l="0" t="0" r="19050" b="28575"/>
                <wp:wrapNone/>
                <wp:docPr id="300188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43125"/>
                        </a:xfrm>
                        <a:prstGeom prst="rect">
                          <a:avLst/>
                        </a:prstGeom>
                        <a:solidFill>
                          <a:srgbClr val="FFFFFF"/>
                        </a:solidFill>
                        <a:ln w="9525">
                          <a:solidFill>
                            <a:srgbClr val="000000"/>
                          </a:solidFill>
                          <a:miter lim="800000"/>
                          <a:headEnd/>
                          <a:tailEnd/>
                        </a:ln>
                      </wps:spPr>
                      <wps:txbx>
                        <w:txbxContent>
                          <w:p w14:paraId="26CB861E" w14:textId="77777777"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＜問い合わせ＞</w:t>
                            </w:r>
                          </w:p>
                          <w:p w14:paraId="68E4FC9F" w14:textId="7E3D034A"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横浜市</w:t>
                            </w:r>
                            <w:r w:rsidR="00CA5A8A">
                              <w:rPr>
                                <w:rFonts w:ascii="ＭＳ ゴシック" w:eastAsia="ＭＳ ゴシック" w:hAnsi="ＭＳ ゴシック" w:hint="eastAsia"/>
                                <w:lang w:eastAsia="ja-JP"/>
                              </w:rPr>
                              <w:t>栄</w:t>
                            </w:r>
                            <w:r w:rsidRPr="00470943">
                              <w:rPr>
                                <w:rFonts w:ascii="ＭＳ ゴシック" w:eastAsia="ＭＳ ゴシック" w:hAnsi="ＭＳ ゴシック" w:hint="eastAsia"/>
                                <w:lang w:eastAsia="ja-JP"/>
                              </w:rPr>
                              <w:t>区社会福祉協議会</w:t>
                            </w:r>
                          </w:p>
                          <w:p w14:paraId="33BC43CB" w14:textId="14E33930"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ＴＥＬ：</w:t>
                            </w:r>
                            <w:r w:rsidR="00CA5A8A">
                              <w:rPr>
                                <w:rFonts w:ascii="ＭＳ ゴシック" w:eastAsia="ＭＳ ゴシック" w:hAnsi="ＭＳ ゴシック" w:hint="eastAsia"/>
                                <w:lang w:eastAsia="ja-JP"/>
                              </w:rPr>
                              <w:t>８９４</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８５２１</w:t>
                            </w:r>
                          </w:p>
                          <w:p w14:paraId="58818907" w14:textId="692CB3E1"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ＦＡＸ：</w:t>
                            </w:r>
                            <w:r w:rsidR="00CA5A8A">
                              <w:rPr>
                                <w:rFonts w:ascii="ＭＳ ゴシック" w:eastAsia="ＭＳ ゴシック" w:hAnsi="ＭＳ ゴシック" w:hint="eastAsia"/>
                                <w:lang w:eastAsia="ja-JP"/>
                              </w:rPr>
                              <w:t>８９２</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８９７４</w:t>
                            </w:r>
                          </w:p>
                          <w:p w14:paraId="7C72B9EA" w14:textId="7A978136" w:rsidR="00470943" w:rsidRDefault="00470943" w:rsidP="00CA5A8A">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メール：</w:t>
                            </w:r>
                            <w:r w:rsidR="00CA5A8A">
                              <w:rPr>
                                <w:rFonts w:ascii="ＭＳ ゴシック" w:eastAsia="ＭＳ ゴシック" w:hAnsi="ＭＳ ゴシック" w:hint="eastAsia"/>
                                <w:lang w:eastAsia="ja-JP"/>
                              </w:rPr>
                              <w:t>negishi00</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yokohamashakyo.jp</w:t>
                            </w:r>
                          </w:p>
                          <w:p w14:paraId="5BD0E39A" w14:textId="77777777" w:rsidR="00470943" w:rsidRPr="0019540D" w:rsidRDefault="00470943" w:rsidP="00470943">
                            <w:pPr>
                              <w:spacing w:after="0" w:line="240" w:lineRule="auto"/>
                              <w:jc w:val="center"/>
                              <w:rPr>
                                <w:rFonts w:ascii="ＭＳ ゴシック" w:eastAsia="ＭＳ ゴシック" w:hAnsi="ＭＳ ゴシック"/>
                                <w:sz w:val="21"/>
                                <w:szCs w:val="2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D4BCFA" id="_x0000_t202" coordsize="21600,21600" o:spt="202" path="m,l,21600r21600,l21600,xe">
                <v:stroke joinstyle="miter"/>
                <v:path gradientshapeok="t" o:connecttype="rect"/>
              </v:shapetype>
              <v:shape id="_x0000_s1071" type="#_x0000_t202" style="position:absolute;margin-left:215.25pt;margin-top:.75pt;width:315pt;height:168.75pt;z-index:25184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">
                <v:textbox>
                  <w:txbxContent>
                    <w:p w14:paraId="26CB861E" w14:textId="77777777"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＜問い合わせ＞</w:t>
                      </w:r>
                    </w:p>
                    <w:p w14:paraId="68E4FC9F" w14:textId="7E3D034A"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横浜市</w:t>
                      </w:r>
                      <w:r w:rsidR="00CA5A8A">
                        <w:rPr>
                          <w:rFonts w:ascii="ＭＳ ゴシック" w:eastAsia="ＭＳ ゴシック" w:hAnsi="ＭＳ ゴシック" w:hint="eastAsia"/>
                          <w:lang w:eastAsia="ja-JP"/>
                        </w:rPr>
                        <w:t>栄</w:t>
                      </w:r>
                      <w:r w:rsidRPr="00470943">
                        <w:rPr>
                          <w:rFonts w:ascii="ＭＳ ゴシック" w:eastAsia="ＭＳ ゴシック" w:hAnsi="ＭＳ ゴシック" w:hint="eastAsia"/>
                          <w:lang w:eastAsia="ja-JP"/>
                        </w:rPr>
                        <w:t>区社会福祉協議会</w:t>
                      </w:r>
                    </w:p>
                    <w:p w14:paraId="33BC43CB" w14:textId="14E33930"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ＴＥＬ：</w:t>
                      </w:r>
                      <w:r w:rsidR="00CA5A8A">
                        <w:rPr>
                          <w:rFonts w:ascii="ＭＳ ゴシック" w:eastAsia="ＭＳ ゴシック" w:hAnsi="ＭＳ ゴシック" w:hint="eastAsia"/>
                          <w:lang w:eastAsia="ja-JP"/>
                        </w:rPr>
                        <w:t>８９４</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８５２１</w:t>
                      </w:r>
                    </w:p>
                    <w:p w14:paraId="58818907" w14:textId="692CB3E1" w:rsidR="00470943" w:rsidRPr="00470943" w:rsidRDefault="00470943" w:rsidP="00470943">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ＦＡＸ：</w:t>
                      </w:r>
                      <w:r w:rsidR="00CA5A8A">
                        <w:rPr>
                          <w:rFonts w:ascii="ＭＳ ゴシック" w:eastAsia="ＭＳ ゴシック" w:hAnsi="ＭＳ ゴシック" w:hint="eastAsia"/>
                          <w:lang w:eastAsia="ja-JP"/>
                        </w:rPr>
                        <w:t>８９２</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８９７４</w:t>
                      </w:r>
                    </w:p>
                    <w:p w14:paraId="7C72B9EA" w14:textId="7A978136" w:rsidR="00470943" w:rsidRDefault="00470943" w:rsidP="00CA5A8A">
                      <w:pPr>
                        <w:jc w:val="center"/>
                        <w:rPr>
                          <w:rFonts w:ascii="ＭＳ ゴシック" w:eastAsia="ＭＳ ゴシック" w:hAnsi="ＭＳ ゴシック"/>
                          <w:lang w:eastAsia="ja-JP"/>
                        </w:rPr>
                      </w:pPr>
                      <w:r w:rsidRPr="00470943">
                        <w:rPr>
                          <w:rFonts w:ascii="ＭＳ ゴシック" w:eastAsia="ＭＳ ゴシック" w:hAnsi="ＭＳ ゴシック" w:hint="eastAsia"/>
                          <w:lang w:eastAsia="ja-JP"/>
                        </w:rPr>
                        <w:t>メール：</w:t>
                      </w:r>
                      <w:r w:rsidR="00CA5A8A">
                        <w:rPr>
                          <w:rFonts w:ascii="ＭＳ ゴシック" w:eastAsia="ＭＳ ゴシック" w:hAnsi="ＭＳ ゴシック" w:hint="eastAsia"/>
                          <w:lang w:eastAsia="ja-JP"/>
                        </w:rPr>
                        <w:t>negishi00</w:t>
                      </w:r>
                      <w:r w:rsidRPr="00470943">
                        <w:rPr>
                          <w:rFonts w:ascii="ＭＳ ゴシック" w:eastAsia="ＭＳ ゴシック" w:hAnsi="ＭＳ ゴシック" w:hint="eastAsia"/>
                          <w:lang w:eastAsia="ja-JP"/>
                        </w:rPr>
                        <w:t>＠</w:t>
                      </w:r>
                      <w:r w:rsidR="00CA5A8A">
                        <w:rPr>
                          <w:rFonts w:ascii="ＭＳ ゴシック" w:eastAsia="ＭＳ ゴシック" w:hAnsi="ＭＳ ゴシック" w:hint="eastAsia"/>
                          <w:lang w:eastAsia="ja-JP"/>
                        </w:rPr>
                        <w:t>yokohamashakyo.jp</w:t>
                      </w:r>
                    </w:p>
                    <w:p w14:paraId="5BD0E39A" w14:textId="77777777" w:rsidR="00470943" w:rsidRPr="0019540D" w:rsidRDefault="00470943" w:rsidP="00470943">
                      <w:pPr>
                        <w:spacing w:after="0" w:line="240" w:lineRule="auto"/>
                        <w:jc w:val="center"/>
                        <w:rPr>
                          <w:rFonts w:ascii="ＭＳ ゴシック" w:eastAsia="ＭＳ ゴシック" w:hAnsi="ＭＳ ゴシック"/>
                          <w:sz w:val="21"/>
                          <w:szCs w:val="21"/>
                          <w:lang w:eastAsia="ja-JP"/>
                        </w:rPr>
                      </w:pPr>
                    </w:p>
                  </w:txbxContent>
                </v:textbox>
                <w10:wrap anchorx="margin"/>
              </v:shape>
            </w:pict>
          </mc:Fallback>
        </mc:AlternateContent>
      </w:r>
    </w:p>
    <w:p w14:paraId="3EC45069" w14:textId="77777777" w:rsidR="00470943" w:rsidRPr="0019540D" w:rsidRDefault="00470943" w:rsidP="0019540D">
      <w:pPr>
        <w:rPr>
          <w:rFonts w:ascii="ＭＳ ゴシック" w:eastAsia="ＭＳ ゴシック" w:hAnsi="ＭＳ ゴシック"/>
          <w:lang w:eastAsia="ja-JP"/>
        </w:rPr>
      </w:pPr>
    </w:p>
    <w:sectPr w:rsidR="00470943" w:rsidRPr="0019540D" w:rsidSect="00375F0A">
      <w:footerReference w:type="default" r:id="rId44"/>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CF822" w14:textId="77777777" w:rsidR="00A01C59" w:rsidRDefault="00A01C59" w:rsidP="00A818B5">
      <w:pPr>
        <w:spacing w:after="0" w:line="240" w:lineRule="auto"/>
      </w:pPr>
      <w:r>
        <w:separator/>
      </w:r>
    </w:p>
  </w:endnote>
  <w:endnote w:type="continuationSeparator" w:id="0">
    <w:p w14:paraId="6FF0CCB1" w14:textId="77777777" w:rsidR="00A01C59" w:rsidRDefault="00A01C59" w:rsidP="00A81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7088"/>
      <w:docPartObj>
        <w:docPartGallery w:val="Page Numbers (Bottom of Page)"/>
        <w:docPartUnique/>
      </w:docPartObj>
    </w:sdtPr>
    <w:sdtEndPr/>
    <w:sdtContent>
      <w:p w14:paraId="169E1267" w14:textId="24B76FA8" w:rsidR="00375F0A" w:rsidRDefault="00375F0A">
        <w:pPr>
          <w:pStyle w:val="a7"/>
          <w:jc w:val="center"/>
        </w:pPr>
        <w:r>
          <w:fldChar w:fldCharType="begin"/>
        </w:r>
        <w:r>
          <w:instrText>PAGE   \* MERGEFORMAT</w:instrText>
        </w:r>
        <w:r>
          <w:fldChar w:fldCharType="separate"/>
        </w:r>
        <w:r>
          <w:rPr>
            <w:lang w:val="ja-JP" w:eastAsia="ja-JP"/>
          </w:rPr>
          <w:t>2</w:t>
        </w:r>
        <w:r>
          <w:fldChar w:fldCharType="end"/>
        </w:r>
      </w:p>
    </w:sdtContent>
  </w:sdt>
  <w:p w14:paraId="33102CAC" w14:textId="77777777" w:rsidR="00375F0A" w:rsidRDefault="00375F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A5E9E" w14:textId="77777777" w:rsidR="00A01C59" w:rsidRDefault="00A01C59" w:rsidP="00A818B5">
      <w:pPr>
        <w:spacing w:after="0" w:line="240" w:lineRule="auto"/>
      </w:pPr>
      <w:r>
        <w:separator/>
      </w:r>
    </w:p>
  </w:footnote>
  <w:footnote w:type="continuationSeparator" w:id="0">
    <w:p w14:paraId="1734BF40" w14:textId="77777777" w:rsidR="00A01C59" w:rsidRDefault="00A01C59" w:rsidP="00A81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1A1914"/>
    <w:multiLevelType w:val="multilevel"/>
    <w:tmpl w:val="8048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23E87"/>
    <w:multiLevelType w:val="hybridMultilevel"/>
    <w:tmpl w:val="FA1C8B66"/>
    <w:lvl w:ilvl="0" w:tplc="64E88370">
      <w:start w:val="1"/>
      <w:numFmt w:val="bullet"/>
      <w:lvlText w:val=""/>
      <w:lvlJc w:val="left"/>
      <w:pPr>
        <w:tabs>
          <w:tab w:val="num" w:pos="720"/>
        </w:tabs>
        <w:ind w:left="720" w:hanging="360"/>
      </w:pPr>
      <w:rPr>
        <w:rFonts w:ascii="Wingdings" w:hAnsi="Wingdings" w:hint="default"/>
      </w:rPr>
    </w:lvl>
    <w:lvl w:ilvl="1" w:tplc="EC643F66" w:tentative="1">
      <w:start w:val="1"/>
      <w:numFmt w:val="bullet"/>
      <w:lvlText w:val=""/>
      <w:lvlJc w:val="left"/>
      <w:pPr>
        <w:tabs>
          <w:tab w:val="num" w:pos="1440"/>
        </w:tabs>
        <w:ind w:left="1440" w:hanging="360"/>
      </w:pPr>
      <w:rPr>
        <w:rFonts w:ascii="Wingdings" w:hAnsi="Wingdings" w:hint="default"/>
      </w:rPr>
    </w:lvl>
    <w:lvl w:ilvl="2" w:tplc="A5EA97DA" w:tentative="1">
      <w:start w:val="1"/>
      <w:numFmt w:val="bullet"/>
      <w:lvlText w:val=""/>
      <w:lvlJc w:val="left"/>
      <w:pPr>
        <w:tabs>
          <w:tab w:val="num" w:pos="2160"/>
        </w:tabs>
        <w:ind w:left="2160" w:hanging="360"/>
      </w:pPr>
      <w:rPr>
        <w:rFonts w:ascii="Wingdings" w:hAnsi="Wingdings" w:hint="default"/>
      </w:rPr>
    </w:lvl>
    <w:lvl w:ilvl="3" w:tplc="27D43902" w:tentative="1">
      <w:start w:val="1"/>
      <w:numFmt w:val="bullet"/>
      <w:lvlText w:val=""/>
      <w:lvlJc w:val="left"/>
      <w:pPr>
        <w:tabs>
          <w:tab w:val="num" w:pos="2880"/>
        </w:tabs>
        <w:ind w:left="2880" w:hanging="360"/>
      </w:pPr>
      <w:rPr>
        <w:rFonts w:ascii="Wingdings" w:hAnsi="Wingdings" w:hint="default"/>
      </w:rPr>
    </w:lvl>
    <w:lvl w:ilvl="4" w:tplc="78246002" w:tentative="1">
      <w:start w:val="1"/>
      <w:numFmt w:val="bullet"/>
      <w:lvlText w:val=""/>
      <w:lvlJc w:val="left"/>
      <w:pPr>
        <w:tabs>
          <w:tab w:val="num" w:pos="3600"/>
        </w:tabs>
        <w:ind w:left="3600" w:hanging="360"/>
      </w:pPr>
      <w:rPr>
        <w:rFonts w:ascii="Wingdings" w:hAnsi="Wingdings" w:hint="default"/>
      </w:rPr>
    </w:lvl>
    <w:lvl w:ilvl="5" w:tplc="BFB8965A" w:tentative="1">
      <w:start w:val="1"/>
      <w:numFmt w:val="bullet"/>
      <w:lvlText w:val=""/>
      <w:lvlJc w:val="left"/>
      <w:pPr>
        <w:tabs>
          <w:tab w:val="num" w:pos="4320"/>
        </w:tabs>
        <w:ind w:left="4320" w:hanging="360"/>
      </w:pPr>
      <w:rPr>
        <w:rFonts w:ascii="Wingdings" w:hAnsi="Wingdings" w:hint="default"/>
      </w:rPr>
    </w:lvl>
    <w:lvl w:ilvl="6" w:tplc="74AC8C58" w:tentative="1">
      <w:start w:val="1"/>
      <w:numFmt w:val="bullet"/>
      <w:lvlText w:val=""/>
      <w:lvlJc w:val="left"/>
      <w:pPr>
        <w:tabs>
          <w:tab w:val="num" w:pos="5040"/>
        </w:tabs>
        <w:ind w:left="5040" w:hanging="360"/>
      </w:pPr>
      <w:rPr>
        <w:rFonts w:ascii="Wingdings" w:hAnsi="Wingdings" w:hint="default"/>
      </w:rPr>
    </w:lvl>
    <w:lvl w:ilvl="7" w:tplc="A14EABB4" w:tentative="1">
      <w:start w:val="1"/>
      <w:numFmt w:val="bullet"/>
      <w:lvlText w:val=""/>
      <w:lvlJc w:val="left"/>
      <w:pPr>
        <w:tabs>
          <w:tab w:val="num" w:pos="5760"/>
        </w:tabs>
        <w:ind w:left="5760" w:hanging="360"/>
      </w:pPr>
      <w:rPr>
        <w:rFonts w:ascii="Wingdings" w:hAnsi="Wingdings" w:hint="default"/>
      </w:rPr>
    </w:lvl>
    <w:lvl w:ilvl="8" w:tplc="B66038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683013"/>
    <w:multiLevelType w:val="hybridMultilevel"/>
    <w:tmpl w:val="07FE03C4"/>
    <w:lvl w:ilvl="0" w:tplc="CA326E26">
      <w:start w:val="1"/>
      <w:numFmt w:val="bullet"/>
      <w:lvlText w:val=""/>
      <w:lvlJc w:val="left"/>
      <w:pPr>
        <w:tabs>
          <w:tab w:val="num" w:pos="720"/>
        </w:tabs>
        <w:ind w:left="720" w:hanging="360"/>
      </w:pPr>
      <w:rPr>
        <w:rFonts w:ascii="Wingdings" w:hAnsi="Wingdings" w:hint="default"/>
      </w:rPr>
    </w:lvl>
    <w:lvl w:ilvl="1" w:tplc="28EA159E" w:tentative="1">
      <w:start w:val="1"/>
      <w:numFmt w:val="bullet"/>
      <w:lvlText w:val=""/>
      <w:lvlJc w:val="left"/>
      <w:pPr>
        <w:tabs>
          <w:tab w:val="num" w:pos="1440"/>
        </w:tabs>
        <w:ind w:left="1440" w:hanging="360"/>
      </w:pPr>
      <w:rPr>
        <w:rFonts w:ascii="Wingdings" w:hAnsi="Wingdings" w:hint="default"/>
      </w:rPr>
    </w:lvl>
    <w:lvl w:ilvl="2" w:tplc="8DC2BEB4" w:tentative="1">
      <w:start w:val="1"/>
      <w:numFmt w:val="bullet"/>
      <w:lvlText w:val=""/>
      <w:lvlJc w:val="left"/>
      <w:pPr>
        <w:tabs>
          <w:tab w:val="num" w:pos="2160"/>
        </w:tabs>
        <w:ind w:left="2160" w:hanging="360"/>
      </w:pPr>
      <w:rPr>
        <w:rFonts w:ascii="Wingdings" w:hAnsi="Wingdings" w:hint="default"/>
      </w:rPr>
    </w:lvl>
    <w:lvl w:ilvl="3" w:tplc="86AE3874" w:tentative="1">
      <w:start w:val="1"/>
      <w:numFmt w:val="bullet"/>
      <w:lvlText w:val=""/>
      <w:lvlJc w:val="left"/>
      <w:pPr>
        <w:tabs>
          <w:tab w:val="num" w:pos="2880"/>
        </w:tabs>
        <w:ind w:left="2880" w:hanging="360"/>
      </w:pPr>
      <w:rPr>
        <w:rFonts w:ascii="Wingdings" w:hAnsi="Wingdings" w:hint="default"/>
      </w:rPr>
    </w:lvl>
    <w:lvl w:ilvl="4" w:tplc="1500F89E" w:tentative="1">
      <w:start w:val="1"/>
      <w:numFmt w:val="bullet"/>
      <w:lvlText w:val=""/>
      <w:lvlJc w:val="left"/>
      <w:pPr>
        <w:tabs>
          <w:tab w:val="num" w:pos="3600"/>
        </w:tabs>
        <w:ind w:left="3600" w:hanging="360"/>
      </w:pPr>
      <w:rPr>
        <w:rFonts w:ascii="Wingdings" w:hAnsi="Wingdings" w:hint="default"/>
      </w:rPr>
    </w:lvl>
    <w:lvl w:ilvl="5" w:tplc="7C10F0DA" w:tentative="1">
      <w:start w:val="1"/>
      <w:numFmt w:val="bullet"/>
      <w:lvlText w:val=""/>
      <w:lvlJc w:val="left"/>
      <w:pPr>
        <w:tabs>
          <w:tab w:val="num" w:pos="4320"/>
        </w:tabs>
        <w:ind w:left="4320" w:hanging="360"/>
      </w:pPr>
      <w:rPr>
        <w:rFonts w:ascii="Wingdings" w:hAnsi="Wingdings" w:hint="default"/>
      </w:rPr>
    </w:lvl>
    <w:lvl w:ilvl="6" w:tplc="7A40614A" w:tentative="1">
      <w:start w:val="1"/>
      <w:numFmt w:val="bullet"/>
      <w:lvlText w:val=""/>
      <w:lvlJc w:val="left"/>
      <w:pPr>
        <w:tabs>
          <w:tab w:val="num" w:pos="5040"/>
        </w:tabs>
        <w:ind w:left="5040" w:hanging="360"/>
      </w:pPr>
      <w:rPr>
        <w:rFonts w:ascii="Wingdings" w:hAnsi="Wingdings" w:hint="default"/>
      </w:rPr>
    </w:lvl>
    <w:lvl w:ilvl="7" w:tplc="E8A6B178" w:tentative="1">
      <w:start w:val="1"/>
      <w:numFmt w:val="bullet"/>
      <w:lvlText w:val=""/>
      <w:lvlJc w:val="left"/>
      <w:pPr>
        <w:tabs>
          <w:tab w:val="num" w:pos="5760"/>
        </w:tabs>
        <w:ind w:left="5760" w:hanging="360"/>
      </w:pPr>
      <w:rPr>
        <w:rFonts w:ascii="Wingdings" w:hAnsi="Wingdings" w:hint="default"/>
      </w:rPr>
    </w:lvl>
    <w:lvl w:ilvl="8" w:tplc="F08A62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1C6FEF"/>
    <w:multiLevelType w:val="hybridMultilevel"/>
    <w:tmpl w:val="C1B82144"/>
    <w:lvl w:ilvl="0" w:tplc="80247A88">
      <w:start w:val="1"/>
      <w:numFmt w:val="bullet"/>
      <w:lvlText w:val=""/>
      <w:lvlJc w:val="left"/>
      <w:pPr>
        <w:tabs>
          <w:tab w:val="num" w:pos="1069"/>
        </w:tabs>
        <w:ind w:left="1069" w:hanging="360"/>
      </w:pPr>
      <w:rPr>
        <w:rFonts w:ascii="Wingdings" w:hAnsi="Wingdings" w:hint="default"/>
      </w:rPr>
    </w:lvl>
    <w:lvl w:ilvl="1" w:tplc="1BFA8B9E" w:tentative="1">
      <w:start w:val="1"/>
      <w:numFmt w:val="bullet"/>
      <w:lvlText w:val=""/>
      <w:lvlJc w:val="left"/>
      <w:pPr>
        <w:tabs>
          <w:tab w:val="num" w:pos="1789"/>
        </w:tabs>
        <w:ind w:left="1789" w:hanging="360"/>
      </w:pPr>
      <w:rPr>
        <w:rFonts w:ascii="Wingdings" w:hAnsi="Wingdings" w:hint="default"/>
      </w:rPr>
    </w:lvl>
    <w:lvl w:ilvl="2" w:tplc="D21E3E78" w:tentative="1">
      <w:start w:val="1"/>
      <w:numFmt w:val="bullet"/>
      <w:lvlText w:val=""/>
      <w:lvlJc w:val="left"/>
      <w:pPr>
        <w:tabs>
          <w:tab w:val="num" w:pos="2509"/>
        </w:tabs>
        <w:ind w:left="2509" w:hanging="360"/>
      </w:pPr>
      <w:rPr>
        <w:rFonts w:ascii="Wingdings" w:hAnsi="Wingdings" w:hint="default"/>
      </w:rPr>
    </w:lvl>
    <w:lvl w:ilvl="3" w:tplc="F260E73A" w:tentative="1">
      <w:start w:val="1"/>
      <w:numFmt w:val="bullet"/>
      <w:lvlText w:val=""/>
      <w:lvlJc w:val="left"/>
      <w:pPr>
        <w:tabs>
          <w:tab w:val="num" w:pos="3229"/>
        </w:tabs>
        <w:ind w:left="3229" w:hanging="360"/>
      </w:pPr>
      <w:rPr>
        <w:rFonts w:ascii="Wingdings" w:hAnsi="Wingdings" w:hint="default"/>
      </w:rPr>
    </w:lvl>
    <w:lvl w:ilvl="4" w:tplc="2154F874" w:tentative="1">
      <w:start w:val="1"/>
      <w:numFmt w:val="bullet"/>
      <w:lvlText w:val=""/>
      <w:lvlJc w:val="left"/>
      <w:pPr>
        <w:tabs>
          <w:tab w:val="num" w:pos="3949"/>
        </w:tabs>
        <w:ind w:left="3949" w:hanging="360"/>
      </w:pPr>
      <w:rPr>
        <w:rFonts w:ascii="Wingdings" w:hAnsi="Wingdings" w:hint="default"/>
      </w:rPr>
    </w:lvl>
    <w:lvl w:ilvl="5" w:tplc="FEDE20D0" w:tentative="1">
      <w:start w:val="1"/>
      <w:numFmt w:val="bullet"/>
      <w:lvlText w:val=""/>
      <w:lvlJc w:val="left"/>
      <w:pPr>
        <w:tabs>
          <w:tab w:val="num" w:pos="4669"/>
        </w:tabs>
        <w:ind w:left="4669" w:hanging="360"/>
      </w:pPr>
      <w:rPr>
        <w:rFonts w:ascii="Wingdings" w:hAnsi="Wingdings" w:hint="default"/>
      </w:rPr>
    </w:lvl>
    <w:lvl w:ilvl="6" w:tplc="211EDD80" w:tentative="1">
      <w:start w:val="1"/>
      <w:numFmt w:val="bullet"/>
      <w:lvlText w:val=""/>
      <w:lvlJc w:val="left"/>
      <w:pPr>
        <w:tabs>
          <w:tab w:val="num" w:pos="5389"/>
        </w:tabs>
        <w:ind w:left="5389" w:hanging="360"/>
      </w:pPr>
      <w:rPr>
        <w:rFonts w:ascii="Wingdings" w:hAnsi="Wingdings" w:hint="default"/>
      </w:rPr>
    </w:lvl>
    <w:lvl w:ilvl="7" w:tplc="35EE612A" w:tentative="1">
      <w:start w:val="1"/>
      <w:numFmt w:val="bullet"/>
      <w:lvlText w:val=""/>
      <w:lvlJc w:val="left"/>
      <w:pPr>
        <w:tabs>
          <w:tab w:val="num" w:pos="6109"/>
        </w:tabs>
        <w:ind w:left="6109" w:hanging="360"/>
      </w:pPr>
      <w:rPr>
        <w:rFonts w:ascii="Wingdings" w:hAnsi="Wingdings" w:hint="default"/>
      </w:rPr>
    </w:lvl>
    <w:lvl w:ilvl="8" w:tplc="232C9994"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B6C1313"/>
    <w:multiLevelType w:val="hybridMultilevel"/>
    <w:tmpl w:val="D0F6FA1C"/>
    <w:lvl w:ilvl="0" w:tplc="BA26FC2C">
      <w:start w:val="1"/>
      <w:numFmt w:val="bullet"/>
      <w:lvlText w:val=""/>
      <w:lvlJc w:val="left"/>
      <w:pPr>
        <w:tabs>
          <w:tab w:val="num" w:pos="720"/>
        </w:tabs>
        <w:ind w:left="720" w:hanging="360"/>
      </w:pPr>
      <w:rPr>
        <w:rFonts w:ascii="Wingdings" w:hAnsi="Wingdings" w:hint="default"/>
      </w:rPr>
    </w:lvl>
    <w:lvl w:ilvl="1" w:tplc="CA8E1FE4" w:tentative="1">
      <w:start w:val="1"/>
      <w:numFmt w:val="bullet"/>
      <w:lvlText w:val=""/>
      <w:lvlJc w:val="left"/>
      <w:pPr>
        <w:tabs>
          <w:tab w:val="num" w:pos="1440"/>
        </w:tabs>
        <w:ind w:left="1440" w:hanging="360"/>
      </w:pPr>
      <w:rPr>
        <w:rFonts w:ascii="Wingdings" w:hAnsi="Wingdings" w:hint="default"/>
      </w:rPr>
    </w:lvl>
    <w:lvl w:ilvl="2" w:tplc="BFF82348" w:tentative="1">
      <w:start w:val="1"/>
      <w:numFmt w:val="bullet"/>
      <w:lvlText w:val=""/>
      <w:lvlJc w:val="left"/>
      <w:pPr>
        <w:tabs>
          <w:tab w:val="num" w:pos="2160"/>
        </w:tabs>
        <w:ind w:left="2160" w:hanging="360"/>
      </w:pPr>
      <w:rPr>
        <w:rFonts w:ascii="Wingdings" w:hAnsi="Wingdings" w:hint="default"/>
      </w:rPr>
    </w:lvl>
    <w:lvl w:ilvl="3" w:tplc="02605EFE" w:tentative="1">
      <w:start w:val="1"/>
      <w:numFmt w:val="bullet"/>
      <w:lvlText w:val=""/>
      <w:lvlJc w:val="left"/>
      <w:pPr>
        <w:tabs>
          <w:tab w:val="num" w:pos="2880"/>
        </w:tabs>
        <w:ind w:left="2880" w:hanging="360"/>
      </w:pPr>
      <w:rPr>
        <w:rFonts w:ascii="Wingdings" w:hAnsi="Wingdings" w:hint="default"/>
      </w:rPr>
    </w:lvl>
    <w:lvl w:ilvl="4" w:tplc="A7A4AA4A" w:tentative="1">
      <w:start w:val="1"/>
      <w:numFmt w:val="bullet"/>
      <w:lvlText w:val=""/>
      <w:lvlJc w:val="left"/>
      <w:pPr>
        <w:tabs>
          <w:tab w:val="num" w:pos="3600"/>
        </w:tabs>
        <w:ind w:left="3600" w:hanging="360"/>
      </w:pPr>
      <w:rPr>
        <w:rFonts w:ascii="Wingdings" w:hAnsi="Wingdings" w:hint="default"/>
      </w:rPr>
    </w:lvl>
    <w:lvl w:ilvl="5" w:tplc="42DEACA2" w:tentative="1">
      <w:start w:val="1"/>
      <w:numFmt w:val="bullet"/>
      <w:lvlText w:val=""/>
      <w:lvlJc w:val="left"/>
      <w:pPr>
        <w:tabs>
          <w:tab w:val="num" w:pos="4320"/>
        </w:tabs>
        <w:ind w:left="4320" w:hanging="360"/>
      </w:pPr>
      <w:rPr>
        <w:rFonts w:ascii="Wingdings" w:hAnsi="Wingdings" w:hint="default"/>
      </w:rPr>
    </w:lvl>
    <w:lvl w:ilvl="6" w:tplc="3DAC7406" w:tentative="1">
      <w:start w:val="1"/>
      <w:numFmt w:val="bullet"/>
      <w:lvlText w:val=""/>
      <w:lvlJc w:val="left"/>
      <w:pPr>
        <w:tabs>
          <w:tab w:val="num" w:pos="5040"/>
        </w:tabs>
        <w:ind w:left="5040" w:hanging="360"/>
      </w:pPr>
      <w:rPr>
        <w:rFonts w:ascii="Wingdings" w:hAnsi="Wingdings" w:hint="default"/>
      </w:rPr>
    </w:lvl>
    <w:lvl w:ilvl="7" w:tplc="6FBACC96" w:tentative="1">
      <w:start w:val="1"/>
      <w:numFmt w:val="bullet"/>
      <w:lvlText w:val=""/>
      <w:lvlJc w:val="left"/>
      <w:pPr>
        <w:tabs>
          <w:tab w:val="num" w:pos="5760"/>
        </w:tabs>
        <w:ind w:left="5760" w:hanging="360"/>
      </w:pPr>
      <w:rPr>
        <w:rFonts w:ascii="Wingdings" w:hAnsi="Wingdings" w:hint="default"/>
      </w:rPr>
    </w:lvl>
    <w:lvl w:ilvl="8" w:tplc="546C4D5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2B5D19"/>
    <w:multiLevelType w:val="hybridMultilevel"/>
    <w:tmpl w:val="B2E6AD7A"/>
    <w:lvl w:ilvl="0" w:tplc="980A555A">
      <w:start w:val="1"/>
      <w:numFmt w:val="bullet"/>
      <w:lvlText w:val=""/>
      <w:lvlJc w:val="left"/>
      <w:pPr>
        <w:tabs>
          <w:tab w:val="num" w:pos="720"/>
        </w:tabs>
        <w:ind w:left="720" w:hanging="360"/>
      </w:pPr>
      <w:rPr>
        <w:rFonts w:ascii="Wingdings" w:hAnsi="Wingdings" w:hint="default"/>
      </w:rPr>
    </w:lvl>
    <w:lvl w:ilvl="1" w:tplc="B64AB4B4" w:tentative="1">
      <w:start w:val="1"/>
      <w:numFmt w:val="bullet"/>
      <w:lvlText w:val=""/>
      <w:lvlJc w:val="left"/>
      <w:pPr>
        <w:tabs>
          <w:tab w:val="num" w:pos="1440"/>
        </w:tabs>
        <w:ind w:left="1440" w:hanging="360"/>
      </w:pPr>
      <w:rPr>
        <w:rFonts w:ascii="Wingdings" w:hAnsi="Wingdings" w:hint="default"/>
      </w:rPr>
    </w:lvl>
    <w:lvl w:ilvl="2" w:tplc="F7FE7CE6" w:tentative="1">
      <w:start w:val="1"/>
      <w:numFmt w:val="bullet"/>
      <w:lvlText w:val=""/>
      <w:lvlJc w:val="left"/>
      <w:pPr>
        <w:tabs>
          <w:tab w:val="num" w:pos="2160"/>
        </w:tabs>
        <w:ind w:left="2160" w:hanging="360"/>
      </w:pPr>
      <w:rPr>
        <w:rFonts w:ascii="Wingdings" w:hAnsi="Wingdings" w:hint="default"/>
      </w:rPr>
    </w:lvl>
    <w:lvl w:ilvl="3" w:tplc="06C88FDC" w:tentative="1">
      <w:start w:val="1"/>
      <w:numFmt w:val="bullet"/>
      <w:lvlText w:val=""/>
      <w:lvlJc w:val="left"/>
      <w:pPr>
        <w:tabs>
          <w:tab w:val="num" w:pos="2880"/>
        </w:tabs>
        <w:ind w:left="2880" w:hanging="360"/>
      </w:pPr>
      <w:rPr>
        <w:rFonts w:ascii="Wingdings" w:hAnsi="Wingdings" w:hint="default"/>
      </w:rPr>
    </w:lvl>
    <w:lvl w:ilvl="4" w:tplc="8F4CDB18" w:tentative="1">
      <w:start w:val="1"/>
      <w:numFmt w:val="bullet"/>
      <w:lvlText w:val=""/>
      <w:lvlJc w:val="left"/>
      <w:pPr>
        <w:tabs>
          <w:tab w:val="num" w:pos="3600"/>
        </w:tabs>
        <w:ind w:left="3600" w:hanging="360"/>
      </w:pPr>
      <w:rPr>
        <w:rFonts w:ascii="Wingdings" w:hAnsi="Wingdings" w:hint="default"/>
      </w:rPr>
    </w:lvl>
    <w:lvl w:ilvl="5" w:tplc="B802AB38" w:tentative="1">
      <w:start w:val="1"/>
      <w:numFmt w:val="bullet"/>
      <w:lvlText w:val=""/>
      <w:lvlJc w:val="left"/>
      <w:pPr>
        <w:tabs>
          <w:tab w:val="num" w:pos="4320"/>
        </w:tabs>
        <w:ind w:left="4320" w:hanging="360"/>
      </w:pPr>
      <w:rPr>
        <w:rFonts w:ascii="Wingdings" w:hAnsi="Wingdings" w:hint="default"/>
      </w:rPr>
    </w:lvl>
    <w:lvl w:ilvl="6" w:tplc="25FA520E" w:tentative="1">
      <w:start w:val="1"/>
      <w:numFmt w:val="bullet"/>
      <w:lvlText w:val=""/>
      <w:lvlJc w:val="left"/>
      <w:pPr>
        <w:tabs>
          <w:tab w:val="num" w:pos="5040"/>
        </w:tabs>
        <w:ind w:left="5040" w:hanging="360"/>
      </w:pPr>
      <w:rPr>
        <w:rFonts w:ascii="Wingdings" w:hAnsi="Wingdings" w:hint="default"/>
      </w:rPr>
    </w:lvl>
    <w:lvl w:ilvl="7" w:tplc="42786E3C" w:tentative="1">
      <w:start w:val="1"/>
      <w:numFmt w:val="bullet"/>
      <w:lvlText w:val=""/>
      <w:lvlJc w:val="left"/>
      <w:pPr>
        <w:tabs>
          <w:tab w:val="num" w:pos="5760"/>
        </w:tabs>
        <w:ind w:left="5760" w:hanging="360"/>
      </w:pPr>
      <w:rPr>
        <w:rFonts w:ascii="Wingdings" w:hAnsi="Wingdings" w:hint="default"/>
      </w:rPr>
    </w:lvl>
    <w:lvl w:ilvl="8" w:tplc="900E133A" w:tentative="1">
      <w:start w:val="1"/>
      <w:numFmt w:val="bullet"/>
      <w:lvlText w:val=""/>
      <w:lvlJc w:val="left"/>
      <w:pPr>
        <w:tabs>
          <w:tab w:val="num" w:pos="6480"/>
        </w:tabs>
        <w:ind w:left="6480" w:hanging="360"/>
      </w:pPr>
      <w:rPr>
        <w:rFonts w:ascii="Wingdings" w:hAnsi="Wingdings" w:hint="default"/>
      </w:rPr>
    </w:lvl>
  </w:abstractNum>
  <w:num w:numId="1" w16cid:durableId="232667598">
    <w:abstractNumId w:val="8"/>
  </w:num>
  <w:num w:numId="2" w16cid:durableId="1536380795">
    <w:abstractNumId w:val="6"/>
  </w:num>
  <w:num w:numId="3" w16cid:durableId="2007630895">
    <w:abstractNumId w:val="5"/>
  </w:num>
  <w:num w:numId="4" w16cid:durableId="795106265">
    <w:abstractNumId w:val="4"/>
  </w:num>
  <w:num w:numId="5" w16cid:durableId="1257251398">
    <w:abstractNumId w:val="7"/>
  </w:num>
  <w:num w:numId="6" w16cid:durableId="1892959398">
    <w:abstractNumId w:val="3"/>
  </w:num>
  <w:num w:numId="7" w16cid:durableId="1529104493">
    <w:abstractNumId w:val="2"/>
  </w:num>
  <w:num w:numId="8" w16cid:durableId="399449612">
    <w:abstractNumId w:val="1"/>
  </w:num>
  <w:num w:numId="9" w16cid:durableId="789858769">
    <w:abstractNumId w:val="0"/>
  </w:num>
  <w:num w:numId="10" w16cid:durableId="1282617343">
    <w:abstractNumId w:val="9"/>
  </w:num>
  <w:num w:numId="11" w16cid:durableId="341052866">
    <w:abstractNumId w:val="10"/>
  </w:num>
  <w:num w:numId="12" w16cid:durableId="585576125">
    <w:abstractNumId w:val="13"/>
  </w:num>
  <w:num w:numId="13" w16cid:durableId="444234440">
    <w:abstractNumId w:val="12"/>
  </w:num>
  <w:num w:numId="14" w16cid:durableId="783352139">
    <w:abstractNumId w:val="11"/>
  </w:num>
  <w:num w:numId="15" w16cid:durableId="2337098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079A"/>
    <w:rsid w:val="000536B4"/>
    <w:rsid w:val="0006063C"/>
    <w:rsid w:val="00076C79"/>
    <w:rsid w:val="000824AE"/>
    <w:rsid w:val="000B764E"/>
    <w:rsid w:val="000C0093"/>
    <w:rsid w:val="001148A3"/>
    <w:rsid w:val="0013321F"/>
    <w:rsid w:val="00143DC6"/>
    <w:rsid w:val="0015074B"/>
    <w:rsid w:val="00164E31"/>
    <w:rsid w:val="0019540D"/>
    <w:rsid w:val="001E56E9"/>
    <w:rsid w:val="001F57E3"/>
    <w:rsid w:val="00216941"/>
    <w:rsid w:val="002255C1"/>
    <w:rsid w:val="00226C1A"/>
    <w:rsid w:val="00247764"/>
    <w:rsid w:val="0029639D"/>
    <w:rsid w:val="002F131C"/>
    <w:rsid w:val="00326F90"/>
    <w:rsid w:val="0035199A"/>
    <w:rsid w:val="00353192"/>
    <w:rsid w:val="00363358"/>
    <w:rsid w:val="00375F0A"/>
    <w:rsid w:val="00386DA1"/>
    <w:rsid w:val="003A40F4"/>
    <w:rsid w:val="003B10CE"/>
    <w:rsid w:val="003C6051"/>
    <w:rsid w:val="003E28AD"/>
    <w:rsid w:val="00411394"/>
    <w:rsid w:val="0041147B"/>
    <w:rsid w:val="004620E7"/>
    <w:rsid w:val="00470943"/>
    <w:rsid w:val="00485E4A"/>
    <w:rsid w:val="0048755D"/>
    <w:rsid w:val="00491DF8"/>
    <w:rsid w:val="004F0C34"/>
    <w:rsid w:val="0053421B"/>
    <w:rsid w:val="005B4B48"/>
    <w:rsid w:val="005C24E1"/>
    <w:rsid w:val="005D1E07"/>
    <w:rsid w:val="005E4072"/>
    <w:rsid w:val="005F2E44"/>
    <w:rsid w:val="0063395B"/>
    <w:rsid w:val="00680091"/>
    <w:rsid w:val="006C2584"/>
    <w:rsid w:val="006D1079"/>
    <w:rsid w:val="006D3CE8"/>
    <w:rsid w:val="006F2A08"/>
    <w:rsid w:val="006F4112"/>
    <w:rsid w:val="0072304B"/>
    <w:rsid w:val="00787EE9"/>
    <w:rsid w:val="007A68F9"/>
    <w:rsid w:val="007B614C"/>
    <w:rsid w:val="007E6384"/>
    <w:rsid w:val="00806A8F"/>
    <w:rsid w:val="00861128"/>
    <w:rsid w:val="00881430"/>
    <w:rsid w:val="008865EE"/>
    <w:rsid w:val="008C0C40"/>
    <w:rsid w:val="00936730"/>
    <w:rsid w:val="00984364"/>
    <w:rsid w:val="00A01C59"/>
    <w:rsid w:val="00A22176"/>
    <w:rsid w:val="00A31A87"/>
    <w:rsid w:val="00A40348"/>
    <w:rsid w:val="00A50127"/>
    <w:rsid w:val="00A818B5"/>
    <w:rsid w:val="00A81F57"/>
    <w:rsid w:val="00AA1D8D"/>
    <w:rsid w:val="00AA4858"/>
    <w:rsid w:val="00AD7A33"/>
    <w:rsid w:val="00B16AA0"/>
    <w:rsid w:val="00B25CD4"/>
    <w:rsid w:val="00B30A7C"/>
    <w:rsid w:val="00B47730"/>
    <w:rsid w:val="00B57A36"/>
    <w:rsid w:val="00B71A33"/>
    <w:rsid w:val="00C20D5A"/>
    <w:rsid w:val="00C24F60"/>
    <w:rsid w:val="00C27901"/>
    <w:rsid w:val="00C31582"/>
    <w:rsid w:val="00C3645F"/>
    <w:rsid w:val="00C819B2"/>
    <w:rsid w:val="00C8779A"/>
    <w:rsid w:val="00CA5A8A"/>
    <w:rsid w:val="00CB0664"/>
    <w:rsid w:val="00CB4B0E"/>
    <w:rsid w:val="00CD27A6"/>
    <w:rsid w:val="00CE0E8F"/>
    <w:rsid w:val="00CF1E86"/>
    <w:rsid w:val="00CF2DB3"/>
    <w:rsid w:val="00D0681C"/>
    <w:rsid w:val="00D515FF"/>
    <w:rsid w:val="00D63985"/>
    <w:rsid w:val="00D701C1"/>
    <w:rsid w:val="00D72560"/>
    <w:rsid w:val="00DA0493"/>
    <w:rsid w:val="00DA09FA"/>
    <w:rsid w:val="00DA4987"/>
    <w:rsid w:val="00DB4BDE"/>
    <w:rsid w:val="00DC37C1"/>
    <w:rsid w:val="00DE222D"/>
    <w:rsid w:val="00E41F94"/>
    <w:rsid w:val="00E675E6"/>
    <w:rsid w:val="00EA7103"/>
    <w:rsid w:val="00EF16D6"/>
    <w:rsid w:val="00F377D9"/>
    <w:rsid w:val="00F5029C"/>
    <w:rsid w:val="00F50C1E"/>
    <w:rsid w:val="00F90F1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2C1925C"/>
  <w14:defaultImageDpi w14:val="300"/>
  <w15:docId w15:val="{5C0F6CFE-9931-4F5F-BD7D-0C3F4FB9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F2A08"/>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Web">
    <w:name w:val="Normal (Web)"/>
    <w:basedOn w:val="a1"/>
    <w:uiPriority w:val="99"/>
    <w:semiHidden/>
    <w:unhideWhenUsed/>
    <w:rsid w:val="00CD27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16</Pages>
  <Words>398</Words>
  <Characters>2269</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根岸 順子</cp:lastModifiedBy>
  <cp:revision>22</cp:revision>
  <cp:lastPrinted>2026-03-16T01:13:00Z</cp:lastPrinted>
  <dcterms:created xsi:type="dcterms:W3CDTF">2013-12-23T23:15:00Z</dcterms:created>
  <dcterms:modified xsi:type="dcterms:W3CDTF">2026-03-16T01:13:00Z</dcterms:modified>
  <cp:category/>
</cp:coreProperties>
</file>